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96B0B" w14:textId="77777777" w:rsidR="00E859A5" w:rsidRPr="00096F84" w:rsidRDefault="00363B68" w:rsidP="00466B78">
      <w:pPr>
        <w:spacing w:before="160" w:after="80"/>
        <w:jc w:val="center"/>
        <w:rPr>
          <w:lang w:val="nl-NL"/>
        </w:rPr>
      </w:pPr>
      <w:r w:rsidRPr="00096F84">
        <w:rPr>
          <w:rFonts w:eastAsia="Calibri"/>
          <w:b/>
          <w:sz w:val="46"/>
          <w:lang w:val="nl-NL"/>
        </w:rPr>
        <w:t>Privacy- en cookieverklaring</w:t>
      </w:r>
    </w:p>
    <w:p w14:paraId="1BFC5F83" w14:textId="77777777" w:rsidR="00466B78" w:rsidRPr="00096F84" w:rsidRDefault="00466B78">
      <w:pPr>
        <w:rPr>
          <w:rFonts w:eastAsia="Calibri"/>
          <w:lang w:val="nl-NL"/>
        </w:rPr>
      </w:pPr>
    </w:p>
    <w:p w14:paraId="3BE8E840" w14:textId="1A24BDA9" w:rsidR="00E859A5" w:rsidRPr="00096F84" w:rsidRDefault="00363B68">
      <w:pPr>
        <w:rPr>
          <w:lang w:val="nl-NL"/>
        </w:rPr>
      </w:pPr>
      <w:r w:rsidRPr="00096F84">
        <w:rPr>
          <w:rFonts w:eastAsia="Calibri"/>
          <w:lang w:val="nl-NL"/>
        </w:rPr>
        <w:t xml:space="preserve">Deze privacy- en cookieverklaring is van Creative Entertainment Group B.V., handelend onder de naam The </w:t>
      </w:r>
      <w:proofErr w:type="spellStart"/>
      <w:r w:rsidRPr="00096F84">
        <w:rPr>
          <w:rFonts w:eastAsia="Calibri"/>
          <w:lang w:val="nl-NL"/>
        </w:rPr>
        <w:t>Marquee</w:t>
      </w:r>
      <w:proofErr w:type="spellEnd"/>
      <w:r w:rsidRPr="00096F84">
        <w:rPr>
          <w:rFonts w:eastAsia="Calibri"/>
          <w:lang w:val="nl-NL"/>
        </w:rPr>
        <w:t xml:space="preserve"> (hierna: "</w:t>
      </w:r>
      <w:proofErr w:type="spellStart"/>
      <w:r w:rsidRPr="00096F84">
        <w:rPr>
          <w:rFonts w:eastAsia="Calibri"/>
          <w:lang w:val="nl-NL"/>
        </w:rPr>
        <w:t>Marquee</w:t>
      </w:r>
      <w:proofErr w:type="spellEnd"/>
      <w:r w:rsidRPr="00096F84">
        <w:rPr>
          <w:rFonts w:eastAsia="Calibri"/>
          <w:lang w:val="nl-NL"/>
        </w:rPr>
        <w:t xml:space="preserve">", "wij", "ons" of "onze"). Deze verklaring legt uit hoe wij persoonsgegevens verwerken in verband met onze openbare website, aanmeldingen en selectie, </w:t>
      </w:r>
      <w:proofErr w:type="spellStart"/>
      <w:r w:rsidRPr="00096F84">
        <w:rPr>
          <w:rFonts w:eastAsia="Calibri"/>
          <w:lang w:val="nl-NL"/>
        </w:rPr>
        <w:t>memberships</w:t>
      </w:r>
      <w:proofErr w:type="spellEnd"/>
      <w:r w:rsidRPr="00096F84">
        <w:rPr>
          <w:rFonts w:eastAsia="Calibri"/>
          <w:lang w:val="nl-NL"/>
        </w:rPr>
        <w:t xml:space="preserve">, de besloten online community, tickets, evenementen, de Member Card, meldingen, moderatie en contact met </w:t>
      </w:r>
      <w:proofErr w:type="spellStart"/>
      <w:r w:rsidRPr="00096F84">
        <w:rPr>
          <w:rFonts w:eastAsia="Calibri"/>
          <w:lang w:val="nl-NL"/>
        </w:rPr>
        <w:t>Marquee</w:t>
      </w:r>
      <w:proofErr w:type="spellEnd"/>
      <w:r w:rsidRPr="00096F84">
        <w:rPr>
          <w:rFonts w:eastAsia="Calibri"/>
          <w:lang w:val="nl-NL"/>
        </w:rPr>
        <w:t>.</w:t>
      </w:r>
    </w:p>
    <w:p w14:paraId="2EFD1FD8" w14:textId="462CD0B8" w:rsidR="00CD330E" w:rsidRPr="00096F84" w:rsidRDefault="00363B68">
      <w:pPr>
        <w:rPr>
          <w:rFonts w:eastAsia="Calibri"/>
          <w:lang w:val="nl-NL"/>
        </w:rPr>
      </w:pPr>
      <w:r w:rsidRPr="00096F84">
        <w:rPr>
          <w:rFonts w:eastAsia="Calibri"/>
          <w:lang w:val="nl-NL"/>
        </w:rPr>
        <w:t xml:space="preserve">Creative Entertainment Group B.V. is gevestigd aan </w:t>
      </w:r>
      <w:r w:rsidR="00625AF5">
        <w:rPr>
          <w:rFonts w:eastAsia="Calibri"/>
          <w:lang w:val="nl-NL"/>
        </w:rPr>
        <w:t>Nijverheidsweg 18</w:t>
      </w:r>
      <w:r w:rsidRPr="00096F84">
        <w:rPr>
          <w:rFonts w:eastAsia="Calibri"/>
          <w:lang w:val="nl-NL"/>
        </w:rPr>
        <w:t xml:space="preserve">, 1271 </w:t>
      </w:r>
      <w:r w:rsidR="00625AF5">
        <w:rPr>
          <w:rFonts w:eastAsia="Calibri"/>
          <w:lang w:val="nl-NL"/>
        </w:rPr>
        <w:t>E</w:t>
      </w:r>
      <w:r w:rsidRPr="00096F84">
        <w:rPr>
          <w:rFonts w:eastAsia="Calibri"/>
          <w:lang w:val="nl-NL"/>
        </w:rPr>
        <w:t xml:space="preserve">A Huizen en staat ingeschreven </w:t>
      </w:r>
      <w:r w:rsidR="00466B78" w:rsidRPr="00096F84">
        <w:rPr>
          <w:rFonts w:eastAsia="Calibri"/>
          <w:lang w:val="nl-NL"/>
        </w:rPr>
        <w:t>bij de Kamer van Koopha</w:t>
      </w:r>
      <w:r w:rsidR="00454472">
        <w:rPr>
          <w:rFonts w:eastAsia="Calibri"/>
          <w:lang w:val="nl-NL"/>
        </w:rPr>
        <w:t>nde</w:t>
      </w:r>
      <w:r w:rsidR="00466B78" w:rsidRPr="00096F84">
        <w:rPr>
          <w:rFonts w:eastAsia="Calibri"/>
          <w:lang w:val="nl-NL"/>
        </w:rPr>
        <w:t>l</w:t>
      </w:r>
      <w:r w:rsidRPr="00096F84">
        <w:rPr>
          <w:rFonts w:eastAsia="Calibri"/>
          <w:lang w:val="nl-NL"/>
        </w:rPr>
        <w:t xml:space="preserve"> onder nummer </w:t>
      </w:r>
      <w:r w:rsidR="004037C0" w:rsidRPr="004F56BC">
        <w:rPr>
          <w:rFonts w:eastAsia="Calibri"/>
          <w:lang w:val="nl-NL"/>
        </w:rPr>
        <w:t>93183291</w:t>
      </w:r>
      <w:r w:rsidR="00466B78" w:rsidRPr="00096F84">
        <w:rPr>
          <w:rFonts w:eastAsia="Calibri"/>
          <w:lang w:val="nl-NL"/>
        </w:rPr>
        <w:t>.</w:t>
      </w:r>
      <w:r w:rsidRPr="00096F84">
        <w:rPr>
          <w:rFonts w:eastAsia="Calibri"/>
          <w:lang w:val="nl-NL"/>
        </w:rPr>
        <w:t xml:space="preserve"> Wij zijn verwerkingsverantwoordelijke voor de persoonsgegevens die wij voor de hieronder beschreven doeleinden verwerken.</w:t>
      </w:r>
    </w:p>
    <w:p w14:paraId="1403B391" w14:textId="65EDEAD2" w:rsidR="00CD330E" w:rsidRPr="00096F84" w:rsidRDefault="00CD330E">
      <w:pPr>
        <w:rPr>
          <w:lang w:val="nl-NL"/>
        </w:rPr>
      </w:pPr>
      <w:r w:rsidRPr="00096F84">
        <w:rPr>
          <w:lang w:val="nl-NL"/>
        </w:rPr>
        <w:t xml:space="preserve">Deze verklaring geldt voor onze website: https://themarquee.nl, onze community: https://members.themarquee.nl en de daarmee samenhangende diensten van </w:t>
      </w:r>
      <w:proofErr w:type="spellStart"/>
      <w:r w:rsidRPr="00096F84">
        <w:rPr>
          <w:lang w:val="nl-NL"/>
        </w:rPr>
        <w:t>Marquee</w:t>
      </w:r>
      <w:proofErr w:type="spellEnd"/>
      <w:r w:rsidRPr="00096F84">
        <w:rPr>
          <w:lang w:val="nl-NL"/>
        </w:rPr>
        <w:t>. Wij kunnen haar aanpassen als onze dienstverlening, leveranciers of de wet verandert.</w:t>
      </w:r>
    </w:p>
    <w:p w14:paraId="14ED67CF" w14:textId="0C227335" w:rsidR="00E859A5" w:rsidRPr="00096F84" w:rsidRDefault="00466B78">
      <w:pPr>
        <w:rPr>
          <w:lang w:val="nl-NL"/>
        </w:rPr>
      </w:pPr>
      <w:r w:rsidRPr="00096F84">
        <w:rPr>
          <w:rFonts w:eastAsia="Calibri"/>
          <w:lang w:val="nl-NL"/>
        </w:rPr>
        <w:t xml:space="preserve">Deze privacy- en cookieverklaring is voor het laatst bijgewerkt op </w:t>
      </w:r>
      <w:r w:rsidR="0016713B">
        <w:rPr>
          <w:rFonts w:eastAsia="Calibri"/>
          <w:lang w:val="nl-NL"/>
        </w:rPr>
        <w:t>7</w:t>
      </w:r>
      <w:r w:rsidR="00E6267F" w:rsidRPr="004F56BC">
        <w:rPr>
          <w:rFonts w:eastAsia="Calibri"/>
          <w:lang w:val="nl-NL"/>
        </w:rPr>
        <w:t xml:space="preserve"> </w:t>
      </w:r>
      <w:r w:rsidR="0016713B" w:rsidRPr="004F56BC">
        <w:rPr>
          <w:rFonts w:eastAsia="Calibri"/>
          <w:lang w:val="nl-NL"/>
        </w:rPr>
        <w:t xml:space="preserve">september </w:t>
      </w:r>
      <w:r w:rsidR="004037C0" w:rsidRPr="004F56BC">
        <w:rPr>
          <w:rFonts w:eastAsia="Calibri"/>
          <w:lang w:val="nl-NL"/>
        </w:rPr>
        <w:t>2026</w:t>
      </w:r>
      <w:r w:rsidRPr="00096F84">
        <w:rPr>
          <w:rFonts w:eastAsia="Calibri"/>
          <w:lang w:val="nl-NL"/>
        </w:rPr>
        <w:t>.</w:t>
      </w:r>
    </w:p>
    <w:p w14:paraId="72B42326" w14:textId="1AD1AF88" w:rsidR="00E859A5" w:rsidRPr="00096F84" w:rsidRDefault="00363B68">
      <w:pPr>
        <w:pStyle w:val="Kop1"/>
        <w:rPr>
          <w:color w:val="000000"/>
          <w:lang w:val="nl-NL"/>
        </w:rPr>
      </w:pPr>
      <w:r w:rsidRPr="00096F84">
        <w:rPr>
          <w:color w:val="000000" w:themeColor="text1"/>
          <w:lang w:val="nl-NL"/>
        </w:rPr>
        <w:t>Welke persoonsgegevens wij verwerken</w:t>
      </w:r>
      <w:r w:rsidR="00CD330E" w:rsidRPr="00096F84">
        <w:rPr>
          <w:color w:val="000000" w:themeColor="text1"/>
          <w:lang w:val="nl-NL"/>
        </w:rPr>
        <w:t xml:space="preserve">, </w:t>
      </w:r>
      <w:r w:rsidR="00CD330E" w:rsidRPr="00096F84">
        <w:rPr>
          <w:color w:val="000000"/>
          <w:lang w:val="nl-NL"/>
        </w:rPr>
        <w:t>waarom en op welke grondslag</w:t>
      </w:r>
    </w:p>
    <w:p w14:paraId="7CEF634C" w14:textId="09B894AD" w:rsidR="00C11E41" w:rsidRDefault="00CD330E" w:rsidP="00CD330E">
      <w:pPr>
        <w:rPr>
          <w:lang w:val="nl-NL"/>
        </w:rPr>
      </w:pPr>
      <w:r w:rsidRPr="00CD330E">
        <w:rPr>
          <w:lang w:val="nl-NL"/>
        </w:rPr>
        <w:t xml:space="preserve">Welke gegevens wij verwerken, hangt af van de manier waarop je met </w:t>
      </w:r>
      <w:proofErr w:type="spellStart"/>
      <w:r w:rsidRPr="00CD330E">
        <w:rPr>
          <w:lang w:val="nl-NL"/>
        </w:rPr>
        <w:t>Marquee</w:t>
      </w:r>
      <w:proofErr w:type="spellEnd"/>
      <w:r w:rsidRPr="00CD330E">
        <w:rPr>
          <w:lang w:val="nl-NL"/>
        </w:rPr>
        <w:t xml:space="preserve"> in contact komt en van de functies die je gebruikt.</w:t>
      </w:r>
    </w:p>
    <w:p w14:paraId="41FBE376" w14:textId="76ED1E9F" w:rsidR="00FC5088" w:rsidRPr="004B038A" w:rsidRDefault="00FC5088" w:rsidP="00CD330E">
      <w:pPr>
        <w:rPr>
          <w:lang w:val="nl-NL"/>
        </w:rPr>
      </w:pPr>
      <w:r w:rsidRPr="004B038A">
        <w:rPr>
          <w:lang w:val="nl-NL"/>
        </w:rPr>
        <w:t xml:space="preserve">In onze formulieren geven wij aan welke gegevens verplicht zijn. Deze gegevens zijn nodig om een aanvraag te beoordelen, een </w:t>
      </w:r>
      <w:proofErr w:type="spellStart"/>
      <w:r w:rsidRPr="004B038A">
        <w:rPr>
          <w:lang w:val="nl-NL"/>
        </w:rPr>
        <w:t>membership</w:t>
      </w:r>
      <w:proofErr w:type="spellEnd"/>
      <w:r w:rsidRPr="004B038A">
        <w:rPr>
          <w:lang w:val="nl-NL"/>
        </w:rPr>
        <w:t xml:space="preserve"> aan te gaan en uit te voeren, een betaling te verwerken of toegang tot een event te verlenen. Als je deze gegevens niet verstrekt, kan </w:t>
      </w:r>
      <w:proofErr w:type="spellStart"/>
      <w:r w:rsidRPr="004B038A">
        <w:rPr>
          <w:lang w:val="nl-NL"/>
        </w:rPr>
        <w:t>Marquee</w:t>
      </w:r>
      <w:proofErr w:type="spellEnd"/>
      <w:r w:rsidRPr="004B038A">
        <w:rPr>
          <w:lang w:val="nl-NL"/>
        </w:rPr>
        <w:t xml:space="preserve"> de aanvraag mogelijk niet beoordelen of de betreffende dienst niet leveren. Vrijwillige profielvelden hoeven niet te worden ingevuld en het geven </w:t>
      </w:r>
      <w:r w:rsidR="00625AF5">
        <w:rPr>
          <w:lang w:val="nl-NL"/>
        </w:rPr>
        <w:t xml:space="preserve">van </w:t>
      </w:r>
      <w:r w:rsidRPr="004B038A">
        <w:rPr>
          <w:lang w:val="nl-NL"/>
        </w:rPr>
        <w:t>toestemming voor marketingdoeleinden is niet verplicht.</w:t>
      </w:r>
    </w:p>
    <w:p w14:paraId="691C45B3" w14:textId="77777777" w:rsidR="00C11E41" w:rsidRPr="00C11E41" w:rsidRDefault="00C11E41" w:rsidP="00C11E41">
      <w:pPr>
        <w:rPr>
          <w:b/>
          <w:bCs/>
          <w:lang w:val="nl-NL"/>
        </w:rPr>
      </w:pPr>
      <w:r w:rsidRPr="00C11E41">
        <w:rPr>
          <w:b/>
          <w:bCs/>
          <w:lang w:val="nl-NL"/>
        </w:rPr>
        <w:t>Contact en communicatie</w:t>
      </w:r>
    </w:p>
    <w:p w14:paraId="7CAADAA3" w14:textId="30B9357B" w:rsidR="00C11E41" w:rsidRPr="00C11E41" w:rsidRDefault="00C11E41" w:rsidP="00C11E41">
      <w:pPr>
        <w:rPr>
          <w:lang w:val="nl-NL"/>
        </w:rPr>
      </w:pPr>
      <w:r w:rsidRPr="00C11E41">
        <w:rPr>
          <w:lang w:val="nl-NL"/>
        </w:rPr>
        <w:t xml:space="preserve">Wanneer je contact met ons opneemt, verwerken wij gegevens die nodig zijn om je te identificeren en je bericht te behandelen, zoals je naam, e-mailadres, telefoonnummer, gegevens over je aanvraag, </w:t>
      </w:r>
      <w:proofErr w:type="spellStart"/>
      <w:r w:rsidR="009015AB" w:rsidRPr="00096F84">
        <w:rPr>
          <w:lang w:val="nl-NL"/>
        </w:rPr>
        <w:t>m</w:t>
      </w:r>
      <w:r w:rsidRPr="00C11E41">
        <w:rPr>
          <w:lang w:val="nl-NL"/>
        </w:rPr>
        <w:t>embership</w:t>
      </w:r>
      <w:proofErr w:type="spellEnd"/>
      <w:r w:rsidRPr="00C11E41">
        <w:rPr>
          <w:lang w:val="nl-NL"/>
        </w:rPr>
        <w:t xml:space="preserve"> of </w:t>
      </w:r>
      <w:r w:rsidR="009015AB" w:rsidRPr="00096F84">
        <w:rPr>
          <w:lang w:val="nl-NL"/>
        </w:rPr>
        <w:t>a</w:t>
      </w:r>
      <w:r w:rsidRPr="00C11E41">
        <w:rPr>
          <w:lang w:val="nl-NL"/>
        </w:rPr>
        <w:t>ccount, de inhoud van je bericht en andere gegevens die je zelf verstrekt. Wij gebruiken deze gegevens om je vraag, verzoek, klacht of andere communicatie te behandelen en daarop te reageren.</w:t>
      </w:r>
    </w:p>
    <w:p w14:paraId="41928DA9" w14:textId="7F4B2D44" w:rsidR="00C11E41" w:rsidRPr="00C11E41" w:rsidRDefault="00C11E41" w:rsidP="00C11E41">
      <w:pPr>
        <w:rPr>
          <w:lang w:val="nl-NL"/>
        </w:rPr>
      </w:pPr>
      <w:r w:rsidRPr="00C11E41">
        <w:rPr>
          <w:lang w:val="nl-NL"/>
        </w:rPr>
        <w:t xml:space="preserve">Neem je contact op over een mogelijke </w:t>
      </w:r>
      <w:proofErr w:type="spellStart"/>
      <w:r w:rsidRPr="00096F84">
        <w:rPr>
          <w:lang w:val="nl-NL"/>
        </w:rPr>
        <w:t>membership</w:t>
      </w:r>
      <w:proofErr w:type="spellEnd"/>
      <w:r w:rsidRPr="00C11E41">
        <w:rPr>
          <w:lang w:val="nl-NL"/>
        </w:rPr>
        <w:t>, dan is de grondslag het nemen van stappen op jouw verzoek v</w:t>
      </w:r>
      <w:r w:rsidRPr="00096F84">
        <w:rPr>
          <w:lang w:val="nl-NL"/>
        </w:rPr>
        <w:t>oo</w:t>
      </w:r>
      <w:r w:rsidRPr="00C11E41">
        <w:rPr>
          <w:lang w:val="nl-NL"/>
        </w:rPr>
        <w:t xml:space="preserve">r het aangaan van </w:t>
      </w:r>
      <w:r w:rsidRPr="00096F84">
        <w:rPr>
          <w:lang w:val="nl-NL"/>
        </w:rPr>
        <w:t xml:space="preserve">een </w:t>
      </w:r>
      <w:r w:rsidRPr="00C11E41">
        <w:rPr>
          <w:lang w:val="nl-NL"/>
        </w:rPr>
        <w:t>overeenkomst. Gaat het om een bestaand</w:t>
      </w:r>
      <w:r w:rsidRPr="00096F84">
        <w:rPr>
          <w:lang w:val="nl-NL"/>
        </w:rPr>
        <w:t xml:space="preserve"> </w:t>
      </w:r>
      <w:proofErr w:type="spellStart"/>
      <w:r w:rsidRPr="00096F84">
        <w:rPr>
          <w:lang w:val="nl-NL"/>
        </w:rPr>
        <w:t>membership</w:t>
      </w:r>
      <w:proofErr w:type="spellEnd"/>
      <w:r w:rsidRPr="00C11E41">
        <w:rPr>
          <w:lang w:val="nl-NL"/>
        </w:rPr>
        <w:t xml:space="preserve">, dan is de grondslag de uitvoering </w:t>
      </w:r>
      <w:r w:rsidRPr="00096F84">
        <w:rPr>
          <w:lang w:val="nl-NL"/>
        </w:rPr>
        <w:t>v</w:t>
      </w:r>
      <w:r w:rsidRPr="00C11E41">
        <w:rPr>
          <w:lang w:val="nl-NL"/>
        </w:rPr>
        <w:t>an</w:t>
      </w:r>
      <w:r w:rsidRPr="00096F84">
        <w:rPr>
          <w:lang w:val="nl-NL"/>
        </w:rPr>
        <w:t xml:space="preserve"> een bestaande overeenkomst</w:t>
      </w:r>
      <w:r w:rsidRPr="00C11E41">
        <w:rPr>
          <w:lang w:val="nl-NL"/>
        </w:rPr>
        <w:t xml:space="preserve">. Voor overige communicatie baseren wij ons op ons gerechtvaardigde belang om zorgvuldig te communiceren met personen die contact met </w:t>
      </w:r>
      <w:proofErr w:type="spellStart"/>
      <w:r w:rsidRPr="00C11E41">
        <w:rPr>
          <w:lang w:val="nl-NL"/>
        </w:rPr>
        <w:t>Marquee</w:t>
      </w:r>
      <w:proofErr w:type="spellEnd"/>
      <w:r w:rsidRPr="00C11E41">
        <w:rPr>
          <w:lang w:val="nl-NL"/>
        </w:rPr>
        <w:t xml:space="preserve"> opnemen.</w:t>
      </w:r>
    </w:p>
    <w:p w14:paraId="2E515C32" w14:textId="68BEFDAB" w:rsidR="00C11E41" w:rsidRPr="00C11E41" w:rsidRDefault="00C11E41" w:rsidP="00C11E41">
      <w:pPr>
        <w:rPr>
          <w:b/>
          <w:bCs/>
          <w:lang w:val="nl-NL"/>
        </w:rPr>
      </w:pPr>
      <w:r w:rsidRPr="00C11E41">
        <w:rPr>
          <w:b/>
          <w:bCs/>
          <w:lang w:val="nl-NL"/>
        </w:rPr>
        <w:lastRenderedPageBreak/>
        <w:t xml:space="preserve">Gebruik van de </w:t>
      </w:r>
      <w:r w:rsidRPr="00096F84">
        <w:rPr>
          <w:b/>
          <w:bCs/>
          <w:lang w:val="nl-NL"/>
        </w:rPr>
        <w:t>w</w:t>
      </w:r>
      <w:r w:rsidRPr="00C11E41">
        <w:rPr>
          <w:b/>
          <w:bCs/>
          <w:lang w:val="nl-NL"/>
        </w:rPr>
        <w:t>ebsite</w:t>
      </w:r>
    </w:p>
    <w:p w14:paraId="52C33849" w14:textId="41E02935" w:rsidR="00C11E41" w:rsidRPr="00096F84" w:rsidRDefault="00C11E41" w:rsidP="00CD330E">
      <w:pPr>
        <w:rPr>
          <w:lang w:val="nl-NL"/>
        </w:rPr>
      </w:pPr>
      <w:r w:rsidRPr="00C11E41">
        <w:rPr>
          <w:lang w:val="nl-NL"/>
        </w:rPr>
        <w:t xml:space="preserve">Wanneer je de </w:t>
      </w:r>
      <w:r w:rsidRPr="00096F84">
        <w:rPr>
          <w:lang w:val="nl-NL"/>
        </w:rPr>
        <w:t>w</w:t>
      </w:r>
      <w:r w:rsidRPr="00C11E41">
        <w:rPr>
          <w:lang w:val="nl-NL"/>
        </w:rPr>
        <w:t xml:space="preserve">ebsite gebruikt, verwerken wij technische en gebruiksgegevens die automatisch door onze systemen kunnen worden vastgelegd, zoals je IP-adres, browser- en </w:t>
      </w:r>
      <w:proofErr w:type="spellStart"/>
      <w:r w:rsidRPr="00C11E41">
        <w:rPr>
          <w:lang w:val="nl-NL"/>
        </w:rPr>
        <w:t>apparaatgegevens</w:t>
      </w:r>
      <w:proofErr w:type="spellEnd"/>
      <w:r w:rsidRPr="00C11E41">
        <w:rPr>
          <w:lang w:val="nl-NL"/>
        </w:rPr>
        <w:t xml:space="preserve">, het tijdstip van je bezoek en beveiligingslogs. Wij gebruiken deze gegevens om de </w:t>
      </w:r>
      <w:r w:rsidRPr="00096F84">
        <w:rPr>
          <w:lang w:val="nl-NL"/>
        </w:rPr>
        <w:t>w</w:t>
      </w:r>
      <w:r w:rsidRPr="00C11E41">
        <w:rPr>
          <w:lang w:val="nl-NL"/>
        </w:rPr>
        <w:t xml:space="preserve">ebsite beschikbaar te stellen en technisch goed en veilig te laten functioneren, storingen te onderzoeken en misbruik te voorkomen of te onderzoeken. De grondslag is ons gerechtvaardigde belang bij een betrouwbare en veilige </w:t>
      </w:r>
      <w:r w:rsidRPr="00096F84">
        <w:rPr>
          <w:lang w:val="nl-NL"/>
        </w:rPr>
        <w:t>w</w:t>
      </w:r>
      <w:r w:rsidRPr="00C11E41">
        <w:rPr>
          <w:lang w:val="nl-NL"/>
        </w:rPr>
        <w:t>ebsite.</w:t>
      </w:r>
    </w:p>
    <w:p w14:paraId="7D658CA1" w14:textId="43C30450" w:rsidR="00CD330E" w:rsidRPr="00096F84" w:rsidRDefault="00CD330E" w:rsidP="00CD330E">
      <w:pPr>
        <w:rPr>
          <w:b/>
          <w:bCs/>
          <w:lang w:val="nl-NL"/>
        </w:rPr>
      </w:pPr>
      <w:r w:rsidRPr="00CD330E">
        <w:rPr>
          <w:b/>
          <w:bCs/>
          <w:lang w:val="nl-NL"/>
        </w:rPr>
        <w:t>Aanmelding</w:t>
      </w:r>
      <w:r w:rsidR="00625AF5">
        <w:rPr>
          <w:b/>
          <w:bCs/>
          <w:lang w:val="nl-NL"/>
        </w:rPr>
        <w:t xml:space="preserve"> en</w:t>
      </w:r>
      <w:r w:rsidRPr="00CD330E">
        <w:rPr>
          <w:b/>
          <w:bCs/>
          <w:lang w:val="nl-NL"/>
        </w:rPr>
        <w:t xml:space="preserve"> selectie </w:t>
      </w:r>
    </w:p>
    <w:p w14:paraId="2371A314" w14:textId="7C01510A" w:rsidR="009015AB" w:rsidRPr="00CD330E" w:rsidRDefault="009015AB" w:rsidP="00CD330E">
      <w:pPr>
        <w:rPr>
          <w:b/>
          <w:bCs/>
          <w:lang w:val="nl-NL"/>
        </w:rPr>
      </w:pPr>
      <w:r w:rsidRPr="00096F84">
        <w:rPr>
          <w:lang w:val="nl-NL"/>
        </w:rPr>
        <w:t xml:space="preserve">Voor de aanmelding en selectie verwerken wij je naam en contactgegevens, geboortedatum, de vorm waarin je je aanmeldt, de door jou gekozen gebruikersnaam, foto’s, je motivatie, informatie over je professionele en sociale omgeving, hoe je </w:t>
      </w:r>
      <w:proofErr w:type="spellStart"/>
      <w:r w:rsidRPr="00096F84">
        <w:rPr>
          <w:lang w:val="nl-NL"/>
        </w:rPr>
        <w:t>Marquee</w:t>
      </w:r>
      <w:proofErr w:type="spellEnd"/>
      <w:r w:rsidRPr="00096F84">
        <w:rPr>
          <w:lang w:val="nl-NL"/>
        </w:rPr>
        <w:t xml:space="preserve"> hebt gevonde</w:t>
      </w:r>
      <w:r w:rsidR="00183196">
        <w:rPr>
          <w:lang w:val="nl-NL"/>
        </w:rPr>
        <w:t xml:space="preserve">n, eventuele </w:t>
      </w:r>
      <w:r w:rsidRPr="00096F84">
        <w:rPr>
          <w:lang w:val="nl-NL"/>
        </w:rPr>
        <w:t>andere informatie die je zelf in het aanmeldformulier of in aanvullende communicatie verstrekt</w:t>
      </w:r>
      <w:r w:rsidR="00183196">
        <w:rPr>
          <w:lang w:val="nl-NL"/>
        </w:rPr>
        <w:t xml:space="preserve"> en</w:t>
      </w:r>
      <w:r w:rsidR="00183196" w:rsidRPr="004F56BC">
        <w:rPr>
          <w:lang w:val="nl-NL"/>
        </w:rPr>
        <w:t>, indien je daarvan gebruikmaakt</w:t>
      </w:r>
      <w:r w:rsidR="00183196" w:rsidRPr="004F56BC">
        <w:rPr>
          <w:highlight w:val="yellow"/>
          <w:lang w:val="nl-NL"/>
        </w:rPr>
        <w:t>, de naam</w:t>
      </w:r>
      <w:r w:rsidR="009A1B3C" w:rsidRPr="004F56BC">
        <w:rPr>
          <w:lang w:val="nl-NL"/>
        </w:rPr>
        <w:t xml:space="preserve"> </w:t>
      </w:r>
      <w:r w:rsidR="00183196" w:rsidRPr="004F56BC">
        <w:rPr>
          <w:lang w:val="nl-NL"/>
        </w:rPr>
        <w:t xml:space="preserve">van een bestaand </w:t>
      </w:r>
      <w:r w:rsidR="009A1B3C" w:rsidRPr="004F56BC">
        <w:rPr>
          <w:lang w:val="nl-NL"/>
        </w:rPr>
        <w:t xml:space="preserve">lid </w:t>
      </w:r>
      <w:r w:rsidR="00183196" w:rsidRPr="004F56BC">
        <w:rPr>
          <w:lang w:val="nl-NL"/>
        </w:rPr>
        <w:t xml:space="preserve">dat je bij </w:t>
      </w:r>
      <w:proofErr w:type="spellStart"/>
      <w:r w:rsidR="00183196" w:rsidRPr="004F56BC">
        <w:rPr>
          <w:lang w:val="nl-NL"/>
        </w:rPr>
        <w:t>Marquee</w:t>
      </w:r>
      <w:proofErr w:type="spellEnd"/>
      <w:r w:rsidR="00183196" w:rsidRPr="004F56BC">
        <w:rPr>
          <w:lang w:val="nl-NL"/>
        </w:rPr>
        <w:t xml:space="preserve"> heeft geïntroduceerd.</w:t>
      </w:r>
    </w:p>
    <w:p w14:paraId="3BD0F0ED" w14:textId="71C57176" w:rsidR="00CD330E" w:rsidRPr="004F56BC" w:rsidRDefault="0080028C" w:rsidP="00CD330E">
      <w:pPr>
        <w:rPr>
          <w:lang w:val="nl-ES"/>
        </w:rPr>
      </w:pPr>
      <w:r w:rsidRPr="00096F84">
        <w:rPr>
          <w:rFonts w:eastAsia="Calibri"/>
          <w:lang w:val="nl-NL"/>
        </w:rPr>
        <w:t xml:space="preserve">Wij verwerken de gegevens </w:t>
      </w:r>
      <w:r w:rsidR="00F05ACE">
        <w:rPr>
          <w:rFonts w:eastAsia="Calibri"/>
          <w:lang w:val="nl-NL"/>
        </w:rPr>
        <w:t xml:space="preserve">om </w:t>
      </w:r>
      <w:r w:rsidRPr="00096F84">
        <w:rPr>
          <w:rFonts w:eastAsia="Calibri"/>
          <w:lang w:val="nl-NL"/>
        </w:rPr>
        <w:t>te beoordelen</w:t>
      </w:r>
      <w:r w:rsidR="00F05ACE">
        <w:rPr>
          <w:rFonts w:eastAsia="Calibri"/>
          <w:lang w:val="nl-NL"/>
        </w:rPr>
        <w:t xml:space="preserve"> </w:t>
      </w:r>
      <w:r w:rsidR="00F05ACE" w:rsidRPr="00F05ACE">
        <w:rPr>
          <w:rFonts w:eastAsia="Calibri"/>
        </w:rPr>
        <w:t>of</w:t>
      </w:r>
      <w:r w:rsidR="00F05ACE">
        <w:rPr>
          <w:rFonts w:eastAsia="Calibri"/>
        </w:rPr>
        <w:t xml:space="preserve"> je</w:t>
      </w:r>
      <w:r w:rsidR="00F05ACE" w:rsidRPr="00F05ACE">
        <w:rPr>
          <w:rFonts w:eastAsia="Calibri"/>
        </w:rPr>
        <w:t xml:space="preserve"> </w:t>
      </w:r>
      <w:proofErr w:type="spellStart"/>
      <w:r w:rsidR="00F05ACE" w:rsidRPr="00F05ACE">
        <w:rPr>
          <w:rFonts w:eastAsia="Calibri"/>
        </w:rPr>
        <w:t>bij</w:t>
      </w:r>
      <w:proofErr w:type="spellEnd"/>
      <w:r w:rsidR="00F05ACE" w:rsidRPr="00F05ACE">
        <w:rPr>
          <w:rFonts w:eastAsia="Calibri"/>
        </w:rPr>
        <w:t xml:space="preserve"> het concept, het </w:t>
      </w:r>
      <w:proofErr w:type="spellStart"/>
      <w:r w:rsidR="00F05ACE" w:rsidRPr="00F05ACE">
        <w:rPr>
          <w:rFonts w:eastAsia="Calibri"/>
        </w:rPr>
        <w:t>karakter</w:t>
      </w:r>
      <w:proofErr w:type="spellEnd"/>
      <w:r w:rsidR="00F05ACE" w:rsidRPr="00F05ACE">
        <w:rPr>
          <w:rFonts w:eastAsia="Calibri"/>
        </w:rPr>
        <w:t xml:space="preserve"> </w:t>
      </w:r>
      <w:proofErr w:type="spellStart"/>
      <w:r w:rsidR="00F05ACE" w:rsidRPr="00F05ACE">
        <w:rPr>
          <w:rFonts w:eastAsia="Calibri"/>
        </w:rPr>
        <w:t>en</w:t>
      </w:r>
      <w:proofErr w:type="spellEnd"/>
      <w:r w:rsidR="00F05ACE" w:rsidRPr="00F05ACE">
        <w:rPr>
          <w:rFonts w:eastAsia="Calibri"/>
        </w:rPr>
        <w:t xml:space="preserve"> de </w:t>
      </w:r>
      <w:proofErr w:type="spellStart"/>
      <w:r w:rsidR="00F05ACE" w:rsidRPr="00F05ACE">
        <w:rPr>
          <w:rFonts w:eastAsia="Calibri"/>
        </w:rPr>
        <w:t>veilige</w:t>
      </w:r>
      <w:proofErr w:type="spellEnd"/>
      <w:r w:rsidR="00F05ACE" w:rsidRPr="00F05ACE">
        <w:rPr>
          <w:rFonts w:eastAsia="Calibri"/>
        </w:rPr>
        <w:t xml:space="preserve"> </w:t>
      </w:r>
      <w:proofErr w:type="spellStart"/>
      <w:r w:rsidR="00F05ACE" w:rsidRPr="00F05ACE">
        <w:rPr>
          <w:rFonts w:eastAsia="Calibri"/>
        </w:rPr>
        <w:t>en</w:t>
      </w:r>
      <w:proofErr w:type="spellEnd"/>
      <w:r w:rsidR="00F05ACE" w:rsidRPr="00F05ACE">
        <w:rPr>
          <w:rFonts w:eastAsia="Calibri"/>
        </w:rPr>
        <w:t xml:space="preserve"> </w:t>
      </w:r>
      <w:proofErr w:type="spellStart"/>
      <w:r w:rsidR="00F05ACE" w:rsidRPr="00F05ACE">
        <w:rPr>
          <w:rFonts w:eastAsia="Calibri"/>
        </w:rPr>
        <w:t>evenwichtige</w:t>
      </w:r>
      <w:proofErr w:type="spellEnd"/>
      <w:r w:rsidR="00F05ACE" w:rsidRPr="00F05ACE">
        <w:rPr>
          <w:rFonts w:eastAsia="Calibri"/>
        </w:rPr>
        <w:t xml:space="preserve"> </w:t>
      </w:r>
      <w:proofErr w:type="spellStart"/>
      <w:r w:rsidR="00F05ACE" w:rsidRPr="00F05ACE">
        <w:rPr>
          <w:rFonts w:eastAsia="Calibri"/>
        </w:rPr>
        <w:t>samenstelling</w:t>
      </w:r>
      <w:proofErr w:type="spellEnd"/>
      <w:r w:rsidR="00F05ACE" w:rsidRPr="00F05ACE">
        <w:rPr>
          <w:rFonts w:eastAsia="Calibri"/>
        </w:rPr>
        <w:t xml:space="preserve"> van Marquee past</w:t>
      </w:r>
      <w:r w:rsidRPr="00096F84">
        <w:rPr>
          <w:rFonts w:eastAsia="Calibri"/>
          <w:lang w:val="nl-NL"/>
        </w:rPr>
        <w:t>,</w:t>
      </w:r>
      <w:r w:rsidR="00F05ACE">
        <w:rPr>
          <w:rFonts w:eastAsia="Calibri"/>
          <w:lang w:val="nl-NL"/>
        </w:rPr>
        <w:t xml:space="preserve"> om na te gaan of je aan </w:t>
      </w:r>
      <w:r w:rsidR="00625AF5">
        <w:rPr>
          <w:rFonts w:eastAsia="Calibri"/>
          <w:lang w:val="nl-NL"/>
        </w:rPr>
        <w:t>de leeftijds</w:t>
      </w:r>
      <w:r w:rsidR="00F05ACE">
        <w:rPr>
          <w:rFonts w:eastAsia="Calibri"/>
          <w:lang w:val="nl-NL"/>
        </w:rPr>
        <w:t>voorwaarde</w:t>
      </w:r>
      <w:r w:rsidR="00625AF5">
        <w:rPr>
          <w:rFonts w:eastAsia="Calibri"/>
          <w:lang w:val="nl-NL"/>
        </w:rPr>
        <w:t xml:space="preserve"> en overige toelating</w:t>
      </w:r>
      <w:r w:rsidR="00F05ACE">
        <w:rPr>
          <w:rFonts w:eastAsia="Calibri"/>
          <w:lang w:val="nl-NL"/>
        </w:rPr>
        <w:t>scriteria voldoet</w:t>
      </w:r>
      <w:r w:rsidR="00625AF5">
        <w:rPr>
          <w:rFonts w:eastAsia="Calibri"/>
          <w:lang w:val="nl-NL"/>
        </w:rPr>
        <w:t>,</w:t>
      </w:r>
      <w:r w:rsidR="00F05ACE">
        <w:rPr>
          <w:rFonts w:eastAsia="Calibri"/>
          <w:lang w:val="nl-NL"/>
        </w:rPr>
        <w:t xml:space="preserve"> </w:t>
      </w:r>
      <w:r w:rsidR="00625AF5">
        <w:rPr>
          <w:rFonts w:eastAsia="Calibri"/>
          <w:lang w:val="nl-NL"/>
        </w:rPr>
        <w:t xml:space="preserve">misbruik te voorkomen </w:t>
      </w:r>
      <w:r w:rsidRPr="00096F84">
        <w:rPr>
          <w:rFonts w:eastAsia="Calibri"/>
          <w:lang w:val="nl-NL"/>
        </w:rPr>
        <w:t xml:space="preserve">en over de uitkomst te communiceren. </w:t>
      </w:r>
      <w:r w:rsidR="00F05ACE" w:rsidRPr="00D21206">
        <w:rPr>
          <w:lang w:val="nl-ES"/>
        </w:rPr>
        <w:t>Wanneer wij twijfelen aan de juistheid van de verstrekte informatie, kunnen wij aanvullende informatie vragen of de aanvraag afwijzen.</w:t>
      </w:r>
      <w:r w:rsidR="00F05ACE">
        <w:rPr>
          <w:lang w:val="es-ES"/>
        </w:rPr>
        <w:t xml:space="preserve"> </w:t>
      </w:r>
      <w:r w:rsidR="00CD330E" w:rsidRPr="00CD330E">
        <w:rPr>
          <w:lang w:val="nl-NL"/>
        </w:rPr>
        <w:t>De grondslag is het nemen van stappen op jouw verzoek v</w:t>
      </w:r>
      <w:r w:rsidR="00C11E41" w:rsidRPr="00096F84">
        <w:rPr>
          <w:lang w:val="nl-NL"/>
        </w:rPr>
        <w:t>oo</w:t>
      </w:r>
      <w:r w:rsidR="00CD330E" w:rsidRPr="00CD330E">
        <w:rPr>
          <w:lang w:val="nl-NL"/>
        </w:rPr>
        <w:t xml:space="preserve">r het aangaan van het </w:t>
      </w:r>
      <w:proofErr w:type="spellStart"/>
      <w:r w:rsidR="00C11E41" w:rsidRPr="00096F84">
        <w:rPr>
          <w:lang w:val="nl-NL"/>
        </w:rPr>
        <w:t>m</w:t>
      </w:r>
      <w:r w:rsidR="00CD330E" w:rsidRPr="00CD330E">
        <w:rPr>
          <w:lang w:val="nl-NL"/>
        </w:rPr>
        <w:t>embership</w:t>
      </w:r>
      <w:proofErr w:type="spellEnd"/>
      <w:r w:rsidR="00CD330E" w:rsidRPr="00CD330E">
        <w:rPr>
          <w:lang w:val="nl-NL"/>
        </w:rPr>
        <w:t xml:space="preserve"> en ons gerechtvaardigde belang bij een zorgvuldig samengestelde en veilige besloten </w:t>
      </w:r>
      <w:r w:rsidR="00625AF5">
        <w:rPr>
          <w:lang w:val="nl-NL"/>
        </w:rPr>
        <w:t>c</w:t>
      </w:r>
      <w:r w:rsidR="00CD330E" w:rsidRPr="00CD330E">
        <w:rPr>
          <w:lang w:val="nl-NL"/>
        </w:rPr>
        <w:t>ommunity.</w:t>
      </w:r>
    </w:p>
    <w:p w14:paraId="550F6D04" w14:textId="5DEF842D" w:rsidR="0004066C" w:rsidRPr="004037C0" w:rsidRDefault="0004066C" w:rsidP="0004066C">
      <w:pPr>
        <w:rPr>
          <w:b/>
          <w:bCs/>
        </w:rPr>
      </w:pPr>
      <w:r w:rsidRPr="004037C0">
        <w:rPr>
          <w:b/>
          <w:bCs/>
        </w:rPr>
        <w:t xml:space="preserve">Membership, account </w:t>
      </w:r>
      <w:proofErr w:type="spellStart"/>
      <w:r w:rsidRPr="004037C0">
        <w:rPr>
          <w:b/>
          <w:bCs/>
        </w:rPr>
        <w:t>en</w:t>
      </w:r>
      <w:proofErr w:type="spellEnd"/>
      <w:r w:rsidRPr="004037C0">
        <w:rPr>
          <w:b/>
          <w:bCs/>
        </w:rPr>
        <w:t xml:space="preserve"> de online community</w:t>
      </w:r>
    </w:p>
    <w:p w14:paraId="44F1E883" w14:textId="51D123DE" w:rsidR="00294BDF" w:rsidRPr="00096F84" w:rsidRDefault="0004066C" w:rsidP="00CD330E">
      <w:pPr>
        <w:rPr>
          <w:lang w:val="nl-NL"/>
        </w:rPr>
      </w:pPr>
      <w:r w:rsidRPr="0004066C">
        <w:rPr>
          <w:lang w:val="nl-NL"/>
        </w:rPr>
        <w:t xml:space="preserve">Voor </w:t>
      </w:r>
      <w:r w:rsidRPr="00096F84">
        <w:rPr>
          <w:lang w:val="nl-NL"/>
        </w:rPr>
        <w:t>de</w:t>
      </w:r>
      <w:r w:rsidRPr="0004066C">
        <w:rPr>
          <w:lang w:val="nl-NL"/>
        </w:rPr>
        <w:t xml:space="preserve"> </w:t>
      </w:r>
      <w:proofErr w:type="spellStart"/>
      <w:r w:rsidRPr="00096F84">
        <w:rPr>
          <w:lang w:val="nl-NL"/>
        </w:rPr>
        <w:t>m</w:t>
      </w:r>
      <w:r w:rsidRPr="0004066C">
        <w:rPr>
          <w:lang w:val="nl-NL"/>
        </w:rPr>
        <w:t>embership</w:t>
      </w:r>
      <w:r w:rsidRPr="00096F84">
        <w:rPr>
          <w:lang w:val="nl-NL"/>
        </w:rPr>
        <w:t>s</w:t>
      </w:r>
      <w:proofErr w:type="spellEnd"/>
      <w:r w:rsidRPr="0004066C">
        <w:rPr>
          <w:lang w:val="nl-NL"/>
        </w:rPr>
        <w:t xml:space="preserve"> en de </w:t>
      </w:r>
      <w:r w:rsidRPr="00096F84">
        <w:rPr>
          <w:lang w:val="nl-NL"/>
        </w:rPr>
        <w:t>online c</w:t>
      </w:r>
      <w:r w:rsidRPr="0004066C">
        <w:rPr>
          <w:lang w:val="nl-NL"/>
        </w:rPr>
        <w:t>ommunity verwerken wij account- en inloggegevens, gegevens</w:t>
      </w:r>
      <w:r w:rsidR="00213758" w:rsidRPr="00096F84">
        <w:rPr>
          <w:lang w:val="nl-NL"/>
        </w:rPr>
        <w:t xml:space="preserve"> over het </w:t>
      </w:r>
      <w:proofErr w:type="spellStart"/>
      <w:r w:rsidR="00213758" w:rsidRPr="00096F84">
        <w:rPr>
          <w:lang w:val="nl-NL"/>
        </w:rPr>
        <w:t>membership</w:t>
      </w:r>
      <w:proofErr w:type="spellEnd"/>
      <w:r w:rsidRPr="0004066C">
        <w:rPr>
          <w:lang w:val="nl-NL"/>
        </w:rPr>
        <w:t xml:space="preserve">, </w:t>
      </w:r>
      <w:r w:rsidR="00293E20" w:rsidRPr="0004066C">
        <w:rPr>
          <w:lang w:val="nl-NL"/>
        </w:rPr>
        <w:t>gegevens</w:t>
      </w:r>
      <w:r w:rsidR="00293E20" w:rsidRPr="00096F84">
        <w:rPr>
          <w:lang w:val="nl-NL"/>
        </w:rPr>
        <w:t xml:space="preserve"> die door jou worden ingevuld in het </w:t>
      </w:r>
      <w:r w:rsidRPr="0004066C">
        <w:rPr>
          <w:lang w:val="nl-NL"/>
        </w:rPr>
        <w:t>profiel en zichtbaarheidsinstellingen</w:t>
      </w:r>
      <w:r w:rsidR="00293E20" w:rsidRPr="00096F84">
        <w:rPr>
          <w:lang w:val="nl-NL"/>
        </w:rPr>
        <w:t xml:space="preserve"> daarvan,</w:t>
      </w:r>
      <w:r w:rsidRPr="0004066C">
        <w:rPr>
          <w:lang w:val="nl-NL"/>
        </w:rPr>
        <w:t xml:space="preserve"> en de </w:t>
      </w:r>
      <w:r w:rsidR="00A441B7" w:rsidRPr="00096F84">
        <w:rPr>
          <w:rStyle w:val="Zwaar"/>
          <w:b w:val="0"/>
          <w:bCs w:val="0"/>
          <w:lang w:val="nl-NL"/>
        </w:rPr>
        <w:t>informatie, foto’s, berichten en andere inhoud</w:t>
      </w:r>
      <w:r w:rsidR="00A441B7" w:rsidRPr="00096F84">
        <w:rPr>
          <w:lang w:val="nl-NL"/>
        </w:rPr>
        <w:t xml:space="preserve"> </w:t>
      </w:r>
      <w:r w:rsidRPr="0004066C">
        <w:rPr>
          <w:lang w:val="nl-NL"/>
        </w:rPr>
        <w:t>die je plaatst, deelt of verstuurt</w:t>
      </w:r>
      <w:r w:rsidR="00293E20" w:rsidRPr="00096F84">
        <w:rPr>
          <w:lang w:val="nl-NL"/>
        </w:rPr>
        <w:t xml:space="preserve"> in de online community</w:t>
      </w:r>
      <w:r w:rsidRPr="0004066C">
        <w:rPr>
          <w:lang w:val="nl-NL"/>
        </w:rPr>
        <w:t>. Daaronder kunnen ook connecties, privéberichten</w:t>
      </w:r>
      <w:r w:rsidR="00A441B7" w:rsidRPr="00096F84">
        <w:rPr>
          <w:lang w:val="nl-NL"/>
        </w:rPr>
        <w:t xml:space="preserve"> en </w:t>
      </w:r>
      <w:r w:rsidRPr="0004066C">
        <w:rPr>
          <w:lang w:val="nl-NL"/>
        </w:rPr>
        <w:t>blokkeringen</w:t>
      </w:r>
      <w:r w:rsidR="00A441B7" w:rsidRPr="00096F84">
        <w:rPr>
          <w:lang w:val="nl-NL"/>
        </w:rPr>
        <w:t xml:space="preserve"> </w:t>
      </w:r>
      <w:r w:rsidRPr="0004066C">
        <w:rPr>
          <w:lang w:val="nl-NL"/>
        </w:rPr>
        <w:t xml:space="preserve">vallen. </w:t>
      </w:r>
    </w:p>
    <w:p w14:paraId="5DB1B5A6" w14:textId="05929A2B" w:rsidR="00A441B7" w:rsidRPr="00096F84" w:rsidRDefault="0004066C" w:rsidP="00CD330E">
      <w:pPr>
        <w:rPr>
          <w:lang w:val="nl-NL"/>
        </w:rPr>
      </w:pPr>
      <w:r w:rsidRPr="0004066C">
        <w:rPr>
          <w:lang w:val="nl-NL"/>
        </w:rPr>
        <w:t xml:space="preserve">Wij gebruiken deze gegevens om het </w:t>
      </w:r>
      <w:proofErr w:type="spellStart"/>
      <w:r w:rsidR="00643ABA" w:rsidRPr="00096F84">
        <w:rPr>
          <w:lang w:val="nl-NL"/>
        </w:rPr>
        <w:t>m</w:t>
      </w:r>
      <w:r w:rsidRPr="0004066C">
        <w:rPr>
          <w:lang w:val="nl-NL"/>
        </w:rPr>
        <w:t>embership</w:t>
      </w:r>
      <w:proofErr w:type="spellEnd"/>
      <w:r w:rsidRPr="0004066C">
        <w:rPr>
          <w:lang w:val="nl-NL"/>
        </w:rPr>
        <w:t xml:space="preserve"> uit te voeren, de</w:t>
      </w:r>
      <w:r w:rsidR="00A441B7" w:rsidRPr="00096F84">
        <w:rPr>
          <w:lang w:val="nl-NL"/>
        </w:rPr>
        <w:t xml:space="preserve"> online c</w:t>
      </w:r>
      <w:r w:rsidRPr="0004066C">
        <w:rPr>
          <w:lang w:val="nl-NL"/>
        </w:rPr>
        <w:t>ommunity</w:t>
      </w:r>
      <w:r w:rsidR="00A441B7" w:rsidRPr="00096F84">
        <w:rPr>
          <w:lang w:val="nl-NL"/>
        </w:rPr>
        <w:t xml:space="preserve">, </w:t>
      </w:r>
      <w:r w:rsidR="00643ABA" w:rsidRPr="00096F84">
        <w:rPr>
          <w:lang w:val="nl-NL"/>
        </w:rPr>
        <w:t>bijbehorende</w:t>
      </w:r>
      <w:r w:rsidRPr="0004066C">
        <w:rPr>
          <w:lang w:val="nl-NL"/>
        </w:rPr>
        <w:t xml:space="preserve"> functies </w:t>
      </w:r>
      <w:r w:rsidR="00A441B7" w:rsidRPr="00096F84">
        <w:rPr>
          <w:lang w:val="nl-NL"/>
        </w:rPr>
        <w:t xml:space="preserve">en het account </w:t>
      </w:r>
      <w:r w:rsidRPr="0004066C">
        <w:rPr>
          <w:lang w:val="nl-NL"/>
        </w:rPr>
        <w:t xml:space="preserve">beschikbaar te stellen, </w:t>
      </w:r>
      <w:r w:rsidR="00A441B7" w:rsidRPr="00096F84">
        <w:rPr>
          <w:lang w:val="nl-NL"/>
        </w:rPr>
        <w:t xml:space="preserve">te beheren en </w:t>
      </w:r>
      <w:r w:rsidRPr="0004066C">
        <w:rPr>
          <w:lang w:val="nl-NL"/>
        </w:rPr>
        <w:t>de veiligheid te bewaken</w:t>
      </w:r>
      <w:r w:rsidR="00A441B7" w:rsidRPr="00096F84">
        <w:rPr>
          <w:lang w:val="nl-NL"/>
        </w:rPr>
        <w:t>.</w:t>
      </w:r>
      <w:r w:rsidRPr="0004066C">
        <w:rPr>
          <w:lang w:val="nl-NL"/>
        </w:rPr>
        <w:t xml:space="preserve"> De grondslag is de uitvoering van het </w:t>
      </w:r>
      <w:proofErr w:type="spellStart"/>
      <w:r w:rsidR="00A441B7" w:rsidRPr="00096F84">
        <w:rPr>
          <w:lang w:val="nl-NL"/>
        </w:rPr>
        <w:t>m</w:t>
      </w:r>
      <w:r w:rsidRPr="0004066C">
        <w:rPr>
          <w:lang w:val="nl-NL"/>
        </w:rPr>
        <w:t>embership</w:t>
      </w:r>
      <w:proofErr w:type="spellEnd"/>
      <w:r w:rsidRPr="0004066C">
        <w:rPr>
          <w:lang w:val="nl-NL"/>
        </w:rPr>
        <w:t xml:space="preserve"> en, voor </w:t>
      </w:r>
      <w:r w:rsidR="00A441B7" w:rsidRPr="00096F84">
        <w:rPr>
          <w:lang w:val="nl-NL"/>
        </w:rPr>
        <w:t xml:space="preserve">beveiliging en bescherming tegen misbruik, ons gerechtvaardigde belang bij een veilige en besloten </w:t>
      </w:r>
      <w:r w:rsidR="00A441B7" w:rsidRPr="00096F84">
        <w:rPr>
          <w:rStyle w:val="Zwaar"/>
          <w:b w:val="0"/>
          <w:bCs w:val="0"/>
          <w:lang w:val="nl-NL"/>
        </w:rPr>
        <w:t>community</w:t>
      </w:r>
      <w:r w:rsidR="00A441B7" w:rsidRPr="00096F84">
        <w:rPr>
          <w:b/>
          <w:bCs/>
          <w:lang w:val="nl-NL"/>
        </w:rPr>
        <w:t>.</w:t>
      </w:r>
      <w:r w:rsidR="00A441B7" w:rsidRPr="00096F84">
        <w:rPr>
          <w:lang w:val="nl-NL"/>
        </w:rPr>
        <w:t xml:space="preserve"> </w:t>
      </w:r>
    </w:p>
    <w:p w14:paraId="1F7315D8" w14:textId="77777777" w:rsidR="00643ABA" w:rsidRPr="00643ABA" w:rsidRDefault="00643ABA" w:rsidP="00643ABA">
      <w:pPr>
        <w:rPr>
          <w:b/>
          <w:bCs/>
          <w:lang w:val="nl-NL"/>
        </w:rPr>
      </w:pPr>
      <w:r w:rsidRPr="00643ABA">
        <w:rPr>
          <w:b/>
          <w:bCs/>
          <w:lang w:val="nl-NL"/>
        </w:rPr>
        <w:t>Bijzondere en extra gevoelige persoonsgegevens</w:t>
      </w:r>
    </w:p>
    <w:p w14:paraId="3967E62A" w14:textId="66EC5CA1" w:rsidR="00A441B7" w:rsidRPr="00096F84" w:rsidRDefault="00146CC2" w:rsidP="00146CC2">
      <w:pPr>
        <w:rPr>
          <w:lang w:val="nl-NL"/>
        </w:rPr>
      </w:pPr>
      <w:r w:rsidRPr="00146CC2">
        <w:rPr>
          <w:rFonts w:eastAsia="Calibri"/>
          <w:lang w:val="nl-NL"/>
        </w:rPr>
        <w:t xml:space="preserve">Je kunt er vrijwillig voor kiezen om in je profiel of in foto’s, berichten of andere inhoud die je binnen de community deelt, informatie over je </w:t>
      </w:r>
      <w:r w:rsidR="00A441B7" w:rsidRPr="00096F84">
        <w:rPr>
          <w:rFonts w:eastAsia="Calibri"/>
          <w:lang w:val="nl-NL"/>
        </w:rPr>
        <w:t xml:space="preserve">gezondheid, </w:t>
      </w:r>
      <w:r w:rsidRPr="00146CC2">
        <w:rPr>
          <w:rFonts w:eastAsia="Calibri"/>
          <w:lang w:val="nl-NL"/>
        </w:rPr>
        <w:t>seksleven</w:t>
      </w:r>
      <w:r w:rsidR="00454472">
        <w:rPr>
          <w:rFonts w:eastAsia="Calibri"/>
          <w:lang w:val="nl-NL"/>
        </w:rPr>
        <w:t xml:space="preserve"> of </w:t>
      </w:r>
      <w:r w:rsidRPr="00146CC2">
        <w:rPr>
          <w:rFonts w:eastAsia="Calibri"/>
          <w:lang w:val="nl-NL"/>
        </w:rPr>
        <w:t>seksuele gerichtheid op te nemen. Dit zijn bijzondere persoonsgegevens. Wij verwerken deze gegevens met jouw uitdrukkelijke toestemming om</w:t>
      </w:r>
      <w:r w:rsidR="00A441B7" w:rsidRPr="00096F84">
        <w:rPr>
          <w:lang w:val="nl-NL"/>
        </w:rPr>
        <w:t xml:space="preserve"> ze op te slaan, de door jou gekozen profiel- of </w:t>
      </w:r>
      <w:proofErr w:type="spellStart"/>
      <w:r w:rsidR="00A441B7" w:rsidRPr="00096F84">
        <w:rPr>
          <w:lang w:val="nl-NL"/>
        </w:rPr>
        <w:t>communityfunctie</w:t>
      </w:r>
      <w:proofErr w:type="spellEnd"/>
      <w:r w:rsidR="00A441B7" w:rsidRPr="00096F84">
        <w:rPr>
          <w:lang w:val="nl-NL"/>
        </w:rPr>
        <w:t xml:space="preserve"> aan te bieden en ze overeenkomstig jouw zichtbaarheidsinstellingen aan andere leden te tonen.</w:t>
      </w:r>
    </w:p>
    <w:p w14:paraId="722B9EB8" w14:textId="59777F2D" w:rsidR="00A441B7" w:rsidRPr="00096F84" w:rsidRDefault="00A441B7" w:rsidP="00A441B7">
      <w:pPr>
        <w:rPr>
          <w:rFonts w:eastAsia="Calibri"/>
          <w:lang w:val="nl-NL"/>
        </w:rPr>
      </w:pPr>
      <w:commentRangeStart w:id="0"/>
      <w:commentRangeStart w:id="1"/>
      <w:commentRangeStart w:id="2"/>
      <w:r w:rsidRPr="00096F84">
        <w:rPr>
          <w:rFonts w:eastAsia="Calibri"/>
          <w:lang w:val="nl-NL"/>
        </w:rPr>
        <w:t xml:space="preserve">Wanneer een vrijwillig profielveld specifiek voor dergelijke informatie is bedoeld, vragen wij de toestemming direct bij dat veld, via een afzonderlijk en niet vooraf aangevinkt </w:t>
      </w:r>
      <w:proofErr w:type="spellStart"/>
      <w:r w:rsidRPr="00096F84">
        <w:rPr>
          <w:rFonts w:eastAsia="Calibri"/>
          <w:lang w:val="nl-NL"/>
        </w:rPr>
        <w:t>toestemmingsvak</w:t>
      </w:r>
      <w:proofErr w:type="spellEnd"/>
      <w:r w:rsidRPr="00096F84">
        <w:rPr>
          <w:rFonts w:eastAsia="Calibri"/>
          <w:lang w:val="nl-NL"/>
        </w:rPr>
        <w:t xml:space="preserve">. Als </w:t>
      </w:r>
      <w:proofErr w:type="spellStart"/>
      <w:r w:rsidRPr="00096F84">
        <w:rPr>
          <w:rFonts w:eastAsia="Calibri"/>
          <w:lang w:val="nl-NL"/>
        </w:rPr>
        <w:t>Marquee</w:t>
      </w:r>
      <w:proofErr w:type="spellEnd"/>
      <w:r w:rsidRPr="00096F84">
        <w:rPr>
          <w:rFonts w:eastAsia="Calibri"/>
          <w:lang w:val="nl-NL"/>
        </w:rPr>
        <w:t xml:space="preserve"> een afzonderlijke functie aanbiedt voor het delen van seksueel getinte of expliciete foto’s, berichten of andere inhoud, vragen wij daarvoor afzonderlijk toestemming voordat je die functie voor </w:t>
      </w:r>
      <w:r w:rsidRPr="00096F84">
        <w:rPr>
          <w:rFonts w:eastAsia="Calibri"/>
          <w:lang w:val="nl-NL"/>
        </w:rPr>
        <w:lastRenderedPageBreak/>
        <w:t xml:space="preserve">het eerst gebruikt. </w:t>
      </w:r>
      <w:commentRangeEnd w:id="0"/>
      <w:r w:rsidRPr="00096F84">
        <w:rPr>
          <w:rStyle w:val="Verwijzingopmerking"/>
          <w:rFonts w:eastAsia="Calibri"/>
          <w:sz w:val="22"/>
          <w:szCs w:val="22"/>
          <w:lang w:val="nl-NL"/>
        </w:rPr>
        <w:commentReference w:id="0"/>
      </w:r>
      <w:commentRangeEnd w:id="1"/>
      <w:r w:rsidR="006112D1" w:rsidRPr="00096F84">
        <w:rPr>
          <w:rStyle w:val="Verwijzingopmerking"/>
          <w:rFonts w:eastAsia="Calibri"/>
          <w:sz w:val="22"/>
          <w:szCs w:val="22"/>
          <w:lang w:val="nl-NL"/>
        </w:rPr>
        <w:commentReference w:id="1"/>
      </w:r>
      <w:commentRangeEnd w:id="2"/>
      <w:r w:rsidR="009A1B3C" w:rsidRPr="00096F84">
        <w:rPr>
          <w:rStyle w:val="Verwijzingopmerking"/>
          <w:rFonts w:eastAsia="Calibri"/>
          <w:sz w:val="22"/>
          <w:szCs w:val="22"/>
          <w:lang w:val="nl-NL"/>
        </w:rPr>
        <w:commentReference w:id="2"/>
      </w:r>
      <w:r w:rsidRPr="00096F84">
        <w:rPr>
          <w:rFonts w:eastAsia="Calibri"/>
          <w:lang w:val="nl-NL"/>
        </w:rPr>
        <w:t xml:space="preserve">Het geven van deze toestemming is niet verplicht om een </w:t>
      </w:r>
      <w:proofErr w:type="spellStart"/>
      <w:r w:rsidRPr="00096F84">
        <w:rPr>
          <w:rFonts w:eastAsia="Calibri"/>
          <w:lang w:val="nl-NL"/>
        </w:rPr>
        <w:t>membership</w:t>
      </w:r>
      <w:proofErr w:type="spellEnd"/>
      <w:r w:rsidRPr="00096F84">
        <w:rPr>
          <w:rFonts w:eastAsia="Calibri"/>
          <w:lang w:val="nl-NL"/>
        </w:rPr>
        <w:t xml:space="preserve"> af te sluiten of de overige functies van </w:t>
      </w:r>
      <w:proofErr w:type="spellStart"/>
      <w:r w:rsidRPr="00096F84">
        <w:rPr>
          <w:rFonts w:eastAsia="Calibri"/>
          <w:lang w:val="nl-NL"/>
        </w:rPr>
        <w:t>Marquee</w:t>
      </w:r>
      <w:proofErr w:type="spellEnd"/>
      <w:r w:rsidRPr="00096F84">
        <w:rPr>
          <w:rFonts w:eastAsia="Calibri"/>
          <w:lang w:val="nl-NL"/>
        </w:rPr>
        <w:t xml:space="preserve"> te gebruiken.</w:t>
      </w:r>
    </w:p>
    <w:p w14:paraId="0E74F8E6" w14:textId="37AD6C94" w:rsidR="00A441B7" w:rsidRPr="00A441B7" w:rsidRDefault="00A441B7" w:rsidP="00A441B7">
      <w:pPr>
        <w:rPr>
          <w:rFonts w:eastAsia="Calibri"/>
          <w:lang w:val="nl-NL"/>
        </w:rPr>
      </w:pPr>
      <w:r w:rsidRPr="00A441B7">
        <w:rPr>
          <w:rFonts w:eastAsia="Calibri"/>
          <w:lang w:val="nl-NL"/>
        </w:rPr>
        <w:t xml:space="preserve">Je kunt </w:t>
      </w:r>
      <w:r w:rsidR="00525745">
        <w:rPr>
          <w:rFonts w:eastAsia="Calibri"/>
          <w:lang w:val="nl-NL"/>
        </w:rPr>
        <w:t>die</w:t>
      </w:r>
      <w:r w:rsidRPr="00A441B7">
        <w:rPr>
          <w:rFonts w:eastAsia="Calibri"/>
          <w:lang w:val="nl-NL"/>
        </w:rPr>
        <w:t xml:space="preserve"> toestemming op ieder moment intrekken via de functie of privacy-instelling waarmee je </w:t>
      </w:r>
      <w:r w:rsidR="00525745">
        <w:rPr>
          <w:rFonts w:eastAsia="Calibri"/>
          <w:lang w:val="nl-NL"/>
        </w:rPr>
        <w:t xml:space="preserve">deze </w:t>
      </w:r>
      <w:r w:rsidRPr="00A441B7">
        <w:rPr>
          <w:rFonts w:eastAsia="Calibri"/>
          <w:lang w:val="nl-NL"/>
        </w:rPr>
        <w:t xml:space="preserve">hebt gegeven of door contact met ons op te nemen via </w:t>
      </w:r>
      <w:r w:rsidRPr="004F56BC">
        <w:rPr>
          <w:rFonts w:eastAsia="Calibri"/>
          <w:lang w:val="nl-NL"/>
        </w:rPr>
        <w:t>info@themarquee.nl</w:t>
      </w:r>
      <w:r w:rsidRPr="00A441B7">
        <w:rPr>
          <w:rFonts w:eastAsia="Calibri"/>
          <w:lang w:val="nl-NL"/>
        </w:rPr>
        <w:t>. Wij stoppen dan met de verwerking die op jouw toestemming berust en verwijderen de betrokken gegevens uit de systemen waarover wij zeggenschap hebben, tenzij een andere wettelijke grondslag verdere bewaring toestaat of verplicht. De intrekking verandert niets aan de rechtmatigheid van de verwerking v</w:t>
      </w:r>
      <w:r w:rsidRPr="00096F84">
        <w:rPr>
          <w:rFonts w:eastAsia="Calibri"/>
          <w:lang w:val="nl-NL"/>
        </w:rPr>
        <w:t>oo</w:t>
      </w:r>
      <w:r w:rsidRPr="00A441B7">
        <w:rPr>
          <w:rFonts w:eastAsia="Calibri"/>
          <w:lang w:val="nl-NL"/>
        </w:rPr>
        <w:t>r de intrekking.</w:t>
      </w:r>
    </w:p>
    <w:p w14:paraId="41676F83" w14:textId="77777777" w:rsidR="00A441B7" w:rsidRPr="00096F84" w:rsidRDefault="00A441B7" w:rsidP="00A441B7">
      <w:pPr>
        <w:pStyle w:val="Kop1"/>
        <w:rPr>
          <w:rFonts w:ascii="Calibri" w:eastAsiaTheme="minorEastAsia" w:hAnsi="Calibri" w:cstheme="minorBidi"/>
          <w:color w:val="000000"/>
          <w:sz w:val="22"/>
          <w:szCs w:val="22"/>
          <w:lang w:val="nl-NL"/>
        </w:rPr>
      </w:pPr>
      <w:r w:rsidRPr="00096F84">
        <w:rPr>
          <w:rFonts w:ascii="Calibri" w:eastAsiaTheme="minorEastAsia" w:hAnsi="Calibri" w:cstheme="minorBidi"/>
          <w:color w:val="000000"/>
          <w:sz w:val="22"/>
          <w:szCs w:val="22"/>
          <w:lang w:val="nl-NL"/>
        </w:rPr>
        <w:t>Meldingen, moderatie en veiligheid</w:t>
      </w:r>
    </w:p>
    <w:p w14:paraId="4F8626B9" w14:textId="77777777" w:rsidR="00A441B7" w:rsidRPr="00A441B7" w:rsidRDefault="00A441B7" w:rsidP="00A441B7">
      <w:pPr>
        <w:rPr>
          <w:rFonts w:eastAsia="Calibri"/>
          <w:lang w:val="nl-NL"/>
        </w:rPr>
      </w:pPr>
      <w:r w:rsidRPr="00A441B7">
        <w:rPr>
          <w:rFonts w:eastAsia="Calibri"/>
          <w:lang w:val="nl-NL"/>
        </w:rPr>
        <w:t xml:space="preserve">Wanneer je content, gedrag of een veiligheidsincident meldt, verwerken wij de gegevens van de melder en de betrokken personen, de reden voor de melding, de gemelde content of communicatie, de door de melder gegeven toelichting en eventueel verstrekte verklaringen, bewijsstukken en informatie over getuigen. Wij registreren ook de beoordeling van de melding, het contact met betrokkenen en eventuele maatregelen die </w:t>
      </w:r>
      <w:proofErr w:type="spellStart"/>
      <w:r w:rsidRPr="00A441B7">
        <w:rPr>
          <w:rFonts w:eastAsia="Calibri"/>
          <w:lang w:val="nl-NL"/>
        </w:rPr>
        <w:t>Marquee</w:t>
      </w:r>
      <w:proofErr w:type="spellEnd"/>
      <w:r w:rsidRPr="00A441B7">
        <w:rPr>
          <w:rFonts w:eastAsia="Calibri"/>
          <w:lang w:val="nl-NL"/>
        </w:rPr>
        <w:t xml:space="preserve"> naar aanleiding daarvan neemt.</w:t>
      </w:r>
    </w:p>
    <w:p w14:paraId="688872F4" w14:textId="21C3BFFA" w:rsidR="00A441B7" w:rsidRPr="00A441B7" w:rsidRDefault="00A441B7" w:rsidP="00A441B7">
      <w:pPr>
        <w:rPr>
          <w:rFonts w:eastAsia="Calibri"/>
          <w:lang w:val="nl-NL"/>
        </w:rPr>
      </w:pPr>
      <w:r w:rsidRPr="00A441B7">
        <w:rPr>
          <w:rFonts w:eastAsia="Calibri"/>
          <w:lang w:val="nl-NL"/>
        </w:rPr>
        <w:t xml:space="preserve">Wij gebruiken deze gegevens om mogelijke overtredingen van onze algemene voorwaarden, community </w:t>
      </w:r>
      <w:proofErr w:type="spellStart"/>
      <w:r w:rsidRPr="00A441B7">
        <w:rPr>
          <w:rFonts w:eastAsia="Calibri"/>
          <w:lang w:val="nl-NL"/>
        </w:rPr>
        <w:t>guidelines</w:t>
      </w:r>
      <w:proofErr w:type="spellEnd"/>
      <w:r w:rsidRPr="00A441B7">
        <w:rPr>
          <w:rFonts w:eastAsia="Calibri"/>
          <w:lang w:val="nl-NL"/>
        </w:rPr>
        <w:t xml:space="preserve">, </w:t>
      </w:r>
      <w:r w:rsidRPr="00096F84">
        <w:rPr>
          <w:rFonts w:eastAsia="Calibri"/>
          <w:lang w:val="nl-NL"/>
        </w:rPr>
        <w:t xml:space="preserve">event </w:t>
      </w:r>
      <w:proofErr w:type="spellStart"/>
      <w:r w:rsidRPr="00096F84">
        <w:rPr>
          <w:rFonts w:eastAsia="Calibri"/>
          <w:lang w:val="nl-NL"/>
        </w:rPr>
        <w:t>guidelines</w:t>
      </w:r>
      <w:proofErr w:type="spellEnd"/>
      <w:r w:rsidRPr="00096F84">
        <w:rPr>
          <w:rFonts w:eastAsia="Calibri"/>
          <w:lang w:val="nl-NL"/>
        </w:rPr>
        <w:t xml:space="preserve">, </w:t>
      </w:r>
      <w:r w:rsidRPr="00A441B7">
        <w:rPr>
          <w:rFonts w:eastAsia="Calibri"/>
          <w:lang w:val="nl-NL"/>
        </w:rPr>
        <w:t xml:space="preserve">consent </w:t>
      </w:r>
      <w:proofErr w:type="spellStart"/>
      <w:r w:rsidRPr="00A441B7">
        <w:rPr>
          <w:rFonts w:eastAsia="Calibri"/>
          <w:lang w:val="nl-NL"/>
        </w:rPr>
        <w:t>rules</w:t>
      </w:r>
      <w:proofErr w:type="spellEnd"/>
      <w:r w:rsidRPr="00A441B7">
        <w:rPr>
          <w:rFonts w:eastAsia="Calibri"/>
          <w:lang w:val="nl-NL"/>
        </w:rPr>
        <w:t xml:space="preserve"> of andere regels te onderzoeken, betrokkenen te beschermen, passende maatregelen te nemen, geschillen en rechtsvorderingen te behandelen en, wanneer dat noodzakelijk of wettelijk verplicht is, hulpdiensten, adviseurs of bevoegde autoriteiten in te schakelen. Voor gewone persoonsgegevens baseren wij ons op de uitvoering van de overeenkomst en ons gerechtvaardigde belang bij een veilige community, veilige events en een zorgvuldige behandeling van meldingen.</w:t>
      </w:r>
    </w:p>
    <w:p w14:paraId="55AEDC1F" w14:textId="77777777" w:rsidR="00A441B7" w:rsidRPr="00A441B7" w:rsidRDefault="00A441B7" w:rsidP="00A441B7">
      <w:pPr>
        <w:rPr>
          <w:rFonts w:eastAsia="Calibri"/>
          <w:lang w:val="nl-NL"/>
        </w:rPr>
      </w:pPr>
      <w:r w:rsidRPr="00A441B7">
        <w:rPr>
          <w:rFonts w:eastAsia="Calibri"/>
          <w:lang w:val="nl-NL"/>
        </w:rPr>
        <w:t>Een melding kan ook informatie bevatten over iemands gezondheid, seksleven of seksuele gerichtheid. Dergelijke bijzondere persoonsgegevens verwerken wij alleen wanneer daarvoor naast de hiervoor genoemde grondslag een specifieke uitzondering geldt. Dat kan bijvoorbeeld de uitdrukkelijke toestemming zijn van de persoon op wie de bijzondere gegevens betrekking hebben, de noodzaak om rechtsvorderingen vast te stellen, uit te oefenen of te verdedigen of, bij een medisch noodgeval waarin iemand geen toestemming kan geven, de bescherming van vitale belangen.</w:t>
      </w:r>
    </w:p>
    <w:p w14:paraId="1C938C82" w14:textId="58B95050" w:rsidR="00A441B7" w:rsidRPr="00096F84" w:rsidRDefault="00A441B7" w:rsidP="00643ABA">
      <w:pPr>
        <w:rPr>
          <w:rFonts w:eastAsia="Calibri"/>
          <w:lang w:val="nl-NL"/>
        </w:rPr>
      </w:pPr>
      <w:r w:rsidRPr="00A441B7">
        <w:rPr>
          <w:rFonts w:eastAsia="Calibri"/>
          <w:lang w:val="nl-NL"/>
        </w:rPr>
        <w:t xml:space="preserve">Gegevens over mogelijk strafbaar gedrag verwerken wij alleen voor zover </w:t>
      </w:r>
      <w:r w:rsidR="00A44F3A" w:rsidRPr="00096F84">
        <w:rPr>
          <w:rFonts w:eastAsia="Calibri"/>
          <w:lang w:val="nl-NL"/>
        </w:rPr>
        <w:t>de wet dit</w:t>
      </w:r>
      <w:r w:rsidRPr="00A441B7">
        <w:rPr>
          <w:rFonts w:eastAsia="Calibri"/>
          <w:lang w:val="nl-NL"/>
        </w:rPr>
        <w:t xml:space="preserve"> toestaa</w:t>
      </w:r>
      <w:r w:rsidR="00A44F3A" w:rsidRPr="00096F84">
        <w:rPr>
          <w:rFonts w:eastAsia="Calibri"/>
          <w:lang w:val="nl-NL"/>
        </w:rPr>
        <w:t>t</w:t>
      </w:r>
      <w:r w:rsidRPr="00A441B7">
        <w:rPr>
          <w:rFonts w:eastAsia="Calibri"/>
          <w:lang w:val="nl-NL"/>
        </w:rPr>
        <w:t xml:space="preserve">, bijvoorbeeld wanneer dit noodzakelijk is voor een rechtsvordering of ter bescherming van </w:t>
      </w:r>
      <w:proofErr w:type="spellStart"/>
      <w:r w:rsidRPr="00A441B7">
        <w:rPr>
          <w:rFonts w:eastAsia="Calibri"/>
          <w:lang w:val="nl-NL"/>
        </w:rPr>
        <w:t>Marquee</w:t>
      </w:r>
      <w:proofErr w:type="spellEnd"/>
      <w:r w:rsidRPr="00A441B7">
        <w:rPr>
          <w:rFonts w:eastAsia="Calibri"/>
          <w:lang w:val="nl-NL"/>
        </w:rPr>
        <w:t xml:space="preserve"> tegen strafbare feiten die tegen </w:t>
      </w:r>
      <w:proofErr w:type="spellStart"/>
      <w:r w:rsidRPr="00A441B7">
        <w:rPr>
          <w:rFonts w:eastAsia="Calibri"/>
          <w:lang w:val="nl-NL"/>
        </w:rPr>
        <w:t>Marquee</w:t>
      </w:r>
      <w:proofErr w:type="spellEnd"/>
      <w:r w:rsidRPr="00A441B7">
        <w:rPr>
          <w:rFonts w:eastAsia="Calibri"/>
          <w:lang w:val="nl-NL"/>
        </w:rPr>
        <w:t xml:space="preserve"> zijn of naar verwachting zullen worden gepleegd. Wij gebruiken meldingsgegevens niet voor andere, onverenigbare doeleinden en maken in het dossier duidelijk of sprake is van een melding, een betwiste beschuldiging of een vastgesteld feit.</w:t>
      </w:r>
    </w:p>
    <w:p w14:paraId="549DD3D9" w14:textId="3B280298" w:rsidR="00146CC2" w:rsidRPr="00146CC2" w:rsidRDefault="00146CC2" w:rsidP="00146CC2">
      <w:pPr>
        <w:rPr>
          <w:b/>
          <w:bCs/>
          <w:lang w:val="nl-NL"/>
        </w:rPr>
      </w:pPr>
      <w:r w:rsidRPr="00146CC2">
        <w:rPr>
          <w:b/>
          <w:bCs/>
          <w:lang w:val="nl-NL"/>
        </w:rPr>
        <w:t xml:space="preserve">Betalingen, </w:t>
      </w:r>
      <w:r w:rsidRPr="00096F84">
        <w:rPr>
          <w:b/>
          <w:bCs/>
          <w:lang w:val="nl-NL"/>
        </w:rPr>
        <w:t>t</w:t>
      </w:r>
      <w:r w:rsidRPr="00146CC2">
        <w:rPr>
          <w:b/>
          <w:bCs/>
          <w:lang w:val="nl-NL"/>
        </w:rPr>
        <w:t xml:space="preserve">ickets en </w:t>
      </w:r>
      <w:r w:rsidR="00416E3D" w:rsidRPr="00096F84">
        <w:rPr>
          <w:b/>
          <w:bCs/>
          <w:lang w:val="nl-NL"/>
        </w:rPr>
        <w:t xml:space="preserve">de </w:t>
      </w:r>
      <w:r w:rsidR="00A44F3A" w:rsidRPr="00096F84">
        <w:rPr>
          <w:b/>
          <w:bCs/>
          <w:lang w:val="nl-NL"/>
        </w:rPr>
        <w:t>m</w:t>
      </w:r>
      <w:r w:rsidRPr="00146CC2">
        <w:rPr>
          <w:b/>
          <w:bCs/>
          <w:lang w:val="nl-NL"/>
        </w:rPr>
        <w:t xml:space="preserve">ember </w:t>
      </w:r>
      <w:r w:rsidR="00A44F3A" w:rsidRPr="00096F84">
        <w:rPr>
          <w:b/>
          <w:bCs/>
          <w:lang w:val="nl-NL"/>
        </w:rPr>
        <w:t>c</w:t>
      </w:r>
      <w:r w:rsidRPr="00146CC2">
        <w:rPr>
          <w:b/>
          <w:bCs/>
          <w:lang w:val="nl-NL"/>
        </w:rPr>
        <w:t>ard</w:t>
      </w:r>
    </w:p>
    <w:p w14:paraId="67576F2F" w14:textId="77777777" w:rsidR="00A44F3A" w:rsidRPr="00096F84" w:rsidRDefault="00146CC2" w:rsidP="00CD330E">
      <w:pPr>
        <w:rPr>
          <w:lang w:val="nl-NL"/>
        </w:rPr>
      </w:pPr>
      <w:r w:rsidRPr="00146CC2">
        <w:rPr>
          <w:lang w:val="nl-NL"/>
        </w:rPr>
        <w:t xml:space="preserve">Voor </w:t>
      </w:r>
      <w:proofErr w:type="spellStart"/>
      <w:r w:rsidR="00A44F3A" w:rsidRPr="00096F84">
        <w:rPr>
          <w:lang w:val="nl-NL"/>
        </w:rPr>
        <w:t>memberships</w:t>
      </w:r>
      <w:proofErr w:type="spellEnd"/>
      <w:r w:rsidR="00A44F3A" w:rsidRPr="00096F84">
        <w:rPr>
          <w:lang w:val="nl-NL"/>
        </w:rPr>
        <w:t xml:space="preserve">, </w:t>
      </w:r>
      <w:r w:rsidRPr="00146CC2">
        <w:rPr>
          <w:lang w:val="nl-NL"/>
        </w:rPr>
        <w:t>betalingen, facturatie,</w:t>
      </w:r>
      <w:r w:rsidRPr="00096F84">
        <w:rPr>
          <w:lang w:val="nl-NL"/>
        </w:rPr>
        <w:t xml:space="preserve"> t</w:t>
      </w:r>
      <w:r w:rsidRPr="00146CC2">
        <w:rPr>
          <w:lang w:val="nl-NL"/>
        </w:rPr>
        <w:t xml:space="preserve">ickets en de </w:t>
      </w:r>
      <w:r w:rsidR="00A44F3A" w:rsidRPr="00096F84">
        <w:rPr>
          <w:lang w:val="nl-NL"/>
        </w:rPr>
        <w:t>m</w:t>
      </w:r>
      <w:r w:rsidRPr="00146CC2">
        <w:rPr>
          <w:lang w:val="nl-NL"/>
        </w:rPr>
        <w:t xml:space="preserve">ember </w:t>
      </w:r>
      <w:r w:rsidR="00A44F3A" w:rsidRPr="00096F84">
        <w:rPr>
          <w:lang w:val="nl-NL"/>
        </w:rPr>
        <w:t>c</w:t>
      </w:r>
      <w:r w:rsidRPr="00146CC2">
        <w:rPr>
          <w:lang w:val="nl-NL"/>
        </w:rPr>
        <w:t xml:space="preserve">ard verwerken wij </w:t>
      </w:r>
      <w:r w:rsidR="00A44F3A" w:rsidRPr="00096F84">
        <w:rPr>
          <w:lang w:val="nl-NL"/>
        </w:rPr>
        <w:t xml:space="preserve">je </w:t>
      </w:r>
      <w:r w:rsidR="00A44F3A" w:rsidRPr="004F56BC">
        <w:rPr>
          <w:lang w:val="nl-NL"/>
        </w:rPr>
        <w:t xml:space="preserve">naam, adres, woonland, telefoonnummer en e-mailadres en gegevens over het </w:t>
      </w:r>
      <w:proofErr w:type="spellStart"/>
      <w:r w:rsidR="00A44F3A" w:rsidRPr="004F56BC">
        <w:rPr>
          <w:lang w:val="nl-NL"/>
        </w:rPr>
        <w:t>membership</w:t>
      </w:r>
      <w:proofErr w:type="spellEnd"/>
      <w:r w:rsidR="00A44F3A" w:rsidRPr="004F56BC">
        <w:rPr>
          <w:lang w:val="nl-NL"/>
        </w:rPr>
        <w:t>, bestellingen, tickets, betaalstatus, betaalmethode, transactiereferenties en terugbetalingen</w:t>
      </w:r>
      <w:r w:rsidR="00A44F3A" w:rsidRPr="00096F84">
        <w:rPr>
          <w:lang w:val="nl-NL"/>
        </w:rPr>
        <w:t xml:space="preserve">. Voor de member card kunnen wij daarnaast het </w:t>
      </w:r>
      <w:r w:rsidR="00A44F3A" w:rsidRPr="004F56BC">
        <w:rPr>
          <w:lang w:val="nl-NL"/>
        </w:rPr>
        <w:t>unieke kaartnummer of de QR-code, het saldo, opwaarderingen, betalingen tijdens events en terugbetalingen</w:t>
      </w:r>
      <w:r w:rsidR="00A44F3A" w:rsidRPr="00096F84">
        <w:rPr>
          <w:lang w:val="nl-NL"/>
        </w:rPr>
        <w:t xml:space="preserve"> verwerken.</w:t>
      </w:r>
    </w:p>
    <w:p w14:paraId="70B2E813" w14:textId="7BD6599C" w:rsidR="00C11E41" w:rsidRPr="00096F84" w:rsidRDefault="00146CC2" w:rsidP="00CD330E">
      <w:pPr>
        <w:rPr>
          <w:lang w:val="nl-NL"/>
        </w:rPr>
      </w:pPr>
      <w:r w:rsidRPr="00146CC2">
        <w:rPr>
          <w:lang w:val="nl-NL"/>
        </w:rPr>
        <w:lastRenderedPageBreak/>
        <w:t>Volledige betaalkaartgegevens worden rechtstreeks door de betaalprovider verwerkt.</w:t>
      </w:r>
      <w:r w:rsidR="00A44F3A" w:rsidRPr="00096F84">
        <w:rPr>
          <w:lang w:val="nl-NL"/>
        </w:rPr>
        <w:t xml:space="preserve"> </w:t>
      </w:r>
      <w:proofErr w:type="spellStart"/>
      <w:r w:rsidR="00A44F3A" w:rsidRPr="00096F84">
        <w:rPr>
          <w:lang w:val="nl-NL"/>
        </w:rPr>
        <w:t>Marquee</w:t>
      </w:r>
      <w:proofErr w:type="spellEnd"/>
      <w:r w:rsidR="00A44F3A" w:rsidRPr="00096F84">
        <w:rPr>
          <w:lang w:val="nl-NL"/>
        </w:rPr>
        <w:t xml:space="preserve"> ontvangt alleen de informatie die nodig is </w:t>
      </w:r>
      <w:r w:rsidR="00A44F3A" w:rsidRPr="00096F84">
        <w:rPr>
          <w:highlight w:val="yellow"/>
          <w:lang w:val="nl-NL"/>
        </w:rPr>
        <w:t>om vast te stellen of een betaling is geslaagd, mislukt of terugbetaald en om de betaling aan de juiste bestelling of het juiste account te koppelen</w:t>
      </w:r>
      <w:r w:rsidR="00A44F3A" w:rsidRPr="00096F84">
        <w:rPr>
          <w:lang w:val="nl-NL"/>
        </w:rPr>
        <w:t>.</w:t>
      </w:r>
    </w:p>
    <w:p w14:paraId="6BD93571" w14:textId="3588E75D" w:rsidR="00146CC2" w:rsidRPr="00096F84" w:rsidRDefault="00146CC2" w:rsidP="00146CC2">
      <w:pPr>
        <w:rPr>
          <w:lang w:val="nl-NL"/>
        </w:rPr>
      </w:pPr>
      <w:r w:rsidRPr="00096F84">
        <w:rPr>
          <w:rFonts w:eastAsia="Calibri"/>
          <w:lang w:val="nl-NL"/>
        </w:rPr>
        <w:t xml:space="preserve">Wij verwerken </w:t>
      </w:r>
      <w:r w:rsidR="00416E3D" w:rsidRPr="00096F84">
        <w:rPr>
          <w:rFonts w:eastAsia="Calibri"/>
          <w:lang w:val="nl-NL"/>
        </w:rPr>
        <w:t xml:space="preserve">deze </w:t>
      </w:r>
      <w:r w:rsidRPr="00096F84">
        <w:rPr>
          <w:rFonts w:eastAsia="Calibri"/>
          <w:lang w:val="nl-NL"/>
        </w:rPr>
        <w:t>gegevens om betalingen uit te voeren, toegang te verlenen, saldi en terugbetalingen te beheren, fraude te voorkomen en onze administratie te voeren. De grondslagen zijn uitvoering van de overeenkomst, wettelijke administratieve en fiscale verplichtingen en ons gerechtvaardigde belang bij een juiste en veilige betaaladministratie.</w:t>
      </w:r>
    </w:p>
    <w:p w14:paraId="64E63C99" w14:textId="44CF41C6" w:rsidR="00416E3D" w:rsidRPr="004F56BC" w:rsidRDefault="00416E3D" w:rsidP="004F56BC">
      <w:pPr>
        <w:rPr>
          <w:rFonts w:eastAsia="Calibri"/>
          <w:b/>
          <w:bCs/>
          <w:lang w:val="nl-NL"/>
        </w:rPr>
      </w:pPr>
      <w:r w:rsidRPr="004F56BC">
        <w:rPr>
          <w:rFonts w:eastAsia="Calibri"/>
          <w:b/>
          <w:bCs/>
          <w:lang w:val="nl-NL"/>
        </w:rPr>
        <w:t>Events</w:t>
      </w:r>
      <w:r w:rsidR="00A44F3A" w:rsidRPr="004F56BC">
        <w:rPr>
          <w:rFonts w:eastAsia="Calibri"/>
          <w:b/>
          <w:bCs/>
          <w:lang w:val="nl-NL"/>
        </w:rPr>
        <w:t xml:space="preserve"> </w:t>
      </w:r>
      <w:r w:rsidRPr="004F56BC">
        <w:rPr>
          <w:rFonts w:eastAsia="Calibri"/>
          <w:b/>
          <w:bCs/>
          <w:lang w:val="nl-NL"/>
        </w:rPr>
        <w:t xml:space="preserve">en </w:t>
      </w:r>
      <w:proofErr w:type="spellStart"/>
      <w:r w:rsidRPr="004F56BC">
        <w:rPr>
          <w:rFonts w:eastAsia="Calibri"/>
          <w:b/>
          <w:bCs/>
          <w:lang w:val="nl-NL"/>
        </w:rPr>
        <w:t>Marquee</w:t>
      </w:r>
      <w:proofErr w:type="spellEnd"/>
      <w:r w:rsidRPr="004F56BC">
        <w:rPr>
          <w:rFonts w:eastAsia="Calibri"/>
          <w:b/>
          <w:bCs/>
          <w:lang w:val="nl-NL"/>
        </w:rPr>
        <w:t xml:space="preserve"> </w:t>
      </w:r>
      <w:proofErr w:type="spellStart"/>
      <w:r w:rsidRPr="004F56BC">
        <w:rPr>
          <w:rFonts w:eastAsia="Calibri"/>
          <w:b/>
          <w:bCs/>
          <w:lang w:val="nl-NL"/>
        </w:rPr>
        <w:t>Moments</w:t>
      </w:r>
      <w:proofErr w:type="spellEnd"/>
    </w:p>
    <w:p w14:paraId="5DC04F6C" w14:textId="71FF1A44" w:rsidR="00A44F3A" w:rsidRPr="00A44F3A" w:rsidRDefault="00A44F3A" w:rsidP="00A44F3A">
      <w:pPr>
        <w:rPr>
          <w:lang w:val="nl-NL"/>
        </w:rPr>
      </w:pPr>
      <w:r w:rsidRPr="00A44F3A">
        <w:rPr>
          <w:lang w:val="nl-NL"/>
        </w:rPr>
        <w:t xml:space="preserve">Voor events verwerken wij gegevens over de aankoop en het bezit van een ticket, </w:t>
      </w:r>
      <w:r w:rsidRPr="00096F84">
        <w:rPr>
          <w:lang w:val="nl-NL"/>
        </w:rPr>
        <w:t xml:space="preserve">jouw </w:t>
      </w:r>
      <w:r w:rsidRPr="00A44F3A">
        <w:rPr>
          <w:lang w:val="nl-NL"/>
        </w:rPr>
        <w:t>aanwezigheid, eventuele identiteitscontrole bij de entree en communicatie over het event. Wij gebruiken deze gegevens om het event te organiseren, informatie te verstrekken, toegang te controleren en de dienstverlening tijdens het event uit te voeren. De grondslag is de uitvoering van de overeenkomst en ons gerechtvaardigde belang bij een ordelijk en veilig verloop van het event. Gegevens over meldingen of incidenten tijdens een event verwerken wij zoals hiervoor onder ‘Meldingen, moderatie en veiligheid’ is beschreven.</w:t>
      </w:r>
    </w:p>
    <w:p w14:paraId="35B3D88C" w14:textId="09F3642E" w:rsidR="00A44F3A" w:rsidRPr="004F56BC" w:rsidRDefault="00A44F3A" w:rsidP="00A44F3A">
      <w:r w:rsidRPr="00A44F3A">
        <w:rPr>
          <w:lang w:val="nl-NL"/>
        </w:rPr>
        <w:t xml:space="preserve">Tijdens een daarvoor afzonderlijk aangewezen </w:t>
      </w:r>
      <w:proofErr w:type="spellStart"/>
      <w:r w:rsidRPr="00A44F3A">
        <w:rPr>
          <w:lang w:val="nl-NL"/>
        </w:rPr>
        <w:t>Marquee</w:t>
      </w:r>
      <w:proofErr w:type="spellEnd"/>
      <w:r w:rsidRPr="00A44F3A">
        <w:rPr>
          <w:lang w:val="nl-NL"/>
        </w:rPr>
        <w:t xml:space="preserve"> Moment kunnen met jouw voorafgaande </w:t>
      </w:r>
      <w:r w:rsidR="009A1B3C">
        <w:rPr>
          <w:lang w:val="nl-NL"/>
        </w:rPr>
        <w:t xml:space="preserve">uitdrukkelijke </w:t>
      </w:r>
      <w:r w:rsidRPr="00A44F3A">
        <w:rPr>
          <w:lang w:val="nl-NL"/>
        </w:rPr>
        <w:t xml:space="preserve">toestemming foto’s of video’s worden gemaakt. Wij verwerken het beeldmateriaal </w:t>
      </w:r>
      <w:r w:rsidR="009A1B3C">
        <w:rPr>
          <w:lang w:val="nl-NL"/>
        </w:rPr>
        <w:t>om deze</w:t>
      </w:r>
      <w:r w:rsidRPr="004F56BC">
        <w:rPr>
          <w:lang w:val="nl-NL"/>
        </w:rPr>
        <w:t xml:space="preserve"> persoonlijk aan jou</w:t>
      </w:r>
      <w:r w:rsidR="009A1B3C" w:rsidRPr="004F56BC">
        <w:rPr>
          <w:lang w:val="nl-NL"/>
        </w:rPr>
        <w:t xml:space="preserve"> te leveren. </w:t>
      </w:r>
      <w:r w:rsidR="009A1B3C" w:rsidRPr="004F56BC">
        <w:t xml:space="preserve">Marquee </w:t>
      </w:r>
      <w:proofErr w:type="spellStart"/>
      <w:r w:rsidR="009A1B3C" w:rsidRPr="004F56BC">
        <w:t>gebruikt</w:t>
      </w:r>
      <w:proofErr w:type="spellEnd"/>
      <w:r w:rsidR="009A1B3C" w:rsidRPr="004F56BC">
        <w:t xml:space="preserve"> of </w:t>
      </w:r>
      <w:proofErr w:type="spellStart"/>
      <w:r w:rsidR="009A1B3C" w:rsidRPr="004F56BC">
        <w:t>publiceert</w:t>
      </w:r>
      <w:proofErr w:type="spellEnd"/>
      <w:r w:rsidR="009A1B3C" w:rsidRPr="004F56BC">
        <w:t xml:space="preserve"> de </w:t>
      </w:r>
      <w:proofErr w:type="spellStart"/>
      <w:r w:rsidR="009A1B3C" w:rsidRPr="004F56BC">
        <w:t>beelden</w:t>
      </w:r>
      <w:proofErr w:type="spellEnd"/>
      <w:r w:rsidR="009A1B3C" w:rsidRPr="004F56BC">
        <w:t xml:space="preserve"> </w:t>
      </w:r>
      <w:proofErr w:type="spellStart"/>
      <w:r w:rsidR="009A1B3C" w:rsidRPr="004F56BC">
        <w:t>niet</w:t>
      </w:r>
      <w:proofErr w:type="spellEnd"/>
      <w:r w:rsidR="009A1B3C" w:rsidRPr="004F56BC">
        <w:t xml:space="preserve"> </w:t>
      </w:r>
      <w:proofErr w:type="spellStart"/>
      <w:r w:rsidR="009A1B3C" w:rsidRPr="004F56BC">
        <w:t>binnen</w:t>
      </w:r>
      <w:proofErr w:type="spellEnd"/>
      <w:r w:rsidR="009A1B3C" w:rsidRPr="004F56BC">
        <w:t xml:space="preserve"> de </w:t>
      </w:r>
      <w:r w:rsidR="009A1B3C">
        <w:rPr>
          <w:lang w:val="es-ES"/>
        </w:rPr>
        <w:t>online c</w:t>
      </w:r>
      <w:proofErr w:type="spellStart"/>
      <w:r w:rsidR="009A1B3C" w:rsidRPr="004F56BC">
        <w:t>ommunity</w:t>
      </w:r>
      <w:proofErr w:type="spellEnd"/>
      <w:r w:rsidR="009A1B3C" w:rsidRPr="004F56BC">
        <w:t xml:space="preserve">, op </w:t>
      </w:r>
      <w:proofErr w:type="spellStart"/>
      <w:r w:rsidR="009A1B3C" w:rsidRPr="004F56BC">
        <w:t>openbare</w:t>
      </w:r>
      <w:proofErr w:type="spellEnd"/>
      <w:r w:rsidR="009A1B3C" w:rsidRPr="004F56BC">
        <w:t xml:space="preserve"> </w:t>
      </w:r>
      <w:proofErr w:type="spellStart"/>
      <w:r w:rsidR="009A1B3C" w:rsidRPr="004F56BC">
        <w:t>kanalen</w:t>
      </w:r>
      <w:proofErr w:type="spellEnd"/>
      <w:r w:rsidR="009A1B3C" w:rsidRPr="004F56BC">
        <w:t xml:space="preserve"> of </w:t>
      </w:r>
      <w:proofErr w:type="spellStart"/>
      <w:r w:rsidR="009A1B3C" w:rsidRPr="004F56BC">
        <w:t>voor</w:t>
      </w:r>
      <w:proofErr w:type="spellEnd"/>
      <w:r w:rsidR="009A1B3C" w:rsidRPr="004F56BC">
        <w:t xml:space="preserve"> </w:t>
      </w:r>
      <w:proofErr w:type="spellStart"/>
      <w:r w:rsidR="009A1B3C" w:rsidRPr="004F56BC">
        <w:t>marketingdoeleinden</w:t>
      </w:r>
      <w:proofErr w:type="spellEnd"/>
      <w:r w:rsidR="009A1B3C" w:rsidRPr="004F56BC">
        <w:t xml:space="preserve">, </w:t>
      </w:r>
      <w:proofErr w:type="spellStart"/>
      <w:r w:rsidR="009A1B3C" w:rsidRPr="004F56BC">
        <w:t>tenzij</w:t>
      </w:r>
      <w:proofErr w:type="spellEnd"/>
      <w:r w:rsidR="009A1B3C" w:rsidRPr="004F56BC">
        <w:t xml:space="preserve"> je </w:t>
      </w:r>
      <w:proofErr w:type="spellStart"/>
      <w:r w:rsidR="009A1B3C" w:rsidRPr="004F56BC">
        <w:t>daarvoor</w:t>
      </w:r>
      <w:proofErr w:type="spellEnd"/>
      <w:r w:rsidR="009A1B3C" w:rsidRPr="004F56BC">
        <w:t xml:space="preserve"> later </w:t>
      </w:r>
      <w:proofErr w:type="spellStart"/>
      <w:r w:rsidR="009A1B3C" w:rsidRPr="004F56BC">
        <w:t>afzonderlijk</w:t>
      </w:r>
      <w:proofErr w:type="spellEnd"/>
      <w:r w:rsidR="009A1B3C" w:rsidRPr="004F56BC">
        <w:t xml:space="preserve"> </w:t>
      </w:r>
      <w:proofErr w:type="spellStart"/>
      <w:r w:rsidR="009A1B3C" w:rsidRPr="004F56BC">
        <w:t>uitdrukkelijke</w:t>
      </w:r>
      <w:proofErr w:type="spellEnd"/>
      <w:r w:rsidR="009A1B3C" w:rsidRPr="004F56BC">
        <w:t xml:space="preserve"> </w:t>
      </w:r>
      <w:proofErr w:type="spellStart"/>
      <w:r w:rsidR="009A1B3C" w:rsidRPr="004F56BC">
        <w:t>toestemming</w:t>
      </w:r>
      <w:proofErr w:type="spellEnd"/>
      <w:r w:rsidR="009A1B3C" w:rsidRPr="004F56BC">
        <w:t xml:space="preserve"> </w:t>
      </w:r>
      <w:proofErr w:type="spellStart"/>
      <w:r w:rsidR="009A1B3C" w:rsidRPr="004F56BC">
        <w:t>geeft</w:t>
      </w:r>
      <w:proofErr w:type="spellEnd"/>
      <w:r w:rsidR="009A1B3C" w:rsidRPr="004F56BC">
        <w:t>.</w:t>
      </w:r>
    </w:p>
    <w:p w14:paraId="6781A104" w14:textId="5956E85D" w:rsidR="00294BDF" w:rsidRPr="00096F84" w:rsidRDefault="00A44F3A" w:rsidP="00A44F3A">
      <w:pPr>
        <w:rPr>
          <w:lang w:val="nl-NL"/>
        </w:rPr>
      </w:pPr>
      <w:r w:rsidRPr="00096F84">
        <w:rPr>
          <w:lang w:val="nl-NL"/>
        </w:rPr>
        <w:t xml:space="preserve">Je kunt </w:t>
      </w:r>
      <w:r w:rsidR="00E41B33">
        <w:rPr>
          <w:lang w:val="nl-NL"/>
        </w:rPr>
        <w:t xml:space="preserve">een dergelijke </w:t>
      </w:r>
      <w:r w:rsidRPr="00096F84">
        <w:rPr>
          <w:lang w:val="nl-NL"/>
        </w:rPr>
        <w:t xml:space="preserve">toestemming voor toekomstig gebruik intrekken via </w:t>
      </w:r>
      <w:commentRangeStart w:id="3"/>
      <w:r w:rsidRPr="00096F84">
        <w:rPr>
          <w:highlight w:val="yellow"/>
          <w:lang w:val="nl-NL"/>
        </w:rPr>
        <w:t>info@themarquee.nl.</w:t>
      </w:r>
      <w:r w:rsidRPr="00096F84">
        <w:rPr>
          <w:lang w:val="nl-NL"/>
        </w:rPr>
        <w:t xml:space="preserve"> </w:t>
      </w:r>
      <w:commentRangeEnd w:id="3"/>
      <w:r w:rsidR="00957A94" w:rsidRPr="00096F84">
        <w:rPr>
          <w:rStyle w:val="Verwijzingopmerking"/>
          <w:sz w:val="22"/>
          <w:szCs w:val="22"/>
          <w:lang w:val="nl-NL"/>
        </w:rPr>
        <w:commentReference w:id="3"/>
      </w:r>
      <w:r w:rsidRPr="00096F84">
        <w:rPr>
          <w:lang w:val="nl-NL"/>
        </w:rPr>
        <w:t>Wij stoppen dan met nieuw gebruik en verwijderen het beeldmateriaal uit de kanalen en systemen waarover wij zeggenschap hebben, voor zover dat redelijkerwijs mogelijk is. Intrekking heeft geen terugwerkende kracht en kan eerder verspreide of gedrukte materialen niet altijd volledig ongedaan maken.</w:t>
      </w:r>
    </w:p>
    <w:p w14:paraId="3B3340A8" w14:textId="2F53FFB1" w:rsidR="00A44F3A" w:rsidRPr="00096F84" w:rsidRDefault="00294BDF" w:rsidP="00A44F3A">
      <w:pPr>
        <w:rPr>
          <w:rFonts w:eastAsia="Calibri"/>
          <w:b/>
          <w:bCs/>
          <w:lang w:val="nl-NL"/>
        </w:rPr>
      </w:pPr>
      <w:r w:rsidRPr="00294BDF">
        <w:rPr>
          <w:rFonts w:eastAsia="Calibri"/>
          <w:b/>
          <w:bCs/>
          <w:lang w:val="nl-NL"/>
        </w:rPr>
        <w:t>Nieuws en marketing</w:t>
      </w:r>
    </w:p>
    <w:p w14:paraId="749C0C35" w14:textId="2B1E22E2" w:rsidR="00A44F3A" w:rsidRPr="00DA72D5" w:rsidRDefault="00A44F3A" w:rsidP="00A44F3A">
      <w:pPr>
        <w:rPr>
          <w:lang w:val="nl-NL"/>
        </w:rPr>
      </w:pPr>
      <w:r w:rsidRPr="00096F84">
        <w:rPr>
          <w:rFonts w:eastAsia="Calibri"/>
          <w:lang w:val="nl-NL"/>
        </w:rPr>
        <w:t>Wij sturen</w:t>
      </w:r>
      <w:r w:rsidRPr="00096F84">
        <w:rPr>
          <w:lang w:val="nl-NL"/>
        </w:rPr>
        <w:t xml:space="preserve"> nieuwsbrieven en promotionele e-mails wanneer je daarvoor toestemming hebt gegeven.</w:t>
      </w:r>
      <w:r w:rsidR="00DA72D5">
        <w:rPr>
          <w:lang w:val="nl-NL"/>
        </w:rPr>
        <w:t xml:space="preserve"> </w:t>
      </w:r>
      <w:r w:rsidR="00DA72D5" w:rsidRPr="00DA72D5">
        <w:rPr>
          <w:lang w:val="nl-NL"/>
        </w:rPr>
        <w:t>Voor nieuwsbrieven en promotionele e-mails verwerken wij je naam, e-mailadres en de registratie van je aanmelding, toestemming en afmelding. Wij gebruiken deze gegevens om de door jou gevraagde berichten te versturen en om je marketingvoorkeur toe te passen. De grondslag is je toestemming. Iedere commerciële e-mail bevat een afmeldmogelijkheid.</w:t>
      </w:r>
      <w:r w:rsidR="00271B5F" w:rsidRPr="00DA72D5">
        <w:rPr>
          <w:lang w:val="nl-NL"/>
        </w:rPr>
        <w:br/>
      </w:r>
    </w:p>
    <w:p w14:paraId="000B9E53" w14:textId="46ABB667" w:rsidR="00E859A5" w:rsidRPr="00096F84" w:rsidRDefault="00A44F3A" w:rsidP="00611BBD">
      <w:pPr>
        <w:rPr>
          <w:rFonts w:eastAsia="Calibri"/>
          <w:lang w:val="nl-NL"/>
        </w:rPr>
      </w:pPr>
      <w:r w:rsidRPr="00096F84">
        <w:rPr>
          <w:rFonts w:asciiTheme="majorHAnsi" w:eastAsiaTheme="majorEastAsia" w:hAnsiTheme="majorHAnsi" w:cstheme="majorBidi"/>
          <w:b/>
          <w:bCs/>
          <w:color w:val="000000" w:themeColor="text1"/>
          <w:sz w:val="32"/>
          <w:szCs w:val="28"/>
          <w:lang w:val="nl-NL"/>
        </w:rPr>
        <w:t>Hoe wij persoonsgegevens verkrijgen en besluitvorming</w:t>
      </w:r>
      <w:r w:rsidRPr="00096F84">
        <w:rPr>
          <w:color w:val="000000" w:themeColor="text1"/>
          <w:lang w:val="nl-NL"/>
        </w:rPr>
        <w:t xml:space="preserve"> </w:t>
      </w:r>
    </w:p>
    <w:p w14:paraId="58C582F5" w14:textId="2AD328F8" w:rsidR="00E859A5" w:rsidRPr="00096F84" w:rsidRDefault="00363B68">
      <w:pPr>
        <w:rPr>
          <w:lang w:val="nl-NL"/>
        </w:rPr>
      </w:pPr>
      <w:r w:rsidRPr="00096F84">
        <w:rPr>
          <w:rFonts w:eastAsia="Calibri"/>
          <w:lang w:val="nl-NL"/>
        </w:rPr>
        <w:t xml:space="preserve">Wij ontvangen </w:t>
      </w:r>
      <w:r w:rsidR="00A44F3A" w:rsidRPr="00096F84">
        <w:rPr>
          <w:rFonts w:eastAsia="Calibri"/>
          <w:lang w:val="nl-NL"/>
        </w:rPr>
        <w:t xml:space="preserve">de meeste </w:t>
      </w:r>
      <w:r w:rsidRPr="00096F84">
        <w:rPr>
          <w:rFonts w:eastAsia="Calibri"/>
          <w:lang w:val="nl-NL"/>
        </w:rPr>
        <w:t>persoonsgegevens rechtstreeks van jou</w:t>
      </w:r>
      <w:r w:rsidR="00A44F3A" w:rsidRPr="00096F84">
        <w:rPr>
          <w:rFonts w:eastAsia="Calibri"/>
          <w:lang w:val="nl-NL"/>
        </w:rPr>
        <w:t xml:space="preserve">. Soms ontvangen wij gegevens van iemand anders. </w:t>
      </w:r>
    </w:p>
    <w:p w14:paraId="22155DE8" w14:textId="7504D10E" w:rsidR="0072681D" w:rsidRPr="00096F84" w:rsidRDefault="00363B68">
      <w:pPr>
        <w:rPr>
          <w:rFonts w:eastAsia="Calibri"/>
          <w:lang w:val="nl-NL"/>
        </w:rPr>
      </w:pPr>
      <w:r w:rsidRPr="00096F84">
        <w:rPr>
          <w:rFonts w:eastAsia="Calibri"/>
          <w:lang w:val="nl-NL"/>
        </w:rPr>
        <w:t xml:space="preserve">Bij een gezamenlijke aanmelding kan één partner ook </w:t>
      </w:r>
      <w:r w:rsidR="006B4D7E">
        <w:rPr>
          <w:rFonts w:eastAsia="Calibri"/>
          <w:lang w:val="nl-NL"/>
        </w:rPr>
        <w:t xml:space="preserve">de </w:t>
      </w:r>
      <w:r w:rsidRPr="00096F84">
        <w:rPr>
          <w:rFonts w:eastAsia="Calibri"/>
          <w:lang w:val="nl-NL"/>
        </w:rPr>
        <w:t xml:space="preserve">gegevens en foto's van de andere partner verstrekken. De </w:t>
      </w:r>
      <w:r w:rsidR="008D1081">
        <w:rPr>
          <w:rFonts w:eastAsia="Calibri"/>
          <w:lang w:val="nl-NL"/>
        </w:rPr>
        <w:t xml:space="preserve">invullende partner </w:t>
      </w:r>
      <w:r w:rsidR="006B4D7E">
        <w:rPr>
          <w:rFonts w:eastAsia="Calibri"/>
          <w:lang w:val="nl-NL"/>
        </w:rPr>
        <w:t xml:space="preserve">verklaart daarbij bevoegd te zijn </w:t>
      </w:r>
      <w:r w:rsidR="006B4D7E" w:rsidRPr="006B4D7E">
        <w:rPr>
          <w:rFonts w:eastAsia="Calibri"/>
        </w:rPr>
        <w:t xml:space="preserve">de </w:t>
      </w:r>
      <w:proofErr w:type="spellStart"/>
      <w:r w:rsidR="006B4D7E" w:rsidRPr="006B4D7E">
        <w:rPr>
          <w:rFonts w:eastAsia="Calibri"/>
        </w:rPr>
        <w:t>aanmelding</w:t>
      </w:r>
      <w:proofErr w:type="spellEnd"/>
      <w:r w:rsidR="006B4D7E" w:rsidRPr="006B4D7E">
        <w:rPr>
          <w:rFonts w:eastAsia="Calibri"/>
        </w:rPr>
        <w:t xml:space="preserve"> </w:t>
      </w:r>
      <w:proofErr w:type="spellStart"/>
      <w:r w:rsidR="006B4D7E" w:rsidRPr="006B4D7E">
        <w:rPr>
          <w:rFonts w:eastAsia="Calibri"/>
        </w:rPr>
        <w:t>mede</w:t>
      </w:r>
      <w:proofErr w:type="spellEnd"/>
      <w:r w:rsidR="006B4D7E" w:rsidRPr="006B4D7E">
        <w:rPr>
          <w:rFonts w:eastAsia="Calibri"/>
        </w:rPr>
        <w:t xml:space="preserve"> </w:t>
      </w:r>
      <w:proofErr w:type="spellStart"/>
      <w:r w:rsidR="006B4D7E" w:rsidRPr="006B4D7E">
        <w:rPr>
          <w:rFonts w:eastAsia="Calibri"/>
        </w:rPr>
        <w:t>namens</w:t>
      </w:r>
      <w:proofErr w:type="spellEnd"/>
      <w:r w:rsidR="006B4D7E" w:rsidRPr="006B4D7E">
        <w:rPr>
          <w:rFonts w:eastAsia="Calibri"/>
        </w:rPr>
        <w:t xml:space="preserve"> de </w:t>
      </w:r>
      <w:proofErr w:type="spellStart"/>
      <w:r w:rsidR="006B4D7E" w:rsidRPr="006B4D7E">
        <w:rPr>
          <w:rFonts w:eastAsia="Calibri"/>
        </w:rPr>
        <w:t>andere</w:t>
      </w:r>
      <w:proofErr w:type="spellEnd"/>
      <w:r w:rsidR="006B4D7E" w:rsidRPr="006B4D7E">
        <w:rPr>
          <w:rFonts w:eastAsia="Calibri"/>
        </w:rPr>
        <w:t xml:space="preserve"> partner </w:t>
      </w:r>
      <w:proofErr w:type="spellStart"/>
      <w:r w:rsidR="006B4D7E" w:rsidRPr="006B4D7E">
        <w:rPr>
          <w:rFonts w:eastAsia="Calibri"/>
        </w:rPr>
        <w:t>te</w:t>
      </w:r>
      <w:proofErr w:type="spellEnd"/>
      <w:r w:rsidR="006B4D7E" w:rsidRPr="006B4D7E">
        <w:rPr>
          <w:rFonts w:eastAsia="Calibri"/>
        </w:rPr>
        <w:t xml:space="preserve"> </w:t>
      </w:r>
      <w:proofErr w:type="spellStart"/>
      <w:r w:rsidR="006B4D7E" w:rsidRPr="006B4D7E">
        <w:rPr>
          <w:rFonts w:eastAsia="Calibri"/>
        </w:rPr>
        <w:t>doen</w:t>
      </w:r>
      <w:proofErr w:type="spellEnd"/>
      <w:r w:rsidR="006B4D7E" w:rsidRPr="006B4D7E">
        <w:rPr>
          <w:rFonts w:eastAsia="Calibri"/>
        </w:rPr>
        <w:t xml:space="preserve"> </w:t>
      </w:r>
      <w:proofErr w:type="spellStart"/>
      <w:r w:rsidR="006B4D7E" w:rsidRPr="006B4D7E">
        <w:rPr>
          <w:rFonts w:eastAsia="Calibri"/>
        </w:rPr>
        <w:t>en</w:t>
      </w:r>
      <w:proofErr w:type="spellEnd"/>
      <w:r w:rsidR="006B4D7E" w:rsidRPr="006B4D7E">
        <w:rPr>
          <w:rFonts w:eastAsia="Calibri"/>
        </w:rPr>
        <w:t xml:space="preserve"> </w:t>
      </w:r>
      <w:proofErr w:type="spellStart"/>
      <w:r w:rsidR="006B4D7E" w:rsidRPr="006B4D7E">
        <w:rPr>
          <w:rFonts w:eastAsia="Calibri"/>
        </w:rPr>
        <w:t>bevestigt</w:t>
      </w:r>
      <w:proofErr w:type="spellEnd"/>
      <w:r w:rsidR="006B4D7E" w:rsidRPr="006B4D7E">
        <w:rPr>
          <w:rFonts w:eastAsia="Calibri"/>
        </w:rPr>
        <w:t xml:space="preserve"> </w:t>
      </w:r>
      <w:proofErr w:type="spellStart"/>
      <w:r w:rsidR="006B4D7E" w:rsidRPr="006B4D7E">
        <w:rPr>
          <w:rFonts w:eastAsia="Calibri"/>
        </w:rPr>
        <w:t>dat</w:t>
      </w:r>
      <w:proofErr w:type="spellEnd"/>
      <w:r w:rsidR="006B4D7E" w:rsidRPr="006B4D7E">
        <w:rPr>
          <w:rFonts w:eastAsia="Calibri"/>
        </w:rPr>
        <w:t xml:space="preserve"> </w:t>
      </w:r>
      <w:r w:rsidR="006B4D7E">
        <w:rPr>
          <w:rFonts w:eastAsia="Calibri"/>
        </w:rPr>
        <w:t xml:space="preserve">de </w:t>
      </w:r>
      <w:r w:rsidRPr="00096F84">
        <w:rPr>
          <w:rFonts w:eastAsia="Calibri"/>
          <w:lang w:val="nl-NL"/>
        </w:rPr>
        <w:t xml:space="preserve">andere partner daarvan op de hoogte </w:t>
      </w:r>
      <w:r w:rsidR="008D1081">
        <w:rPr>
          <w:rFonts w:eastAsia="Calibri"/>
          <w:lang w:val="nl-NL"/>
        </w:rPr>
        <w:t>is</w:t>
      </w:r>
      <w:r w:rsidRPr="00096F84">
        <w:rPr>
          <w:rFonts w:eastAsia="Calibri"/>
          <w:lang w:val="nl-NL"/>
        </w:rPr>
        <w:t xml:space="preserve"> en </w:t>
      </w:r>
      <w:commentRangeStart w:id="4"/>
      <w:commentRangeStart w:id="5"/>
      <w:r w:rsidRPr="00096F84">
        <w:rPr>
          <w:rFonts w:eastAsia="Calibri"/>
          <w:highlight w:val="yellow"/>
          <w:lang w:val="nl-NL"/>
        </w:rPr>
        <w:t xml:space="preserve">met de gezamenlijke </w:t>
      </w:r>
      <w:r w:rsidR="008D1081">
        <w:rPr>
          <w:rFonts w:eastAsia="Calibri"/>
          <w:lang w:val="nl-NL"/>
        </w:rPr>
        <w:t>aanmelding en gegevensverstrekking instemt</w:t>
      </w:r>
      <w:r w:rsidRPr="00096F84">
        <w:rPr>
          <w:rFonts w:eastAsia="Calibri"/>
          <w:lang w:val="nl-NL"/>
        </w:rPr>
        <w:t>.</w:t>
      </w:r>
      <w:r w:rsidR="0072681D" w:rsidRPr="00096F84">
        <w:rPr>
          <w:rFonts w:eastAsia="Calibri"/>
          <w:lang w:val="nl-NL"/>
        </w:rPr>
        <w:t xml:space="preserve"> </w:t>
      </w:r>
      <w:commentRangeEnd w:id="4"/>
      <w:r w:rsidR="00957A94" w:rsidRPr="00096F84">
        <w:rPr>
          <w:rStyle w:val="Verwijzingopmerking"/>
          <w:rFonts w:eastAsia="Calibri"/>
          <w:sz w:val="22"/>
          <w:szCs w:val="22"/>
          <w:lang w:val="nl-NL"/>
        </w:rPr>
        <w:commentReference w:id="4"/>
      </w:r>
      <w:commentRangeEnd w:id="5"/>
      <w:r w:rsidR="00E41B33" w:rsidRPr="00096F84">
        <w:rPr>
          <w:rStyle w:val="Verwijzingopmerking"/>
          <w:rFonts w:eastAsia="Calibri"/>
          <w:sz w:val="22"/>
          <w:szCs w:val="22"/>
          <w:lang w:val="nl-NL"/>
        </w:rPr>
        <w:commentReference w:id="5"/>
      </w:r>
      <w:r w:rsidR="006B4D7E" w:rsidRPr="006B4D7E">
        <w:rPr>
          <w:rFonts w:eastAsia="Calibri"/>
        </w:rPr>
        <w:t xml:space="preserve"> </w:t>
      </w:r>
    </w:p>
    <w:p w14:paraId="68E5784B" w14:textId="77777777" w:rsidR="00A44F3A" w:rsidRPr="00096F84" w:rsidRDefault="00A44F3A" w:rsidP="0072681D">
      <w:pPr>
        <w:rPr>
          <w:lang w:val="nl-NL"/>
        </w:rPr>
      </w:pPr>
      <w:r w:rsidRPr="00096F84">
        <w:rPr>
          <w:lang w:val="nl-NL"/>
        </w:rPr>
        <w:lastRenderedPageBreak/>
        <w:t xml:space="preserve">Bij meldingen kunnen wij gegevens over jou ontvangen van andere leden, getuigen, eventlocaties, beveiligers, hulpverleners of andere betrokkenen. </w:t>
      </w:r>
    </w:p>
    <w:p w14:paraId="18DF262A" w14:textId="219845E0" w:rsidR="00A44F3A" w:rsidRPr="00096F84" w:rsidRDefault="00A44F3A" w:rsidP="0072681D">
      <w:pPr>
        <w:rPr>
          <w:rFonts w:eastAsia="Calibri"/>
          <w:lang w:val="nl-NL"/>
        </w:rPr>
      </w:pPr>
      <w:r w:rsidRPr="00096F84">
        <w:rPr>
          <w:lang w:val="nl-NL"/>
        </w:rPr>
        <w:t>Voor betalingen, tickets, toegang en de member card kunnen wij gegevens ontvangen van betaal-, ticket-, kaart- en eventdienstverleners. Het gaat dan om de gegevens die nodig zijn om de betreffende betaling, toegang, melding of dienstverlening te controleren en af te handelen.</w:t>
      </w:r>
      <w:r w:rsidR="0072681D" w:rsidRPr="00096F84">
        <w:rPr>
          <w:rFonts w:eastAsia="Calibri"/>
          <w:lang w:val="nl-NL"/>
        </w:rPr>
        <w:t xml:space="preserve"> </w:t>
      </w:r>
    </w:p>
    <w:p w14:paraId="3503EDE6" w14:textId="6D7A1527" w:rsidR="00A44F3A" w:rsidRPr="00096F84" w:rsidRDefault="00A44F3A" w:rsidP="0072681D">
      <w:pPr>
        <w:rPr>
          <w:lang w:val="nl-NL"/>
        </w:rPr>
      </w:pPr>
      <w:proofErr w:type="spellStart"/>
      <w:r w:rsidRPr="004F56BC">
        <w:rPr>
          <w:rFonts w:eastAsia="Calibri"/>
          <w:lang w:val="nl-NL"/>
        </w:rPr>
        <w:t>Marquee</w:t>
      </w:r>
      <w:proofErr w:type="spellEnd"/>
      <w:r w:rsidRPr="004F56BC">
        <w:rPr>
          <w:rFonts w:eastAsia="Calibri"/>
          <w:lang w:val="nl-NL"/>
        </w:rPr>
        <w:t xml:space="preserve"> gebruikt geen uitsluitend geautomatiseerde besluitvorming of profilering die rechtsgevolgen of vergelijkbare aanzienlijke gevolgen voor jou heeft. Aanmeldingen, meldingen en moderatiebeslissingen worden door een persoon beoordeeld.</w:t>
      </w:r>
    </w:p>
    <w:p w14:paraId="7251D3A1" w14:textId="1A00FCBC" w:rsidR="00E859A5" w:rsidRPr="00096F84" w:rsidRDefault="00363B68">
      <w:pPr>
        <w:pStyle w:val="Kop1"/>
        <w:rPr>
          <w:color w:val="000000" w:themeColor="text1"/>
          <w:sz w:val="28"/>
          <w:lang w:val="nl-NL"/>
        </w:rPr>
      </w:pPr>
      <w:r w:rsidRPr="00096F84">
        <w:rPr>
          <w:color w:val="000000" w:themeColor="text1"/>
          <w:sz w:val="28"/>
          <w:lang w:val="nl-NL"/>
        </w:rPr>
        <w:t xml:space="preserve">Zichtbaarheid en vertrouwelijkheid binnen de </w:t>
      </w:r>
      <w:r w:rsidR="0072681D" w:rsidRPr="00096F84">
        <w:rPr>
          <w:color w:val="000000" w:themeColor="text1"/>
          <w:sz w:val="28"/>
          <w:lang w:val="nl-NL"/>
        </w:rPr>
        <w:t>online c</w:t>
      </w:r>
      <w:r w:rsidRPr="00096F84">
        <w:rPr>
          <w:color w:val="000000" w:themeColor="text1"/>
          <w:sz w:val="28"/>
          <w:lang w:val="nl-NL"/>
        </w:rPr>
        <w:t>ommunity</w:t>
      </w:r>
    </w:p>
    <w:p w14:paraId="4830C6F1" w14:textId="23E5D34B" w:rsidR="00E859A5" w:rsidRPr="00096F84" w:rsidRDefault="00363B68">
      <w:pPr>
        <w:rPr>
          <w:rFonts w:eastAsia="Calibri"/>
          <w:lang w:val="nl-NL"/>
        </w:rPr>
      </w:pPr>
      <w:r w:rsidRPr="00096F84">
        <w:rPr>
          <w:rFonts w:eastAsia="Calibri"/>
          <w:lang w:val="nl-NL"/>
        </w:rPr>
        <w:t xml:space="preserve">Wanneer je profielgegevens of </w:t>
      </w:r>
      <w:r w:rsidR="00BE3FDE" w:rsidRPr="00096F84">
        <w:rPr>
          <w:rFonts w:eastAsia="Calibri"/>
          <w:lang w:val="nl-NL"/>
        </w:rPr>
        <w:t xml:space="preserve">andere inhoud </w:t>
      </w:r>
      <w:r w:rsidRPr="00096F84">
        <w:rPr>
          <w:rFonts w:eastAsia="Calibri"/>
          <w:lang w:val="nl-NL"/>
        </w:rPr>
        <w:t xml:space="preserve">deelt, kunnen andere </w:t>
      </w:r>
      <w:r w:rsidR="00BE3FDE" w:rsidRPr="00096F84">
        <w:rPr>
          <w:rFonts w:eastAsia="Calibri"/>
          <w:lang w:val="nl-NL"/>
        </w:rPr>
        <w:t>leden</w:t>
      </w:r>
      <w:r w:rsidRPr="00096F84">
        <w:rPr>
          <w:rFonts w:eastAsia="Calibri"/>
          <w:lang w:val="nl-NL"/>
        </w:rPr>
        <w:t xml:space="preserve"> deze zien voor zover dat volgt uit de door jou gekozen zichtbaarheidsinstelling en de functie die je gebruikt. Privéberichten zijn bedoeld voor de gekozen ontvanger of ontvangers. Andere </w:t>
      </w:r>
      <w:r w:rsidR="00BE3FDE" w:rsidRPr="00096F84">
        <w:rPr>
          <w:rFonts w:eastAsia="Calibri"/>
          <w:lang w:val="nl-NL"/>
        </w:rPr>
        <w:t>leden</w:t>
      </w:r>
      <w:r w:rsidRPr="00096F84">
        <w:rPr>
          <w:rFonts w:eastAsia="Calibri"/>
          <w:lang w:val="nl-NL"/>
        </w:rPr>
        <w:t xml:space="preserve"> zijn zelf verantwoordelijk voor </w:t>
      </w:r>
      <w:r w:rsidR="00BE3FDE" w:rsidRPr="00096F84">
        <w:rPr>
          <w:rFonts w:eastAsia="Calibri"/>
          <w:lang w:val="nl-NL"/>
        </w:rPr>
        <w:t xml:space="preserve">de </w:t>
      </w:r>
      <w:r w:rsidRPr="00096F84">
        <w:rPr>
          <w:rFonts w:eastAsia="Calibri"/>
          <w:lang w:val="nl-NL"/>
        </w:rPr>
        <w:t xml:space="preserve">omgang met gegevens die zij ontvangen en zijn op grond van de </w:t>
      </w:r>
      <w:r w:rsidR="00BE3FDE" w:rsidRPr="00096F84">
        <w:rPr>
          <w:rFonts w:eastAsia="Calibri"/>
          <w:lang w:val="nl-NL"/>
        </w:rPr>
        <w:t>a</w:t>
      </w:r>
      <w:r w:rsidRPr="00096F84">
        <w:rPr>
          <w:rFonts w:eastAsia="Calibri"/>
          <w:lang w:val="nl-NL"/>
        </w:rPr>
        <w:t xml:space="preserve">lgemene </w:t>
      </w:r>
      <w:r w:rsidR="00BE3FDE" w:rsidRPr="00096F84">
        <w:rPr>
          <w:rFonts w:eastAsia="Calibri"/>
          <w:lang w:val="nl-NL"/>
        </w:rPr>
        <w:t>v</w:t>
      </w:r>
      <w:r w:rsidRPr="00096F84">
        <w:rPr>
          <w:rFonts w:eastAsia="Calibri"/>
          <w:lang w:val="nl-NL"/>
        </w:rPr>
        <w:t>oorwaarden</w:t>
      </w:r>
      <w:r w:rsidR="00BE3FDE" w:rsidRPr="00096F84">
        <w:rPr>
          <w:rFonts w:eastAsia="Calibri"/>
          <w:lang w:val="nl-NL"/>
        </w:rPr>
        <w:t xml:space="preserve">, consent </w:t>
      </w:r>
      <w:proofErr w:type="spellStart"/>
      <w:r w:rsidR="00BE3FDE" w:rsidRPr="00096F84">
        <w:rPr>
          <w:rFonts w:eastAsia="Calibri"/>
          <w:lang w:val="nl-NL"/>
        </w:rPr>
        <w:t>rules</w:t>
      </w:r>
      <w:proofErr w:type="spellEnd"/>
      <w:r w:rsidRPr="00096F84">
        <w:rPr>
          <w:rFonts w:eastAsia="Calibri"/>
          <w:lang w:val="nl-NL"/>
        </w:rPr>
        <w:t xml:space="preserve"> en </w:t>
      </w:r>
      <w:r w:rsidR="00BE3FDE" w:rsidRPr="00096F84">
        <w:rPr>
          <w:rFonts w:eastAsia="Calibri"/>
          <w:lang w:val="nl-NL"/>
        </w:rPr>
        <w:t>c</w:t>
      </w:r>
      <w:r w:rsidRPr="00096F84">
        <w:rPr>
          <w:rFonts w:eastAsia="Calibri"/>
          <w:lang w:val="nl-NL"/>
        </w:rPr>
        <w:t xml:space="preserve">ommunity </w:t>
      </w:r>
      <w:proofErr w:type="spellStart"/>
      <w:r w:rsidR="00BE3FDE" w:rsidRPr="00096F84">
        <w:rPr>
          <w:rFonts w:eastAsia="Calibri"/>
          <w:lang w:val="nl-NL"/>
        </w:rPr>
        <w:t>g</w:t>
      </w:r>
      <w:r w:rsidRPr="00096F84">
        <w:rPr>
          <w:rFonts w:eastAsia="Calibri"/>
          <w:lang w:val="nl-NL"/>
        </w:rPr>
        <w:t>uidelines</w:t>
      </w:r>
      <w:proofErr w:type="spellEnd"/>
      <w:r w:rsidRPr="00096F84">
        <w:rPr>
          <w:rFonts w:eastAsia="Calibri"/>
          <w:lang w:val="nl-NL"/>
        </w:rPr>
        <w:t xml:space="preserve"> aan vertrouwelijkheid gebonden.</w:t>
      </w:r>
    </w:p>
    <w:p w14:paraId="47406ACE" w14:textId="4A57E34F" w:rsidR="00BE3FDE" w:rsidRPr="00BE3FDE" w:rsidRDefault="00BE3FDE" w:rsidP="00BE3FDE">
      <w:pPr>
        <w:rPr>
          <w:rFonts w:eastAsia="Calibri"/>
          <w:lang w:val="nl-NL"/>
        </w:rPr>
      </w:pPr>
      <w:proofErr w:type="spellStart"/>
      <w:r w:rsidRPr="00BE3FDE">
        <w:rPr>
          <w:rFonts w:eastAsia="Calibri"/>
          <w:lang w:val="nl-NL"/>
        </w:rPr>
        <w:t>Marquee</w:t>
      </w:r>
      <w:proofErr w:type="spellEnd"/>
      <w:r w:rsidRPr="00BE3FDE">
        <w:rPr>
          <w:rFonts w:eastAsia="Calibri"/>
          <w:lang w:val="nl-NL"/>
        </w:rPr>
        <w:t xml:space="preserve"> </w:t>
      </w:r>
      <w:r w:rsidRPr="00096F84">
        <w:rPr>
          <w:rFonts w:eastAsia="Calibri"/>
          <w:lang w:val="nl-NL"/>
        </w:rPr>
        <w:t>verwerkt</w:t>
      </w:r>
      <w:r w:rsidRPr="00BE3FDE">
        <w:rPr>
          <w:rFonts w:eastAsia="Calibri"/>
          <w:lang w:val="nl-NL"/>
        </w:rPr>
        <w:t xml:space="preserve"> privéberichten niet voor algemene controle of commerciële doeleinden. </w:t>
      </w:r>
      <w:commentRangeStart w:id="6"/>
      <w:commentRangeStart w:id="7"/>
      <w:r w:rsidRPr="00BE3FDE">
        <w:rPr>
          <w:rFonts w:eastAsia="Calibri"/>
          <w:lang w:val="nl-NL"/>
        </w:rPr>
        <w:t>Alleen daartoe bevoegde medewerkers</w:t>
      </w:r>
      <w:r w:rsidR="00E41B33">
        <w:rPr>
          <w:rFonts w:eastAsia="Calibri"/>
          <w:lang w:val="nl-NL"/>
        </w:rPr>
        <w:t xml:space="preserve"> </w:t>
      </w:r>
      <w:r w:rsidR="00E41B33" w:rsidRPr="004F56BC">
        <w:rPr>
          <w:lang w:val="nl-NL"/>
        </w:rPr>
        <w:t>met technisch noodzakelijke beheerdersrechten</w:t>
      </w:r>
      <w:r w:rsidRPr="00BE3FDE">
        <w:rPr>
          <w:rFonts w:eastAsia="Calibri"/>
          <w:lang w:val="nl-NL"/>
        </w:rPr>
        <w:t xml:space="preserve"> kunnen privébericht</w:t>
      </w:r>
      <w:r w:rsidR="00E41B33">
        <w:rPr>
          <w:rFonts w:eastAsia="Calibri"/>
          <w:lang w:val="nl-NL"/>
        </w:rPr>
        <w:t>en</w:t>
      </w:r>
      <w:r w:rsidRPr="00BE3FDE">
        <w:rPr>
          <w:rFonts w:eastAsia="Calibri"/>
          <w:lang w:val="nl-NL"/>
        </w:rPr>
        <w:t xml:space="preserve"> inzien wanneer dit noodzakelijk is voor de behandeling van een concrete melding, onderzoek naar een beveiligingsincident, technische ondersteuning op verzoek van </w:t>
      </w:r>
      <w:r w:rsidRPr="00096F84">
        <w:rPr>
          <w:rFonts w:eastAsia="Calibri"/>
          <w:lang w:val="nl-NL"/>
        </w:rPr>
        <w:t xml:space="preserve">de </w:t>
      </w:r>
      <w:r w:rsidRPr="00BE3FDE">
        <w:rPr>
          <w:rFonts w:eastAsia="Calibri"/>
          <w:lang w:val="nl-NL"/>
        </w:rPr>
        <w:t xml:space="preserve">gebruiker of de naleving van een wettelijke verplichting. De toegang wordt beperkt tot de </w:t>
      </w:r>
      <w:r w:rsidR="00E41B33">
        <w:rPr>
          <w:rFonts w:eastAsia="Calibri"/>
          <w:lang w:val="nl-NL"/>
        </w:rPr>
        <w:t>gegevens</w:t>
      </w:r>
      <w:r w:rsidRPr="00BE3FDE">
        <w:rPr>
          <w:rFonts w:eastAsia="Calibri"/>
          <w:lang w:val="nl-NL"/>
        </w:rPr>
        <w:t xml:space="preserve"> die voor dat doel nodig </w:t>
      </w:r>
      <w:r w:rsidR="00E41B33">
        <w:rPr>
          <w:rFonts w:eastAsia="Calibri"/>
          <w:lang w:val="nl-NL"/>
        </w:rPr>
        <w:t>zijn</w:t>
      </w:r>
      <w:r w:rsidRPr="00BE3FDE">
        <w:rPr>
          <w:rFonts w:eastAsia="Calibri"/>
          <w:lang w:val="nl-NL"/>
        </w:rPr>
        <w:t>.</w:t>
      </w:r>
      <w:commentRangeEnd w:id="6"/>
      <w:r w:rsidRPr="00BE3FDE">
        <w:rPr>
          <w:rStyle w:val="Verwijzingopmerking"/>
          <w:rFonts w:eastAsia="Calibri"/>
          <w:sz w:val="22"/>
          <w:szCs w:val="22"/>
          <w:lang w:val="nl-NL"/>
        </w:rPr>
        <w:commentReference w:id="6"/>
      </w:r>
      <w:commentRangeEnd w:id="7"/>
      <w:r w:rsidR="00957A94" w:rsidRPr="00BE3FDE">
        <w:rPr>
          <w:rStyle w:val="Verwijzingopmerking"/>
          <w:rFonts w:eastAsia="Calibri"/>
          <w:sz w:val="22"/>
          <w:szCs w:val="22"/>
          <w:lang w:val="nl-NL"/>
        </w:rPr>
        <w:commentReference w:id="7"/>
      </w:r>
    </w:p>
    <w:p w14:paraId="0D4E3D60" w14:textId="2D882EC2" w:rsidR="00BE3FDE" w:rsidRPr="00BE3FDE" w:rsidRDefault="00BE3FDE" w:rsidP="00BE3FDE">
      <w:pPr>
        <w:rPr>
          <w:rFonts w:eastAsia="Calibri"/>
          <w:lang w:val="nl-NL"/>
        </w:rPr>
      </w:pPr>
      <w:r w:rsidRPr="00BE3FDE">
        <w:rPr>
          <w:rFonts w:eastAsia="Calibri"/>
          <w:lang w:val="nl-NL"/>
        </w:rPr>
        <w:t xml:space="preserve">Bij een gezamenlijk </w:t>
      </w:r>
      <w:r w:rsidRPr="004F56BC">
        <w:rPr>
          <w:rFonts w:eastAsia="Calibri"/>
          <w:lang w:val="nl-NL"/>
        </w:rPr>
        <w:t>account</w:t>
      </w:r>
      <w:r w:rsidRPr="00BE3FDE">
        <w:rPr>
          <w:rFonts w:eastAsia="Calibri"/>
          <w:lang w:val="nl-NL"/>
        </w:rPr>
        <w:t xml:space="preserve"> voor een koppel hebben beide personen toegang tot de gegevens, communicatie en inhoud die via dat account beschikbaar zijn. Een privébericht aan het gezamenlijke account kan daardoor door beide personen worden gelezen. Deel via een gezamenlijk account dus geen informatie waarvan je niet wilt dat </w:t>
      </w:r>
      <w:r w:rsidRPr="00096F84">
        <w:rPr>
          <w:rFonts w:eastAsia="Calibri"/>
          <w:lang w:val="nl-NL"/>
        </w:rPr>
        <w:t>je partner</w:t>
      </w:r>
      <w:r w:rsidRPr="00BE3FDE">
        <w:rPr>
          <w:rFonts w:eastAsia="Calibri"/>
          <w:lang w:val="nl-NL"/>
        </w:rPr>
        <w:t xml:space="preserve"> </w:t>
      </w:r>
      <w:r w:rsidRPr="00096F84">
        <w:rPr>
          <w:rFonts w:eastAsia="Calibri"/>
          <w:lang w:val="nl-NL"/>
        </w:rPr>
        <w:t xml:space="preserve">het </w:t>
      </w:r>
      <w:r w:rsidRPr="00BE3FDE">
        <w:rPr>
          <w:rFonts w:eastAsia="Calibri"/>
          <w:lang w:val="nl-NL"/>
        </w:rPr>
        <w:t>ziet.</w:t>
      </w:r>
    </w:p>
    <w:p w14:paraId="1340DF49" w14:textId="61D18C85" w:rsidR="0072681D" w:rsidRPr="00096F84" w:rsidRDefault="0072681D">
      <w:pPr>
        <w:rPr>
          <w:rFonts w:eastAsia="Calibri"/>
          <w:lang w:val="nl-NL"/>
        </w:rPr>
      </w:pPr>
      <w:r w:rsidRPr="00096F84">
        <w:rPr>
          <w:rFonts w:eastAsia="Calibri"/>
          <w:lang w:val="nl-NL"/>
        </w:rPr>
        <w:t xml:space="preserve">Iedere persoon kan alleen </w:t>
      </w:r>
      <w:proofErr w:type="spellStart"/>
      <w:r w:rsidRPr="00096F84">
        <w:rPr>
          <w:rFonts w:eastAsia="Calibri"/>
          <w:lang w:val="nl-NL"/>
        </w:rPr>
        <w:t>privacyrechten</w:t>
      </w:r>
      <w:proofErr w:type="spellEnd"/>
      <w:r w:rsidRPr="00096F84">
        <w:rPr>
          <w:rFonts w:eastAsia="Calibri"/>
          <w:lang w:val="nl-NL"/>
        </w:rPr>
        <w:t xml:space="preserve"> uitoefenen voor zover die betrekking hebben op diens eigen persoonsgegevens</w:t>
      </w:r>
      <w:r w:rsidR="00BE3FDE" w:rsidRPr="00096F84">
        <w:rPr>
          <w:rFonts w:eastAsia="Calibri"/>
          <w:lang w:val="nl-NL"/>
        </w:rPr>
        <w:t>. D</w:t>
      </w:r>
      <w:r w:rsidRPr="00096F84">
        <w:rPr>
          <w:rFonts w:eastAsia="Calibri"/>
          <w:lang w:val="nl-NL"/>
        </w:rPr>
        <w:t xml:space="preserve">e rechten en persoonsgegevens van de partner en andere </w:t>
      </w:r>
      <w:r w:rsidR="00BE3FDE" w:rsidRPr="00096F84">
        <w:rPr>
          <w:rFonts w:eastAsia="Calibri"/>
          <w:lang w:val="nl-NL"/>
        </w:rPr>
        <w:t>leden</w:t>
      </w:r>
      <w:r w:rsidRPr="00096F84">
        <w:rPr>
          <w:rFonts w:eastAsia="Calibri"/>
          <w:lang w:val="nl-NL"/>
        </w:rPr>
        <w:t xml:space="preserve"> worden daarbij beschermd.</w:t>
      </w:r>
    </w:p>
    <w:p w14:paraId="445EFD92" w14:textId="01A6373E" w:rsidR="0072681D" w:rsidRPr="00096F84" w:rsidRDefault="00363B68">
      <w:pPr>
        <w:rPr>
          <w:lang w:val="nl-NL"/>
        </w:rPr>
      </w:pPr>
      <w:r w:rsidRPr="00096F84">
        <w:rPr>
          <w:rFonts w:eastAsia="Calibri"/>
          <w:lang w:val="nl-NL"/>
        </w:rPr>
        <w:t xml:space="preserve">Privacy-instellingen kunnen niet volledig voorkomen dat een ander ongeoorloofd informatie kopieert, fotografeert of buiten de </w:t>
      </w:r>
      <w:r w:rsidR="0072681D" w:rsidRPr="00096F84">
        <w:rPr>
          <w:rFonts w:eastAsia="Calibri"/>
          <w:lang w:val="nl-NL"/>
        </w:rPr>
        <w:t>c</w:t>
      </w:r>
      <w:r w:rsidRPr="00096F84">
        <w:rPr>
          <w:rFonts w:eastAsia="Calibri"/>
          <w:lang w:val="nl-NL"/>
        </w:rPr>
        <w:t xml:space="preserve">ommunity deelt. </w:t>
      </w:r>
      <w:proofErr w:type="spellStart"/>
      <w:r w:rsidRPr="00096F84">
        <w:rPr>
          <w:rFonts w:eastAsia="Calibri"/>
          <w:lang w:val="nl-NL"/>
        </w:rPr>
        <w:t>Marquee</w:t>
      </w:r>
      <w:proofErr w:type="spellEnd"/>
      <w:r w:rsidRPr="00096F84">
        <w:rPr>
          <w:rFonts w:eastAsia="Calibri"/>
          <w:lang w:val="nl-NL"/>
        </w:rPr>
        <w:t xml:space="preserve"> kan daarom geen absolute vertrouwelijkheid garanderen. Wij kunnen wel maatregelen nemen wanneer wij van misbruik kennis krijgen.</w:t>
      </w:r>
    </w:p>
    <w:p w14:paraId="631B0A2C" w14:textId="5560E7B7" w:rsidR="00E859A5" w:rsidRPr="00096F84" w:rsidRDefault="00363B68">
      <w:pPr>
        <w:pStyle w:val="Kop1"/>
        <w:rPr>
          <w:color w:val="000000" w:themeColor="text1"/>
          <w:sz w:val="28"/>
          <w:lang w:val="nl-NL"/>
        </w:rPr>
      </w:pPr>
      <w:r w:rsidRPr="00096F84">
        <w:rPr>
          <w:color w:val="000000" w:themeColor="text1"/>
          <w:sz w:val="28"/>
          <w:lang w:val="nl-NL"/>
        </w:rPr>
        <w:t>Met wie wij persoonsgegevens delen</w:t>
      </w:r>
    </w:p>
    <w:p w14:paraId="1F6219E5" w14:textId="2977D2ED" w:rsidR="00E859A5" w:rsidRPr="00096F84" w:rsidRDefault="00363B68">
      <w:pPr>
        <w:rPr>
          <w:lang w:val="nl-NL"/>
        </w:rPr>
      </w:pPr>
      <w:r w:rsidRPr="00096F84">
        <w:rPr>
          <w:rFonts w:eastAsia="Calibri"/>
          <w:lang w:val="nl-NL"/>
        </w:rPr>
        <w:t xml:space="preserve">Wij delen persoonsgegevens alleen wanneer dit nodig is voor de hiervoor beschreven doeleinden. </w:t>
      </w:r>
      <w:r w:rsidR="00EC7059" w:rsidRPr="00096F84">
        <w:rPr>
          <w:lang w:val="nl-NL"/>
        </w:rPr>
        <w:t xml:space="preserve">Afhankelijk van de diensten en functies die je gebruikt, kunnen gegevens worden gedeeld met de volgende categorieën </w:t>
      </w:r>
      <w:commentRangeStart w:id="8"/>
      <w:commentRangeStart w:id="9"/>
      <w:commentRangeStart w:id="10"/>
      <w:commentRangeStart w:id="11"/>
      <w:r w:rsidR="00EC7059" w:rsidRPr="00096F84">
        <w:rPr>
          <w:lang w:val="nl-NL"/>
        </w:rPr>
        <w:t>ontvangers en dienstverleners:</w:t>
      </w:r>
      <w:commentRangeEnd w:id="8"/>
      <w:r w:rsidR="00096F84" w:rsidRPr="00096F84">
        <w:rPr>
          <w:rStyle w:val="Verwijzingopmerking"/>
          <w:sz w:val="22"/>
          <w:szCs w:val="22"/>
          <w:lang w:val="nl-NL"/>
        </w:rPr>
        <w:commentReference w:id="8"/>
      </w:r>
      <w:commentRangeEnd w:id="9"/>
      <w:r w:rsidR="00FE4DB9" w:rsidRPr="00096F84">
        <w:rPr>
          <w:rStyle w:val="Verwijzingopmerking"/>
          <w:sz w:val="22"/>
          <w:szCs w:val="22"/>
          <w:lang w:val="nl-NL"/>
        </w:rPr>
        <w:commentReference w:id="9"/>
      </w:r>
      <w:commentRangeEnd w:id="10"/>
      <w:r w:rsidR="00E41B33" w:rsidRPr="00096F84">
        <w:rPr>
          <w:rStyle w:val="Verwijzingopmerking"/>
          <w:sz w:val="22"/>
          <w:szCs w:val="22"/>
          <w:lang w:val="nl-NL"/>
        </w:rPr>
        <w:commentReference w:id="10"/>
      </w:r>
      <w:commentRangeEnd w:id="11"/>
      <w:r w:rsidR="00E466BE" w:rsidRPr="00096F84">
        <w:rPr>
          <w:rStyle w:val="Verwijzingopmerking"/>
          <w:sz w:val="22"/>
          <w:szCs w:val="22"/>
          <w:lang w:val="nl-NL"/>
        </w:rPr>
        <w:commentReference w:id="11"/>
      </w:r>
    </w:p>
    <w:p w14:paraId="11882CDA" w14:textId="77777777" w:rsidR="00E859A5" w:rsidRPr="00096F84" w:rsidRDefault="00363B68">
      <w:pPr>
        <w:pStyle w:val="Lijstopsomteken"/>
        <w:rPr>
          <w:lang w:val="nl-NL"/>
        </w:rPr>
      </w:pPr>
      <w:proofErr w:type="gramStart"/>
      <w:r w:rsidRPr="00096F84">
        <w:rPr>
          <w:rFonts w:eastAsia="Calibri"/>
          <w:lang w:val="nl-NL"/>
        </w:rPr>
        <w:t>bevoegde</w:t>
      </w:r>
      <w:proofErr w:type="gramEnd"/>
      <w:r w:rsidRPr="00096F84">
        <w:rPr>
          <w:rFonts w:eastAsia="Calibri"/>
          <w:lang w:val="nl-NL"/>
        </w:rPr>
        <w:t xml:space="preserve"> medewerkers en opdrachtnemers van </w:t>
      </w:r>
      <w:proofErr w:type="spellStart"/>
      <w:r w:rsidRPr="00096F84">
        <w:rPr>
          <w:rFonts w:eastAsia="Calibri"/>
          <w:lang w:val="nl-NL"/>
        </w:rPr>
        <w:t>Marquee</w:t>
      </w:r>
      <w:proofErr w:type="spellEnd"/>
      <w:r w:rsidRPr="00096F84">
        <w:rPr>
          <w:rFonts w:eastAsia="Calibri"/>
          <w:lang w:val="nl-NL"/>
        </w:rPr>
        <w:t xml:space="preserve"> die de gegevens voor hun werkzaamheden nodig hebben en aan vertrouwelijkheid zijn gebonden;</w:t>
      </w:r>
    </w:p>
    <w:p w14:paraId="6EBCD497" w14:textId="1930E777" w:rsidR="00EC7059" w:rsidRPr="004F56BC" w:rsidRDefault="00363B68" w:rsidP="00096F84">
      <w:pPr>
        <w:pStyle w:val="Lijstopsomteken"/>
        <w:rPr>
          <w:rFonts w:eastAsia="Calibri"/>
          <w:lang w:val="nl-NL"/>
        </w:rPr>
      </w:pPr>
      <w:commentRangeStart w:id="12"/>
      <w:commentRangeStart w:id="13"/>
      <w:proofErr w:type="spellStart"/>
      <w:r w:rsidRPr="00096F84">
        <w:rPr>
          <w:rFonts w:eastAsia="Calibri"/>
          <w:highlight w:val="yellow"/>
          <w:lang w:val="nl-NL"/>
        </w:rPr>
        <w:t>Justiin</w:t>
      </w:r>
      <w:proofErr w:type="spellEnd"/>
      <w:r w:rsidR="00363441">
        <w:rPr>
          <w:rFonts w:eastAsia="Calibri"/>
          <w:lang w:val="nl-NL"/>
        </w:rPr>
        <w:t xml:space="preserve"> </w:t>
      </w:r>
      <w:r w:rsidR="00363441">
        <w:rPr>
          <w:lang w:val="nl-NL"/>
        </w:rPr>
        <w:t>voor</w:t>
      </w:r>
      <w:r w:rsidR="00096F84" w:rsidRPr="00096F84">
        <w:rPr>
          <w:lang w:val="nl-NL"/>
        </w:rPr>
        <w:t xml:space="preserve"> </w:t>
      </w:r>
      <w:r w:rsidR="0093330F">
        <w:rPr>
          <w:lang w:val="nl-NL"/>
        </w:rPr>
        <w:t>het</w:t>
      </w:r>
      <w:r w:rsidR="00096F84" w:rsidRPr="00096F84">
        <w:rPr>
          <w:lang w:val="nl-NL"/>
        </w:rPr>
        <w:t xml:space="preserve"> technische beheer van </w:t>
      </w:r>
      <w:r w:rsidR="00B403E1">
        <w:rPr>
          <w:lang w:val="nl-NL"/>
        </w:rPr>
        <w:t>de website en de online community</w:t>
      </w:r>
      <w:r w:rsidR="00B377F2">
        <w:rPr>
          <w:lang w:val="nl-NL"/>
        </w:rPr>
        <w:t>;</w:t>
      </w:r>
    </w:p>
    <w:p w14:paraId="036C54A7" w14:textId="74CB3EC3" w:rsidR="00A25CF5" w:rsidRPr="00862827" w:rsidRDefault="00A25CF5" w:rsidP="00096F84">
      <w:pPr>
        <w:pStyle w:val="Lijstopsomteken"/>
        <w:rPr>
          <w:rFonts w:eastAsia="Calibri"/>
          <w:lang w:val="nl-NL"/>
        </w:rPr>
      </w:pPr>
      <w:proofErr w:type="spellStart"/>
      <w:r w:rsidRPr="004F56BC">
        <w:rPr>
          <w:rFonts w:cs="Calibri"/>
          <w:lang w:val="nl-NL"/>
        </w:rPr>
        <w:lastRenderedPageBreak/>
        <w:t>TransIP</w:t>
      </w:r>
      <w:proofErr w:type="spellEnd"/>
      <w:r w:rsidR="0093330F" w:rsidRPr="004F56BC">
        <w:rPr>
          <w:rFonts w:cs="Calibri"/>
          <w:lang w:val="nl-NL"/>
        </w:rPr>
        <w:t xml:space="preserve">, onderdeel van </w:t>
      </w:r>
      <w:proofErr w:type="spellStart"/>
      <w:proofErr w:type="gramStart"/>
      <w:r w:rsidR="0093330F" w:rsidRPr="004F56BC">
        <w:rPr>
          <w:rFonts w:cs="Calibri"/>
          <w:lang w:val="nl-NL"/>
        </w:rPr>
        <w:t>t</w:t>
      </w:r>
      <w:r w:rsidRPr="004F56BC">
        <w:rPr>
          <w:rFonts w:cs="Calibri"/>
          <w:lang w:val="nl-NL"/>
        </w:rPr>
        <w:t>eam</w:t>
      </w:r>
      <w:r w:rsidR="0093330F" w:rsidRPr="004F56BC">
        <w:rPr>
          <w:rFonts w:cs="Calibri"/>
          <w:lang w:val="nl-NL"/>
        </w:rPr>
        <w:t>.b</w:t>
      </w:r>
      <w:r w:rsidRPr="004F56BC">
        <w:rPr>
          <w:rFonts w:cs="Calibri"/>
          <w:lang w:val="nl-NL"/>
        </w:rPr>
        <w:t>lue</w:t>
      </w:r>
      <w:proofErr w:type="spellEnd"/>
      <w:proofErr w:type="gramEnd"/>
      <w:r w:rsidRPr="004F56BC">
        <w:rPr>
          <w:rFonts w:cs="Calibri"/>
          <w:lang w:val="nl-NL"/>
        </w:rPr>
        <w:t xml:space="preserve">, </w:t>
      </w:r>
      <w:r w:rsidR="0093330F" w:rsidRPr="004F56BC">
        <w:rPr>
          <w:rFonts w:cs="Calibri"/>
          <w:lang w:val="nl-NL"/>
        </w:rPr>
        <w:t>v</w:t>
      </w:r>
      <w:r w:rsidR="0093330F" w:rsidRPr="004F56BC">
        <w:rPr>
          <w:lang w:val="nl-NL"/>
        </w:rPr>
        <w:t>oor het beschikbaar stellen en hosten van de virtual private server (VPS) waarop de website en online community draaie</w:t>
      </w:r>
      <w:r w:rsidRPr="004F56BC">
        <w:rPr>
          <w:lang w:val="nl-NL"/>
        </w:rPr>
        <w:t>n;</w:t>
      </w:r>
    </w:p>
    <w:p w14:paraId="62E708F9" w14:textId="1524B2C5" w:rsidR="00EC7059" w:rsidRPr="00096F84" w:rsidRDefault="00B377F2" w:rsidP="00BD5F77">
      <w:pPr>
        <w:pStyle w:val="Lijstopsomteken"/>
        <w:rPr>
          <w:lang w:val="nl-NL"/>
        </w:rPr>
      </w:pPr>
      <w:proofErr w:type="spellStart"/>
      <w:r w:rsidRPr="00096F84">
        <w:rPr>
          <w:highlight w:val="yellow"/>
          <w:lang w:val="nl-NL"/>
        </w:rPr>
        <w:t>GoDaddy</w:t>
      </w:r>
      <w:proofErr w:type="spellEnd"/>
      <w:r>
        <w:rPr>
          <w:highlight w:val="yellow"/>
          <w:lang w:val="nl-NL"/>
        </w:rPr>
        <w:t xml:space="preserve"> via </w:t>
      </w:r>
      <w:proofErr w:type="spellStart"/>
      <w:r w:rsidRPr="00B377F2">
        <w:rPr>
          <w:highlight w:val="yellow"/>
          <w:lang w:val="nl-NL"/>
        </w:rPr>
        <w:t>ManageWP</w:t>
      </w:r>
      <w:proofErr w:type="spellEnd"/>
      <w:r w:rsidRPr="00B377F2">
        <w:rPr>
          <w:highlight w:val="yellow"/>
          <w:lang w:val="nl-NL"/>
        </w:rPr>
        <w:t xml:space="preserve"> </w:t>
      </w:r>
      <w:r w:rsidRPr="004037C0">
        <w:rPr>
          <w:highlight w:val="yellow"/>
          <w:lang w:val="nl-NL"/>
        </w:rPr>
        <w:t xml:space="preserve">voor websitebeheer, monitoring, beveiliging en </w:t>
      </w:r>
      <w:proofErr w:type="spellStart"/>
      <w:r w:rsidRPr="004037C0">
        <w:rPr>
          <w:highlight w:val="yellow"/>
          <w:lang w:val="nl-NL"/>
        </w:rPr>
        <w:t>back-ups</w:t>
      </w:r>
      <w:proofErr w:type="spellEnd"/>
      <w:r w:rsidRPr="004037C0">
        <w:rPr>
          <w:lang w:val="nl-NL"/>
        </w:rPr>
        <w:t>;</w:t>
      </w:r>
      <w:r>
        <w:rPr>
          <w:lang w:val="nl-NL"/>
        </w:rPr>
        <w:t xml:space="preserve"> </w:t>
      </w:r>
      <w:commentRangeEnd w:id="12"/>
      <w:r w:rsidRPr="00096F84">
        <w:rPr>
          <w:rStyle w:val="Verwijzingopmerking"/>
          <w:sz w:val="22"/>
          <w:szCs w:val="22"/>
          <w:lang w:val="nl-NL"/>
        </w:rPr>
        <w:commentReference w:id="12"/>
      </w:r>
      <w:commentRangeEnd w:id="13"/>
      <w:r w:rsidR="00FE4DB9" w:rsidRPr="00096F84">
        <w:rPr>
          <w:rStyle w:val="Verwijzingopmerking"/>
          <w:sz w:val="22"/>
          <w:szCs w:val="22"/>
          <w:lang w:val="nl-NL"/>
        </w:rPr>
        <w:commentReference w:id="13"/>
      </w:r>
    </w:p>
    <w:p w14:paraId="7A2487D8" w14:textId="59883587" w:rsidR="00E859A5" w:rsidRPr="00096F84" w:rsidRDefault="00363B68">
      <w:pPr>
        <w:pStyle w:val="Lijstopsomteken"/>
        <w:rPr>
          <w:lang w:val="nl-NL"/>
        </w:rPr>
      </w:pPr>
      <w:proofErr w:type="spellStart"/>
      <w:r w:rsidRPr="00096F84">
        <w:rPr>
          <w:rFonts w:eastAsia="Calibri"/>
          <w:highlight w:val="yellow"/>
          <w:lang w:val="nl-NL"/>
        </w:rPr>
        <w:t>Stripe</w:t>
      </w:r>
      <w:proofErr w:type="spellEnd"/>
      <w:r w:rsidRPr="00096F84">
        <w:rPr>
          <w:rFonts w:eastAsia="Calibri"/>
          <w:highlight w:val="yellow"/>
          <w:lang w:val="nl-NL"/>
        </w:rPr>
        <w:t xml:space="preserve"> en betrokken banken of betaalmethoden</w:t>
      </w:r>
      <w:r w:rsidRPr="00096F84">
        <w:rPr>
          <w:rFonts w:eastAsia="Calibri"/>
          <w:lang w:val="nl-NL"/>
        </w:rPr>
        <w:t xml:space="preserve"> voor betalingen, fraudepreventie en</w:t>
      </w:r>
      <w:r w:rsidR="00525745">
        <w:rPr>
          <w:rFonts w:eastAsia="Calibri"/>
          <w:lang w:val="nl-NL"/>
        </w:rPr>
        <w:t xml:space="preserve"> het voldoen aan wettelijke</w:t>
      </w:r>
      <w:r w:rsidRPr="00096F84">
        <w:rPr>
          <w:rFonts w:eastAsia="Calibri"/>
          <w:lang w:val="nl-NL"/>
        </w:rPr>
        <w:t xml:space="preserve"> financiële verplichtingen;</w:t>
      </w:r>
    </w:p>
    <w:p w14:paraId="127F22D3" w14:textId="37B8FFED" w:rsidR="00EC7059" w:rsidRDefault="00EC7059">
      <w:pPr>
        <w:pStyle w:val="Lijstopsomteken"/>
        <w:rPr>
          <w:lang w:val="nl-NL"/>
        </w:rPr>
      </w:pPr>
      <w:proofErr w:type="spellStart"/>
      <w:r w:rsidRPr="00096F84">
        <w:rPr>
          <w:highlight w:val="yellow"/>
          <w:lang w:val="nl-NL"/>
        </w:rPr>
        <w:t>Weezevent</w:t>
      </w:r>
      <w:proofErr w:type="spellEnd"/>
      <w:r w:rsidR="00363441">
        <w:rPr>
          <w:highlight w:val="yellow"/>
          <w:lang w:val="nl-NL"/>
        </w:rPr>
        <w:t>,</w:t>
      </w:r>
      <w:r w:rsidRPr="00096F84">
        <w:rPr>
          <w:highlight w:val="yellow"/>
          <w:lang w:val="nl-NL"/>
        </w:rPr>
        <w:t xml:space="preserve"> </w:t>
      </w:r>
      <w:proofErr w:type="spellStart"/>
      <w:r w:rsidRPr="00363441">
        <w:rPr>
          <w:highlight w:val="yellow"/>
          <w:lang w:val="nl-NL"/>
        </w:rPr>
        <w:t>WeezPay</w:t>
      </w:r>
      <w:proofErr w:type="spellEnd"/>
      <w:r w:rsidR="00363441" w:rsidRPr="00363441">
        <w:rPr>
          <w:highlight w:val="yellow"/>
          <w:lang w:val="nl-NL"/>
        </w:rPr>
        <w:t xml:space="preserve"> en </w:t>
      </w:r>
      <w:proofErr w:type="spellStart"/>
      <w:r w:rsidR="00363441" w:rsidRPr="00363441">
        <w:rPr>
          <w:highlight w:val="yellow"/>
          <w:lang w:val="nl-NL"/>
        </w:rPr>
        <w:t>PlayPass</w:t>
      </w:r>
      <w:proofErr w:type="spellEnd"/>
      <w:r w:rsidRPr="00096F84">
        <w:rPr>
          <w:lang w:val="nl-NL"/>
        </w:rPr>
        <w:t xml:space="preserve"> voor ticketverkoop en -administratie, de koppeling met het </w:t>
      </w:r>
      <w:proofErr w:type="spellStart"/>
      <w:r w:rsidRPr="00096F84">
        <w:rPr>
          <w:lang w:val="nl-NL"/>
        </w:rPr>
        <w:t>communityaccount</w:t>
      </w:r>
      <w:proofErr w:type="spellEnd"/>
      <w:r w:rsidRPr="00096F84">
        <w:rPr>
          <w:lang w:val="nl-NL"/>
        </w:rPr>
        <w:t xml:space="preserve">, toegangscontrole en </w:t>
      </w:r>
      <w:r w:rsidR="00525745">
        <w:rPr>
          <w:lang w:val="nl-NL"/>
        </w:rPr>
        <w:t xml:space="preserve">betalingen, </w:t>
      </w:r>
      <w:r w:rsidRPr="00096F84">
        <w:rPr>
          <w:lang w:val="nl-NL"/>
        </w:rPr>
        <w:t>saldi, opwaarderingen en terugbetalingen via de member card;</w:t>
      </w:r>
    </w:p>
    <w:p w14:paraId="6095BBE2" w14:textId="70556DF6" w:rsidR="00EC7059" w:rsidRPr="00096F84" w:rsidRDefault="00096F84">
      <w:pPr>
        <w:pStyle w:val="Lijstopsomteken"/>
        <w:rPr>
          <w:lang w:val="nl-NL"/>
        </w:rPr>
      </w:pPr>
      <w:r w:rsidRPr="00096F84">
        <w:rPr>
          <w:rFonts w:eastAsia="Calibri"/>
          <w:lang w:val="nl-NL"/>
        </w:rPr>
        <w:t>Google</w:t>
      </w:r>
      <w:r w:rsidR="00525745">
        <w:rPr>
          <w:rFonts w:eastAsia="Calibri"/>
          <w:lang w:val="nl-NL"/>
        </w:rPr>
        <w:t>, via Google</w:t>
      </w:r>
      <w:r w:rsidRPr="00096F84">
        <w:rPr>
          <w:rFonts w:eastAsia="Calibri"/>
          <w:lang w:val="nl-NL"/>
        </w:rPr>
        <w:t xml:space="preserve"> Tag Manager, Google Site Kit</w:t>
      </w:r>
      <w:r w:rsidR="00525745">
        <w:rPr>
          <w:rFonts w:eastAsia="Calibri"/>
          <w:lang w:val="nl-NL"/>
        </w:rPr>
        <w:t xml:space="preserve"> en</w:t>
      </w:r>
      <w:r w:rsidRPr="00096F84">
        <w:rPr>
          <w:rFonts w:eastAsia="Calibri"/>
          <w:lang w:val="nl-NL"/>
        </w:rPr>
        <w:t xml:space="preserve"> </w:t>
      </w:r>
      <w:r w:rsidRPr="00096F84">
        <w:rPr>
          <w:rFonts w:eastAsia="Calibri"/>
          <w:highlight w:val="yellow"/>
          <w:lang w:val="nl-NL"/>
        </w:rPr>
        <w:t>Google Analytics</w:t>
      </w:r>
      <w:r w:rsidR="00EC7059" w:rsidRPr="00096F84">
        <w:rPr>
          <w:lang w:val="nl-NL"/>
        </w:rPr>
        <w:t xml:space="preserve"> voor websiteanalyse, nadat daarvoor toestemming is gegeven;</w:t>
      </w:r>
    </w:p>
    <w:p w14:paraId="0FD26108" w14:textId="225C00CE" w:rsidR="00EC7059" w:rsidRPr="00096F84" w:rsidRDefault="00EC7059">
      <w:pPr>
        <w:pStyle w:val="Lijstopsomteken"/>
        <w:rPr>
          <w:lang w:val="nl-NL"/>
        </w:rPr>
      </w:pPr>
      <w:proofErr w:type="spellStart"/>
      <w:r w:rsidRPr="00096F84">
        <w:rPr>
          <w:lang w:val="nl-NL"/>
        </w:rPr>
        <w:t>Usercentrics</w:t>
      </w:r>
      <w:proofErr w:type="spellEnd"/>
      <w:r w:rsidRPr="00096F84">
        <w:rPr>
          <w:lang w:val="nl-NL"/>
        </w:rPr>
        <w:t>, handelend onder de naam Cookiebot, voor het beheren en registreren van cookiekeuzes en het tonen van informatie over de gebruikte cookies;</w:t>
      </w:r>
    </w:p>
    <w:p w14:paraId="28D562E1" w14:textId="72357EF3" w:rsidR="00EC7059" w:rsidRPr="00EC7059" w:rsidRDefault="00EC7059" w:rsidP="00EC7059">
      <w:pPr>
        <w:pStyle w:val="Lijstopsomteken"/>
        <w:rPr>
          <w:rFonts w:eastAsia="Calibri"/>
          <w:lang w:val="nl-NL"/>
        </w:rPr>
      </w:pPr>
      <w:proofErr w:type="gramStart"/>
      <w:r w:rsidRPr="00EC7059">
        <w:rPr>
          <w:rFonts w:eastAsia="Calibri"/>
          <w:lang w:val="nl-NL"/>
        </w:rPr>
        <w:t>fotografen</w:t>
      </w:r>
      <w:proofErr w:type="gramEnd"/>
      <w:r w:rsidRPr="00EC7059">
        <w:rPr>
          <w:rFonts w:eastAsia="Calibri"/>
          <w:lang w:val="nl-NL"/>
        </w:rPr>
        <w:t xml:space="preserve">, beveiligers, EHBO/hulpverleners en andere eventleveranciers, voor zover zij gegevens nodig hebben voor hun taak; </w:t>
      </w:r>
    </w:p>
    <w:p w14:paraId="1D3F170D" w14:textId="448ED57C" w:rsidR="00EC7059" w:rsidRPr="00EC7059" w:rsidRDefault="00EC7059" w:rsidP="00EC7059">
      <w:pPr>
        <w:pStyle w:val="Lijstopsomteken"/>
        <w:rPr>
          <w:rFonts w:eastAsia="Calibri"/>
          <w:lang w:val="nl-NL"/>
        </w:rPr>
      </w:pPr>
      <w:proofErr w:type="gramStart"/>
      <w:r w:rsidRPr="00EC7059">
        <w:rPr>
          <w:rFonts w:eastAsia="Calibri"/>
          <w:lang w:val="nl-NL"/>
        </w:rPr>
        <w:t>boekhouders</w:t>
      </w:r>
      <w:proofErr w:type="gramEnd"/>
      <w:r w:rsidRPr="00EC7059">
        <w:rPr>
          <w:rFonts w:eastAsia="Calibri"/>
          <w:lang w:val="nl-NL"/>
        </w:rPr>
        <w:t xml:space="preserve">, belastingadviseurs, juridische adviseurs, verzekeraars en incassodienstverleners wanneer dat nodig is; </w:t>
      </w:r>
    </w:p>
    <w:p w14:paraId="147D38F9" w14:textId="3471738F" w:rsidR="00EC7059" w:rsidRPr="00F628A9" w:rsidRDefault="00EC7059" w:rsidP="00F628A9">
      <w:pPr>
        <w:pStyle w:val="Lijstopsomteken"/>
        <w:rPr>
          <w:lang w:val="nl-NL"/>
        </w:rPr>
      </w:pPr>
      <w:proofErr w:type="gramStart"/>
      <w:r w:rsidRPr="00096F84">
        <w:rPr>
          <w:rFonts w:eastAsia="Calibri"/>
          <w:lang w:val="nl-NL"/>
        </w:rPr>
        <w:t>politie</w:t>
      </w:r>
      <w:proofErr w:type="gramEnd"/>
      <w:r w:rsidRPr="00096F84">
        <w:rPr>
          <w:rFonts w:eastAsia="Calibri"/>
          <w:lang w:val="nl-NL"/>
        </w:rPr>
        <w:t>, hulpdiensten, toezichthouders, rechters of andere bevoegde partijen wanneer verstrekking wettelijk verplicht of voor een noodsituatie of rechtsvordering noodzakelijk is.</w:t>
      </w:r>
    </w:p>
    <w:p w14:paraId="0F3B2878" w14:textId="23AD9277" w:rsidR="004B038A" w:rsidRPr="004037C0" w:rsidRDefault="00363B68" w:rsidP="004B038A">
      <w:pPr>
        <w:rPr>
          <w:rStyle w:val="Geen"/>
          <w:rFonts w:cstheme="minorHAnsi"/>
          <w:lang w:val="nl-NL"/>
        </w:rPr>
      </w:pPr>
      <w:commentRangeStart w:id="14"/>
      <w:commentRangeStart w:id="15"/>
      <w:commentRangeStart w:id="16"/>
      <w:r w:rsidRPr="00096F84">
        <w:rPr>
          <w:rFonts w:eastAsia="Calibri"/>
          <w:highlight w:val="yellow"/>
          <w:lang w:val="nl-NL"/>
        </w:rPr>
        <w:t>Waar een dienstverlener persoonsgegevens namens ons verwerkt, sluiten wij een verwerkersovereenkomst</w:t>
      </w:r>
      <w:r w:rsidR="00454472" w:rsidRPr="004037C0">
        <w:rPr>
          <w:lang w:val="nl-NL"/>
        </w:rPr>
        <w:t xml:space="preserve"> met afspraken over onder meer verwerking volgens onze instructies, geheimhouding, beveiliging, </w:t>
      </w:r>
      <w:proofErr w:type="spellStart"/>
      <w:r w:rsidR="00454472" w:rsidRPr="004037C0">
        <w:rPr>
          <w:lang w:val="nl-NL"/>
        </w:rPr>
        <w:t>subverwerkers</w:t>
      </w:r>
      <w:proofErr w:type="spellEnd"/>
      <w:r w:rsidR="00454472" w:rsidRPr="004037C0">
        <w:rPr>
          <w:lang w:val="nl-NL"/>
        </w:rPr>
        <w:t xml:space="preserve"> en het teruggeven of verwijderen van persoonsgegevens na afloop van de dienstverlening</w:t>
      </w:r>
      <w:r w:rsidR="004B038A" w:rsidRPr="004037C0">
        <w:rPr>
          <w:rStyle w:val="Geen"/>
          <w:rFonts w:cstheme="minorHAnsi"/>
          <w:lang w:val="nl-NL"/>
        </w:rPr>
        <w:t>.</w:t>
      </w:r>
    </w:p>
    <w:p w14:paraId="75B767A7" w14:textId="26CAB050" w:rsidR="00E859A5" w:rsidRPr="004037C0" w:rsidRDefault="004B038A" w:rsidP="004B038A">
      <w:pPr>
        <w:rPr>
          <w:rFonts w:cstheme="minorHAnsi"/>
          <w:lang w:val="nl-NL"/>
        </w:rPr>
      </w:pPr>
      <w:r w:rsidRPr="004037C0">
        <w:rPr>
          <w:rStyle w:val="Geen"/>
          <w:rFonts w:cstheme="minorHAnsi"/>
          <w:lang w:val="nl-NL"/>
        </w:rPr>
        <w:t xml:space="preserve">Sommige leveranciers, </w:t>
      </w:r>
      <w:r w:rsidRPr="00096F84">
        <w:rPr>
          <w:rFonts w:eastAsia="Calibri"/>
          <w:highlight w:val="yellow"/>
          <w:lang w:val="nl-NL"/>
        </w:rPr>
        <w:t>waaronder betaal- en ticketproviders</w:t>
      </w:r>
      <w:r>
        <w:rPr>
          <w:rFonts w:eastAsia="Calibri"/>
          <w:highlight w:val="yellow"/>
          <w:lang w:val="nl-NL"/>
        </w:rPr>
        <w:t xml:space="preserve">, </w:t>
      </w:r>
      <w:r w:rsidRPr="00096F84">
        <w:rPr>
          <w:rFonts w:eastAsia="Calibri"/>
          <w:highlight w:val="yellow"/>
          <w:lang w:val="nl-NL"/>
        </w:rPr>
        <w:t>kunnen voor bepaalde eigen wettelijke of transactiedoeleinden zelfstandig verwerkingsverantwoordelijke zijn</w:t>
      </w:r>
      <w:commentRangeEnd w:id="14"/>
      <w:r w:rsidR="000870AD">
        <w:rPr>
          <w:rStyle w:val="Verwijzingopmerking"/>
          <w:rFonts w:eastAsia="Calibri"/>
          <w:sz w:val="22"/>
          <w:szCs w:val="22"/>
          <w:lang w:val="nl-NL"/>
        </w:rPr>
        <w:commentReference w:id="14"/>
      </w:r>
      <w:commentRangeEnd w:id="15"/>
      <w:r w:rsidR="001A4CBF">
        <w:rPr>
          <w:rStyle w:val="Verwijzingopmerking"/>
          <w:rFonts w:eastAsia="Calibri"/>
          <w:sz w:val="22"/>
          <w:szCs w:val="22"/>
          <w:lang w:val="nl-NL"/>
        </w:rPr>
        <w:commentReference w:id="15"/>
      </w:r>
      <w:commentRangeEnd w:id="16"/>
      <w:r w:rsidR="006148BF">
        <w:rPr>
          <w:rStyle w:val="Verwijzingopmerking"/>
          <w:rFonts w:eastAsia="Calibri"/>
          <w:sz w:val="22"/>
          <w:szCs w:val="22"/>
          <w:lang w:val="nl-NL"/>
        </w:rPr>
        <w:commentReference w:id="16"/>
      </w:r>
      <w:r>
        <w:rPr>
          <w:rFonts w:eastAsia="Calibri"/>
          <w:lang w:val="nl-NL"/>
        </w:rPr>
        <w:t>.</w:t>
      </w:r>
    </w:p>
    <w:p w14:paraId="18105A0C" w14:textId="02D25DFC" w:rsidR="00E859A5" w:rsidRPr="00096F84" w:rsidRDefault="00363B68">
      <w:pPr>
        <w:rPr>
          <w:lang w:val="nl-NL"/>
        </w:rPr>
      </w:pPr>
      <w:r w:rsidRPr="00096F84">
        <w:rPr>
          <w:rFonts w:eastAsia="Calibri"/>
          <w:lang w:val="nl-NL"/>
        </w:rPr>
        <w:t>Wij verkopen persoonsgegevens niet</w:t>
      </w:r>
      <w:r w:rsidR="00E817CC">
        <w:rPr>
          <w:rFonts w:eastAsia="Calibri"/>
          <w:lang w:val="nl-NL"/>
        </w:rPr>
        <w:t xml:space="preserve">. </w:t>
      </w:r>
    </w:p>
    <w:p w14:paraId="465B32E2" w14:textId="4312C493" w:rsidR="00E859A5" w:rsidRPr="00096F84" w:rsidRDefault="00363B68">
      <w:pPr>
        <w:pStyle w:val="Kop1"/>
        <w:rPr>
          <w:color w:val="000000" w:themeColor="text1"/>
          <w:sz w:val="28"/>
          <w:lang w:val="nl-NL"/>
        </w:rPr>
      </w:pPr>
      <w:r w:rsidRPr="00096F84">
        <w:rPr>
          <w:color w:val="000000" w:themeColor="text1"/>
          <w:sz w:val="28"/>
          <w:lang w:val="nl-NL"/>
        </w:rPr>
        <w:t>Verwerking buiten de Europese Economische Ruimte</w:t>
      </w:r>
    </w:p>
    <w:p w14:paraId="33BBEE9B" w14:textId="77777777" w:rsidR="00E859A5" w:rsidRPr="00096F84" w:rsidRDefault="00363B68">
      <w:pPr>
        <w:rPr>
          <w:lang w:val="nl-NL"/>
        </w:rPr>
      </w:pPr>
      <w:commentRangeStart w:id="17"/>
      <w:r w:rsidRPr="00096F84">
        <w:rPr>
          <w:rFonts w:eastAsia="Calibri"/>
          <w:highlight w:val="yellow"/>
          <w:lang w:val="nl-NL"/>
        </w:rPr>
        <w:t xml:space="preserve">Sommige leveranciers of hun groepsmaatschappijen en </w:t>
      </w:r>
      <w:proofErr w:type="spellStart"/>
      <w:r w:rsidRPr="00096F84">
        <w:rPr>
          <w:rFonts w:eastAsia="Calibri"/>
          <w:highlight w:val="yellow"/>
          <w:lang w:val="nl-NL"/>
        </w:rPr>
        <w:t>subverwerkers</w:t>
      </w:r>
      <w:proofErr w:type="spellEnd"/>
      <w:r w:rsidRPr="00096F84">
        <w:rPr>
          <w:rFonts w:eastAsia="Calibri"/>
          <w:highlight w:val="yellow"/>
          <w:lang w:val="nl-NL"/>
        </w:rPr>
        <w:t xml:space="preserve"> kunnen persoonsgegevens buiten de Europese Economische Ruimte (EER) verwerken of vanuit een land buiten de EER toegankelijk maken, waaronder in de Verenigde Staten. Dit kan onder meer gelden voor Google, </w:t>
      </w:r>
      <w:proofErr w:type="spellStart"/>
      <w:r w:rsidRPr="00096F84">
        <w:rPr>
          <w:rFonts w:eastAsia="Calibri"/>
          <w:highlight w:val="yellow"/>
          <w:lang w:val="nl-NL"/>
        </w:rPr>
        <w:t>Stripe</w:t>
      </w:r>
      <w:proofErr w:type="spellEnd"/>
      <w:r w:rsidRPr="00096F84">
        <w:rPr>
          <w:rFonts w:eastAsia="Calibri"/>
          <w:highlight w:val="yellow"/>
          <w:lang w:val="nl-NL"/>
        </w:rPr>
        <w:t xml:space="preserve"> en </w:t>
      </w:r>
      <w:proofErr w:type="spellStart"/>
      <w:r w:rsidRPr="00096F84">
        <w:rPr>
          <w:rFonts w:eastAsia="Calibri"/>
          <w:highlight w:val="yellow"/>
          <w:lang w:val="nl-NL"/>
        </w:rPr>
        <w:t>ManageWP</w:t>
      </w:r>
      <w:proofErr w:type="spellEnd"/>
      <w:r w:rsidRPr="00096F84">
        <w:rPr>
          <w:rFonts w:eastAsia="Calibri"/>
          <w:highlight w:val="yellow"/>
          <w:lang w:val="nl-NL"/>
        </w:rPr>
        <w:t>/</w:t>
      </w:r>
      <w:proofErr w:type="spellStart"/>
      <w:r w:rsidRPr="00096F84">
        <w:rPr>
          <w:rFonts w:eastAsia="Calibri"/>
          <w:highlight w:val="yellow"/>
          <w:lang w:val="nl-NL"/>
        </w:rPr>
        <w:t>GoDaddy</w:t>
      </w:r>
      <w:proofErr w:type="spellEnd"/>
      <w:r w:rsidRPr="00096F84">
        <w:rPr>
          <w:rFonts w:eastAsia="Calibri"/>
          <w:highlight w:val="yellow"/>
          <w:lang w:val="nl-NL"/>
        </w:rPr>
        <w:t>.</w:t>
      </w:r>
      <w:commentRangeEnd w:id="17"/>
      <w:r w:rsidRPr="00096F84">
        <w:rPr>
          <w:rStyle w:val="Verwijzingopmerking"/>
          <w:sz w:val="22"/>
          <w:szCs w:val="22"/>
          <w:lang w:val="nl-NL"/>
        </w:rPr>
        <w:commentReference w:id="17"/>
      </w:r>
    </w:p>
    <w:p w14:paraId="4BBD765E" w14:textId="0B6735AB" w:rsidR="00E859A5" w:rsidRDefault="00363B68">
      <w:pPr>
        <w:rPr>
          <w:rFonts w:eastAsia="Calibri"/>
          <w:lang w:val="nl-NL"/>
        </w:rPr>
      </w:pPr>
      <w:r w:rsidRPr="00096F84">
        <w:rPr>
          <w:rFonts w:eastAsia="Calibri"/>
          <w:lang w:val="nl-NL"/>
        </w:rPr>
        <w:t xml:space="preserve">Wanneer persoonsgegevens buiten de EER worden doorgegeven, gebruiken wij een doorgiftemechanisme dat de AVG toestaat, zoals een adequaatheidsbesluit, deelname van de ontvanger aan het EU-US Data Privacy Framework waar dit geldig en toepasselijk is, of door de Europese Commissie goedgekeurde Standard </w:t>
      </w:r>
      <w:proofErr w:type="spellStart"/>
      <w:r w:rsidRPr="00096F84">
        <w:rPr>
          <w:rFonts w:eastAsia="Calibri"/>
          <w:lang w:val="nl-NL"/>
        </w:rPr>
        <w:t>Contractual</w:t>
      </w:r>
      <w:proofErr w:type="spellEnd"/>
      <w:r w:rsidRPr="00096F84">
        <w:rPr>
          <w:rFonts w:eastAsia="Calibri"/>
          <w:lang w:val="nl-NL"/>
        </w:rPr>
        <w:t xml:space="preserve"> </w:t>
      </w:r>
      <w:proofErr w:type="spellStart"/>
      <w:r w:rsidRPr="00096F84">
        <w:rPr>
          <w:rFonts w:eastAsia="Calibri"/>
          <w:lang w:val="nl-NL"/>
        </w:rPr>
        <w:t>Clauses</w:t>
      </w:r>
      <w:proofErr w:type="spellEnd"/>
      <w:r w:rsidRPr="00096F84">
        <w:rPr>
          <w:rFonts w:eastAsia="Calibri"/>
          <w:lang w:val="nl-NL"/>
        </w:rPr>
        <w:t xml:space="preserve"> met zo nodig aanvullende maatregelen. </w:t>
      </w:r>
    </w:p>
    <w:p w14:paraId="43372746" w14:textId="005FA4B8" w:rsidR="00166284" w:rsidRPr="00096F84" w:rsidRDefault="00166284">
      <w:pPr>
        <w:rPr>
          <w:lang w:val="nl-NL"/>
        </w:rPr>
      </w:pPr>
      <w:r w:rsidRPr="004037C0">
        <w:rPr>
          <w:lang w:val="nl-NL"/>
        </w:rPr>
        <w:t>Je kunt via het contactadres onderaan deze verklaring meer informatie vragen over het gebruikte doorgiftemechanisme en de toepasselijke waarborgen.</w:t>
      </w:r>
    </w:p>
    <w:p w14:paraId="5C5C5BA4" w14:textId="04288CED" w:rsidR="000870AD" w:rsidRPr="00096F84" w:rsidRDefault="00363B68" w:rsidP="000870AD">
      <w:pPr>
        <w:pStyle w:val="Kop1"/>
        <w:rPr>
          <w:color w:val="000000" w:themeColor="text1"/>
          <w:sz w:val="28"/>
          <w:lang w:val="nl-NL"/>
        </w:rPr>
      </w:pPr>
      <w:r w:rsidRPr="00096F84">
        <w:rPr>
          <w:color w:val="000000" w:themeColor="text1"/>
          <w:sz w:val="28"/>
          <w:lang w:val="nl-NL"/>
        </w:rPr>
        <w:lastRenderedPageBreak/>
        <w:t>Hoe lang wij persoonsgegevens bewaren</w:t>
      </w:r>
    </w:p>
    <w:p w14:paraId="02E55A0F" w14:textId="77777777" w:rsidR="000870AD" w:rsidRPr="00096F84" w:rsidRDefault="000870AD" w:rsidP="000870AD">
      <w:pPr>
        <w:rPr>
          <w:rFonts w:asciiTheme="majorHAnsi" w:hAnsiTheme="majorHAnsi" w:cstheme="majorHAnsi"/>
          <w:lang w:val="nl-NL"/>
        </w:rPr>
      </w:pPr>
      <w:r w:rsidRPr="004F56BC">
        <w:rPr>
          <w:rFonts w:asciiTheme="majorHAnsi" w:eastAsia="Arial" w:hAnsiTheme="majorHAnsi" w:cstheme="majorHAnsi"/>
          <w:lang w:val="nl-NL"/>
        </w:rPr>
        <w:t>Wij bewaren persoonsgegevens niet langer dan nodig is voor het doel waarvoor zij zijn verzameld. Volgens de huidige uitgangspunten gelden in het bijzonder de volgende termijnen:</w:t>
      </w:r>
    </w:p>
    <w:p w14:paraId="33BCA7D9" w14:textId="0C7AF9B0" w:rsidR="000870AD" w:rsidRPr="00096F84" w:rsidRDefault="000870AD" w:rsidP="000870AD">
      <w:pPr>
        <w:pStyle w:val="Lijstopsomteken"/>
        <w:rPr>
          <w:rFonts w:asciiTheme="majorHAnsi" w:hAnsiTheme="majorHAnsi" w:cstheme="majorHAnsi"/>
          <w:lang w:val="nl-NL"/>
        </w:rPr>
      </w:pPr>
      <w:proofErr w:type="gramStart"/>
      <w:r w:rsidRPr="00096F84">
        <w:rPr>
          <w:rFonts w:asciiTheme="majorHAnsi" w:eastAsia="Arial" w:hAnsiTheme="majorHAnsi" w:cstheme="majorHAnsi"/>
          <w:lang w:val="nl-NL"/>
        </w:rPr>
        <w:t>afgewezen</w:t>
      </w:r>
      <w:proofErr w:type="gramEnd"/>
      <w:r w:rsidRPr="00096F84">
        <w:rPr>
          <w:rFonts w:asciiTheme="majorHAnsi" w:eastAsia="Arial" w:hAnsiTheme="majorHAnsi" w:cstheme="majorHAnsi"/>
          <w:lang w:val="nl-NL"/>
        </w:rPr>
        <w:t xml:space="preserve">, ingetrokken of niet-voltooide aanmeldingen: in beginsel </w:t>
      </w:r>
      <w:r w:rsidRPr="004F56BC">
        <w:rPr>
          <w:rFonts w:asciiTheme="majorHAnsi" w:eastAsia="Arial" w:hAnsiTheme="majorHAnsi" w:cstheme="majorHAnsi"/>
          <w:lang w:val="nl-NL"/>
        </w:rPr>
        <w:t>zes maanden</w:t>
      </w:r>
      <w:r w:rsidRPr="00096F84">
        <w:rPr>
          <w:rFonts w:asciiTheme="majorHAnsi" w:eastAsia="Arial" w:hAnsiTheme="majorHAnsi" w:cstheme="majorHAnsi"/>
          <w:lang w:val="nl-NL"/>
        </w:rPr>
        <w:t xml:space="preserve"> na de beslissing of intrekking</w:t>
      </w:r>
      <w:r w:rsidR="00454472">
        <w:rPr>
          <w:rFonts w:asciiTheme="majorHAnsi" w:eastAsia="Arial" w:hAnsiTheme="majorHAnsi" w:cstheme="majorHAnsi"/>
          <w:lang w:val="nl-NL"/>
        </w:rPr>
        <w:t xml:space="preserve"> </w:t>
      </w:r>
      <w:r w:rsidR="00454472" w:rsidRPr="004037C0">
        <w:rPr>
          <w:lang w:val="nl-NL"/>
        </w:rPr>
        <w:t>of laatste activiteit van de aanvrager</w:t>
      </w:r>
      <w:r w:rsidRPr="00096F84">
        <w:rPr>
          <w:rFonts w:asciiTheme="majorHAnsi" w:eastAsia="Arial" w:hAnsiTheme="majorHAnsi" w:cstheme="majorHAnsi"/>
          <w:lang w:val="nl-NL"/>
        </w:rPr>
        <w:t>;</w:t>
      </w:r>
    </w:p>
    <w:p w14:paraId="678004BA" w14:textId="7115C619" w:rsidR="000870AD" w:rsidRPr="00096F84" w:rsidRDefault="000870AD" w:rsidP="000870AD">
      <w:pPr>
        <w:pStyle w:val="Lijstopsomteken"/>
        <w:rPr>
          <w:rFonts w:asciiTheme="majorHAnsi" w:hAnsiTheme="majorHAnsi" w:cstheme="majorHAnsi"/>
          <w:lang w:val="nl-NL"/>
        </w:rPr>
      </w:pPr>
      <w:proofErr w:type="gramStart"/>
      <w:r w:rsidRPr="00096F84">
        <w:rPr>
          <w:rFonts w:asciiTheme="majorHAnsi" w:eastAsia="Arial" w:hAnsiTheme="majorHAnsi" w:cstheme="majorHAnsi"/>
          <w:lang w:val="nl-NL"/>
        </w:rPr>
        <w:t>account</w:t>
      </w:r>
      <w:proofErr w:type="gramEnd"/>
      <w:r w:rsidRPr="00096F84">
        <w:rPr>
          <w:rFonts w:asciiTheme="majorHAnsi" w:eastAsia="Arial" w:hAnsiTheme="majorHAnsi" w:cstheme="majorHAnsi"/>
          <w:lang w:val="nl-NL"/>
        </w:rPr>
        <w:t xml:space="preserve">-, profiel- en overige gegevens uit de online community: gedurende het </w:t>
      </w:r>
      <w:proofErr w:type="spellStart"/>
      <w:r w:rsidRPr="00096F84">
        <w:rPr>
          <w:rFonts w:asciiTheme="majorHAnsi" w:eastAsia="Arial" w:hAnsiTheme="majorHAnsi" w:cstheme="majorHAnsi"/>
          <w:lang w:val="nl-NL"/>
        </w:rPr>
        <w:t>membership</w:t>
      </w:r>
      <w:proofErr w:type="spellEnd"/>
      <w:r w:rsidRPr="00096F84">
        <w:rPr>
          <w:rFonts w:asciiTheme="majorHAnsi" w:eastAsia="Arial" w:hAnsiTheme="majorHAnsi" w:cstheme="majorHAnsi"/>
          <w:lang w:val="nl-NL"/>
        </w:rPr>
        <w:t xml:space="preserve"> en in beginsel tot </w:t>
      </w:r>
      <w:r w:rsidRPr="004F56BC">
        <w:rPr>
          <w:rFonts w:asciiTheme="majorHAnsi" w:eastAsia="Arial" w:hAnsiTheme="majorHAnsi" w:cstheme="majorHAnsi"/>
          <w:lang w:val="nl-NL"/>
        </w:rPr>
        <w:t>drie maanden</w:t>
      </w:r>
      <w:r w:rsidRPr="00096F84">
        <w:rPr>
          <w:rFonts w:asciiTheme="majorHAnsi" w:eastAsia="Arial" w:hAnsiTheme="majorHAnsi" w:cstheme="majorHAnsi"/>
          <w:lang w:val="nl-NL"/>
        </w:rPr>
        <w:t xml:space="preserve"> daarna, behalve voor zover gegevens deel uitmaken van communicatie met anderen of langer nodig zijn voor een melding of geschil;</w:t>
      </w:r>
    </w:p>
    <w:p w14:paraId="35423CB2" w14:textId="4CBCBAEA" w:rsidR="000870AD" w:rsidRPr="00096F84" w:rsidRDefault="000870AD" w:rsidP="000870AD">
      <w:pPr>
        <w:pStyle w:val="Lijstopsomteken"/>
        <w:rPr>
          <w:rFonts w:asciiTheme="majorHAnsi" w:hAnsiTheme="majorHAnsi" w:cstheme="majorHAnsi"/>
          <w:lang w:val="nl-NL"/>
        </w:rPr>
      </w:pPr>
      <w:proofErr w:type="gramStart"/>
      <w:r w:rsidRPr="00096F84">
        <w:rPr>
          <w:rFonts w:asciiTheme="majorHAnsi" w:eastAsia="Arial" w:hAnsiTheme="majorHAnsi" w:cstheme="majorHAnsi"/>
          <w:lang w:val="nl-NL"/>
        </w:rPr>
        <w:t>vragen</w:t>
      </w:r>
      <w:proofErr w:type="gramEnd"/>
      <w:r w:rsidRPr="00096F84">
        <w:rPr>
          <w:rFonts w:asciiTheme="majorHAnsi" w:eastAsia="Arial" w:hAnsiTheme="majorHAnsi" w:cstheme="majorHAnsi"/>
          <w:lang w:val="nl-NL"/>
        </w:rPr>
        <w:t xml:space="preserve"> en klachten: in beginsel </w:t>
      </w:r>
      <w:r w:rsidRPr="004F56BC">
        <w:rPr>
          <w:rFonts w:asciiTheme="majorHAnsi" w:eastAsia="Arial" w:hAnsiTheme="majorHAnsi" w:cstheme="majorHAnsi"/>
          <w:lang w:val="nl-NL"/>
        </w:rPr>
        <w:t>twee jaar</w:t>
      </w:r>
      <w:r w:rsidRPr="00096F84">
        <w:rPr>
          <w:rFonts w:asciiTheme="majorHAnsi" w:eastAsia="Arial" w:hAnsiTheme="majorHAnsi" w:cstheme="majorHAnsi"/>
          <w:lang w:val="nl-NL"/>
        </w:rPr>
        <w:t xml:space="preserve"> na afronding, incident- en geschildossiers zolang dat noodzakelijk is en in beginsel maximaal </w:t>
      </w:r>
      <w:r w:rsidRPr="004F56BC">
        <w:rPr>
          <w:rFonts w:asciiTheme="majorHAnsi" w:eastAsia="Arial" w:hAnsiTheme="majorHAnsi" w:cstheme="majorHAnsi"/>
          <w:lang w:val="nl-NL"/>
        </w:rPr>
        <w:t>vijf jaar</w:t>
      </w:r>
      <w:r w:rsidRPr="00096F84">
        <w:rPr>
          <w:rFonts w:asciiTheme="majorHAnsi" w:eastAsia="Arial" w:hAnsiTheme="majorHAnsi" w:cstheme="majorHAnsi"/>
          <w:lang w:val="nl-NL"/>
        </w:rPr>
        <w:t xml:space="preserve"> na afsluiting;</w:t>
      </w:r>
    </w:p>
    <w:p w14:paraId="491F4C6F" w14:textId="77777777" w:rsidR="000870AD" w:rsidRPr="00096F84" w:rsidRDefault="000870AD" w:rsidP="000870AD">
      <w:pPr>
        <w:pStyle w:val="Lijstopsomteken"/>
        <w:rPr>
          <w:rFonts w:asciiTheme="majorHAnsi" w:hAnsiTheme="majorHAnsi" w:cstheme="majorHAnsi"/>
          <w:lang w:val="nl-NL"/>
        </w:rPr>
      </w:pPr>
      <w:proofErr w:type="gramStart"/>
      <w:r w:rsidRPr="00096F84">
        <w:rPr>
          <w:rFonts w:asciiTheme="majorHAnsi" w:eastAsia="Arial" w:hAnsiTheme="majorHAnsi" w:cstheme="majorHAnsi"/>
          <w:lang w:val="nl-NL"/>
        </w:rPr>
        <w:t>facturen</w:t>
      </w:r>
      <w:proofErr w:type="gramEnd"/>
      <w:r w:rsidRPr="00096F84">
        <w:rPr>
          <w:rFonts w:asciiTheme="majorHAnsi" w:eastAsia="Arial" w:hAnsiTheme="majorHAnsi" w:cstheme="majorHAnsi"/>
          <w:lang w:val="nl-NL"/>
        </w:rPr>
        <w:t xml:space="preserve">, transacties en financiële basisgegevens: </w:t>
      </w:r>
      <w:r w:rsidRPr="004F56BC">
        <w:rPr>
          <w:rFonts w:asciiTheme="majorHAnsi" w:eastAsia="Arial" w:hAnsiTheme="majorHAnsi" w:cstheme="majorHAnsi"/>
          <w:lang w:val="nl-NL"/>
        </w:rPr>
        <w:t>zeven jaar</w:t>
      </w:r>
      <w:r w:rsidRPr="00096F84">
        <w:rPr>
          <w:rFonts w:asciiTheme="majorHAnsi" w:eastAsia="Arial" w:hAnsiTheme="majorHAnsi" w:cstheme="majorHAnsi"/>
          <w:lang w:val="nl-NL"/>
        </w:rPr>
        <w:t xml:space="preserve"> of langer als een bijzondere fiscale bewaarplicht geldt;</w:t>
      </w:r>
    </w:p>
    <w:p w14:paraId="50C41B03" w14:textId="46DBAB70" w:rsidR="000870AD" w:rsidRPr="00096F84" w:rsidRDefault="000870AD" w:rsidP="000870AD">
      <w:pPr>
        <w:pStyle w:val="Lijstopsomteken"/>
        <w:rPr>
          <w:rFonts w:asciiTheme="majorHAnsi" w:hAnsiTheme="majorHAnsi" w:cstheme="majorHAnsi"/>
          <w:lang w:val="nl-NL"/>
        </w:rPr>
      </w:pPr>
      <w:proofErr w:type="spellStart"/>
      <w:r w:rsidRPr="00096F84">
        <w:rPr>
          <w:rFonts w:asciiTheme="majorHAnsi" w:eastAsia="Arial" w:hAnsiTheme="majorHAnsi" w:cstheme="majorHAnsi"/>
          <w:lang w:val="nl-NL"/>
        </w:rPr>
        <w:t>Marquee</w:t>
      </w:r>
      <w:proofErr w:type="spellEnd"/>
      <w:r w:rsidRPr="00096F84">
        <w:rPr>
          <w:rFonts w:asciiTheme="majorHAnsi" w:eastAsia="Arial" w:hAnsiTheme="majorHAnsi" w:cstheme="majorHAnsi"/>
          <w:lang w:val="nl-NL"/>
        </w:rPr>
        <w:t xml:space="preserve"> Moment-bestanden die alleen voor persoonlijke levering worden gemaakt: in beginsel </w:t>
      </w:r>
      <w:r w:rsidRPr="004F56BC">
        <w:rPr>
          <w:rFonts w:asciiTheme="majorHAnsi" w:eastAsia="Arial" w:hAnsiTheme="majorHAnsi" w:cstheme="majorHAnsi"/>
          <w:lang w:val="nl-NL"/>
        </w:rPr>
        <w:t>zestig dagen</w:t>
      </w:r>
      <w:r w:rsidRPr="00096F84">
        <w:rPr>
          <w:rFonts w:asciiTheme="majorHAnsi" w:eastAsia="Arial" w:hAnsiTheme="majorHAnsi" w:cstheme="majorHAnsi"/>
          <w:lang w:val="nl-NL"/>
        </w:rPr>
        <w:t xml:space="preserve"> na levering</w:t>
      </w:r>
      <w:r w:rsidR="002541A4">
        <w:rPr>
          <w:rFonts w:asciiTheme="majorHAnsi" w:eastAsia="Arial" w:hAnsiTheme="majorHAnsi" w:cstheme="majorHAnsi"/>
          <w:lang w:val="nl-NL"/>
        </w:rPr>
        <w:t>;</w:t>
      </w:r>
      <w:r w:rsidRPr="00096F84">
        <w:rPr>
          <w:rFonts w:asciiTheme="majorHAnsi" w:eastAsia="Arial" w:hAnsiTheme="majorHAnsi" w:cstheme="majorHAnsi"/>
          <w:lang w:val="nl-NL"/>
        </w:rPr>
        <w:t xml:space="preserve"> beeld</w:t>
      </w:r>
      <w:r w:rsidR="00166284">
        <w:rPr>
          <w:rFonts w:asciiTheme="majorHAnsi" w:eastAsia="Arial" w:hAnsiTheme="majorHAnsi" w:cstheme="majorHAnsi"/>
          <w:lang w:val="nl-NL"/>
        </w:rPr>
        <w:t>materiaal</w:t>
      </w:r>
      <w:r w:rsidRPr="00096F84">
        <w:rPr>
          <w:rFonts w:asciiTheme="majorHAnsi" w:eastAsia="Arial" w:hAnsiTheme="majorHAnsi" w:cstheme="majorHAnsi"/>
          <w:lang w:val="nl-NL"/>
        </w:rPr>
        <w:t xml:space="preserve"> dat met toestemming wordt gebruikt: totdat de toestemming wordt ingetrokken of het gebruik eindigt; en</w:t>
      </w:r>
    </w:p>
    <w:p w14:paraId="0E4D1005" w14:textId="51A0AD36" w:rsidR="000870AD" w:rsidRPr="00096F84" w:rsidRDefault="000870AD" w:rsidP="000870AD">
      <w:pPr>
        <w:pStyle w:val="Lijstopsomteken"/>
        <w:rPr>
          <w:rFonts w:asciiTheme="majorHAnsi" w:hAnsiTheme="majorHAnsi" w:cstheme="majorHAnsi"/>
          <w:lang w:val="nl-NL"/>
        </w:rPr>
      </w:pPr>
      <w:proofErr w:type="gramStart"/>
      <w:r w:rsidRPr="00096F84">
        <w:rPr>
          <w:rFonts w:asciiTheme="majorHAnsi" w:eastAsia="Arial" w:hAnsiTheme="majorHAnsi" w:cstheme="majorHAnsi"/>
          <w:lang w:val="nl-NL"/>
        </w:rPr>
        <w:t>marketinggegevens</w:t>
      </w:r>
      <w:proofErr w:type="gramEnd"/>
      <w:r w:rsidRPr="00096F84">
        <w:rPr>
          <w:rFonts w:asciiTheme="majorHAnsi" w:eastAsia="Arial" w:hAnsiTheme="majorHAnsi" w:cstheme="majorHAnsi"/>
          <w:lang w:val="nl-NL"/>
        </w:rPr>
        <w:t>: totdat je je afmeldt, daarna kunnen wij een minimale blokkaderegistratie bewaren om te voorkomen dat je opnieuw wordt benaderd.</w:t>
      </w:r>
    </w:p>
    <w:p w14:paraId="1D4F7D0E" w14:textId="6C64DD4E" w:rsidR="00166284" w:rsidRDefault="00166284">
      <w:pPr>
        <w:rPr>
          <w:lang w:val="nl-NL"/>
        </w:rPr>
      </w:pPr>
      <w:r w:rsidRPr="009D6820">
        <w:rPr>
          <w:lang w:val="nl-NL"/>
        </w:rPr>
        <w:t xml:space="preserve">Beveiligingslogs bewaren wij zolang dat redelijkerwijs nodig is om de beveiliging te bewaken en storingen of misbruik te onderzoeken. Registraties van cookie- en andere toestemmingen bewaren wij zolang dat nodig is om de toestemming toe te passen en aan te tonen. Gegevens in </w:t>
      </w:r>
      <w:proofErr w:type="spellStart"/>
      <w:r w:rsidRPr="009D6820">
        <w:rPr>
          <w:lang w:val="nl-NL"/>
        </w:rPr>
        <w:t>back-ups</w:t>
      </w:r>
      <w:proofErr w:type="spellEnd"/>
      <w:r w:rsidRPr="009D6820">
        <w:rPr>
          <w:lang w:val="nl-NL"/>
        </w:rPr>
        <w:t xml:space="preserve"> verdwijnen volgens de normale back-upcyclus en worden in de tussentijd niet voor andere doeleinden gebruikt.</w:t>
      </w:r>
    </w:p>
    <w:p w14:paraId="11FE9EAB" w14:textId="305739C1" w:rsidR="00E859A5" w:rsidRPr="00096F84" w:rsidRDefault="00363B68">
      <w:pPr>
        <w:rPr>
          <w:lang w:val="nl-NL"/>
        </w:rPr>
      </w:pPr>
      <w:r w:rsidRPr="00096F84">
        <w:rPr>
          <w:rFonts w:eastAsia="Calibri"/>
          <w:lang w:val="nl-NL"/>
        </w:rPr>
        <w:t>Wij kunnen gegevens langer bewaren wanneer dit wettelijk verplicht is, wanneer een concreet geschil, onderzoek of incident loopt of wanneer dit nodig is voor de vaststelling, uitoefening of verdediging van rechtsvorderingen. Wij beperken het gebruik dan tot dat doel.</w:t>
      </w:r>
    </w:p>
    <w:p w14:paraId="7019B09A" w14:textId="7F5B8337" w:rsidR="00E859A5" w:rsidRPr="00096F84" w:rsidRDefault="00363B68">
      <w:pPr>
        <w:pStyle w:val="Kop1"/>
        <w:rPr>
          <w:color w:val="000000" w:themeColor="text1"/>
          <w:sz w:val="28"/>
          <w:lang w:val="nl-NL"/>
        </w:rPr>
      </w:pPr>
      <w:r w:rsidRPr="00096F84">
        <w:rPr>
          <w:color w:val="000000" w:themeColor="text1"/>
          <w:sz w:val="28"/>
          <w:lang w:val="nl-NL"/>
        </w:rPr>
        <w:t>Cookies en vergelijkbare technologieën</w:t>
      </w:r>
    </w:p>
    <w:p w14:paraId="7D8F86BD" w14:textId="5B6C4617" w:rsidR="00166284" w:rsidRPr="00862827" w:rsidRDefault="00166284" w:rsidP="00166284">
      <w:pPr>
        <w:rPr>
          <w:rFonts w:eastAsia="Calibri"/>
          <w:lang w:val="nl-NL"/>
        </w:rPr>
      </w:pPr>
      <w:r w:rsidRPr="00862827">
        <w:rPr>
          <w:rFonts w:eastAsia="Calibri"/>
          <w:lang w:val="nl-NL"/>
        </w:rPr>
        <w:t xml:space="preserve">Cookies zijn kleine bestanden die bij het gebruik van een website of online community op je apparaat kunnen worden geplaatst of uitgelezen. </w:t>
      </w:r>
      <w:proofErr w:type="spellStart"/>
      <w:r w:rsidRPr="00862827">
        <w:rPr>
          <w:rFonts w:eastAsia="Calibri"/>
          <w:lang w:val="nl-NL"/>
        </w:rPr>
        <w:t>Marquee</w:t>
      </w:r>
      <w:proofErr w:type="spellEnd"/>
      <w:r w:rsidRPr="00862827">
        <w:rPr>
          <w:rFonts w:eastAsia="Calibri"/>
          <w:lang w:val="nl-NL"/>
        </w:rPr>
        <w:t xml:space="preserve"> gebruikt cookies en vergelijkbare technologieën om de website en online community te laten functioneren, voorkeuren te onthouden, accounts en het bestel- en betaalproces te beveiligen en, alleen na toestemming, het gebruik te analyseren.</w:t>
      </w:r>
    </w:p>
    <w:p w14:paraId="0630F6E7" w14:textId="77777777" w:rsidR="00166284" w:rsidRPr="00862827" w:rsidRDefault="00166284" w:rsidP="00166284">
      <w:pPr>
        <w:rPr>
          <w:rFonts w:eastAsia="Calibri"/>
          <w:lang w:val="nl-NL"/>
        </w:rPr>
      </w:pPr>
      <w:r w:rsidRPr="00862827">
        <w:rPr>
          <w:rFonts w:eastAsia="Calibri"/>
          <w:lang w:val="nl-NL"/>
        </w:rPr>
        <w:t>Noodzakelijke cookies zijn nodig voor functies zoals inloggen, sessiebeveiliging, netwerkcommunicatie, het bestel- en betaalproces en het onthouden van je cookiekeuze. Voor deze cookies vragen wij geen toestemming wanneer zij strikt noodzakelijk zijn. Voor de verwerking van persoonsgegevens via deze cookies geldt de grondslag die hoort bij de ondersteunde functie, zoals de uitvoering van de overeenkomst of ons gerechtvaardigde belang bij een betrouwbare en veilige website.</w:t>
      </w:r>
    </w:p>
    <w:p w14:paraId="1F7CA129" w14:textId="77777777" w:rsidR="00166284" w:rsidRPr="00862827" w:rsidRDefault="00166284" w:rsidP="00166284">
      <w:pPr>
        <w:rPr>
          <w:rFonts w:eastAsia="Calibri"/>
          <w:lang w:val="nl-NL"/>
        </w:rPr>
      </w:pPr>
      <w:r w:rsidRPr="00862827">
        <w:rPr>
          <w:rFonts w:eastAsia="Calibri"/>
          <w:lang w:val="nl-NL"/>
        </w:rPr>
        <w:t>Voorkeurscookies onthouden bijvoorbeeld taal-, weergave- of andere persoonlijke instellingen. Wij plaatsen deze cookies alleen na jouw toestemming, tenzij zij strikt noodzakelijk zijn voor een door jou gevraagde functie.</w:t>
      </w:r>
    </w:p>
    <w:p w14:paraId="6EE3C1C1" w14:textId="2E3147D3" w:rsidR="009D6820" w:rsidRPr="00862827" w:rsidRDefault="00166284" w:rsidP="009D6820">
      <w:pPr>
        <w:rPr>
          <w:rFonts w:eastAsia="Calibri"/>
          <w:lang w:val="nl-NL"/>
        </w:rPr>
      </w:pPr>
      <w:proofErr w:type="spellStart"/>
      <w:r w:rsidRPr="00862827">
        <w:rPr>
          <w:rFonts w:eastAsia="Calibri"/>
          <w:lang w:val="nl-NL"/>
        </w:rPr>
        <w:lastRenderedPageBreak/>
        <w:t>Analyti</w:t>
      </w:r>
      <w:proofErr w:type="spellEnd"/>
      <w:r w:rsidR="009D6820">
        <w:rPr>
          <w:rFonts w:eastAsia="Calibri"/>
          <w:lang w:val="es-ES"/>
        </w:rPr>
        <w:t>s</w:t>
      </w:r>
      <w:proofErr w:type="spellStart"/>
      <w:r w:rsidRPr="00862827">
        <w:rPr>
          <w:rFonts w:eastAsia="Calibri"/>
          <w:lang w:val="nl-NL"/>
        </w:rPr>
        <w:t>che</w:t>
      </w:r>
      <w:proofErr w:type="spellEnd"/>
      <w:r w:rsidRPr="00862827">
        <w:rPr>
          <w:rFonts w:eastAsia="Calibri"/>
          <w:lang w:val="nl-NL"/>
        </w:rPr>
        <w:t xml:space="preserve"> cookies geven informatie over het gebruik van de website en online community, zoals bezochte pagina’s en de werking van functies. </w:t>
      </w:r>
      <w:r w:rsidR="009D6820" w:rsidRPr="004F56BC">
        <w:rPr>
          <w:rFonts w:eastAsia="Calibri"/>
          <w:lang w:val="nl-NL"/>
        </w:rPr>
        <w:t xml:space="preserve">Google </w:t>
      </w:r>
      <w:r w:rsidR="00F05ACE">
        <w:rPr>
          <w:rFonts w:eastAsia="Calibri"/>
          <w:lang w:val="nl-NL"/>
        </w:rPr>
        <w:t xml:space="preserve">Analytics </w:t>
      </w:r>
      <w:r w:rsidR="009D6820" w:rsidRPr="004F56BC">
        <w:rPr>
          <w:rFonts w:eastAsia="Calibri"/>
          <w:lang w:val="nl-NL"/>
        </w:rPr>
        <w:t xml:space="preserve">wordt </w:t>
      </w:r>
      <w:proofErr w:type="spellStart"/>
      <w:r w:rsidR="009D6820" w:rsidRPr="004F56BC">
        <w:rPr>
          <w:rFonts w:eastAsia="Calibri"/>
          <w:lang w:val="es-ES"/>
        </w:rPr>
        <w:t>alleen</w:t>
      </w:r>
      <w:proofErr w:type="spellEnd"/>
      <w:r w:rsidR="009D6820" w:rsidRPr="004F56BC">
        <w:rPr>
          <w:rFonts w:eastAsia="Calibri"/>
          <w:lang w:val="es-ES"/>
        </w:rPr>
        <w:t xml:space="preserve"> </w:t>
      </w:r>
      <w:r w:rsidR="009D6820" w:rsidRPr="004F56BC">
        <w:rPr>
          <w:rFonts w:eastAsia="Calibri"/>
          <w:lang w:val="nl-NL"/>
        </w:rPr>
        <w:t>gebruikt</w:t>
      </w:r>
      <w:r w:rsidR="009D6820" w:rsidRPr="004F56BC">
        <w:rPr>
          <w:rFonts w:eastAsia="Calibri"/>
          <w:lang w:val="es-ES"/>
        </w:rPr>
        <w:t xml:space="preserve"> </w:t>
      </w:r>
      <w:r w:rsidR="009D6820" w:rsidRPr="004F56BC">
        <w:rPr>
          <w:rFonts w:eastAsia="Calibri"/>
          <w:lang w:val="nl-NL"/>
        </w:rPr>
        <w:t xml:space="preserve">nadat je toestemming hebt gegeven voor analytische cookies. Google Analytics kan dan gegevens verwerken over je gebruik van de website en online community, zoals een cookie-ID, je IP-adres, browser- en </w:t>
      </w:r>
      <w:proofErr w:type="spellStart"/>
      <w:r w:rsidR="009D6820" w:rsidRPr="004F56BC">
        <w:rPr>
          <w:rFonts w:eastAsia="Calibri"/>
          <w:lang w:val="nl-NL"/>
        </w:rPr>
        <w:t>apparaatgegevens</w:t>
      </w:r>
      <w:proofErr w:type="spellEnd"/>
      <w:r w:rsidR="009D6820" w:rsidRPr="004F56BC">
        <w:rPr>
          <w:rFonts w:eastAsia="Calibri"/>
          <w:lang w:val="nl-NL"/>
        </w:rPr>
        <w:t xml:space="preserve">, bezochte pagina’s, gebruikte functies en het tijdstip van je bezoek. </w:t>
      </w:r>
      <w:proofErr w:type="spellStart"/>
      <w:r w:rsidR="009D6820" w:rsidRPr="004F56BC">
        <w:rPr>
          <w:rFonts w:eastAsia="Calibri"/>
          <w:lang w:val="nl-NL"/>
        </w:rPr>
        <w:t>Marquee</w:t>
      </w:r>
      <w:proofErr w:type="spellEnd"/>
      <w:r w:rsidR="009D6820" w:rsidRPr="004F56BC">
        <w:rPr>
          <w:rFonts w:eastAsia="Calibri"/>
          <w:lang w:val="nl-NL"/>
        </w:rPr>
        <w:t xml:space="preserve"> gebruikt deze informatie om te begrijpen hoe de website en online community worden gebruikt en om de werking daarvan te verbeteren. </w:t>
      </w:r>
      <w:commentRangeStart w:id="18"/>
      <w:commentRangeStart w:id="19"/>
      <w:commentRangeStart w:id="20"/>
      <w:commentRangeStart w:id="21"/>
      <w:r w:rsidR="009D6820" w:rsidRPr="00862827">
        <w:rPr>
          <w:rFonts w:eastAsia="Calibri"/>
          <w:highlight w:val="yellow"/>
          <w:lang w:val="nl-NL"/>
        </w:rPr>
        <w:t xml:space="preserve">De grondslag is je toestemming. Zolang je geen toestemming hebt gegeven, </w:t>
      </w:r>
      <w:proofErr w:type="spellStart"/>
      <w:r w:rsidR="009D6820" w:rsidRPr="00DA72D5">
        <w:rPr>
          <w:rFonts w:eastAsia="Calibri"/>
          <w:highlight w:val="yellow"/>
          <w:lang w:val="es-ES"/>
        </w:rPr>
        <w:t>blijft</w:t>
      </w:r>
      <w:proofErr w:type="spellEnd"/>
      <w:r w:rsidR="009D6820" w:rsidRPr="00862827">
        <w:rPr>
          <w:rFonts w:eastAsia="Calibri"/>
          <w:highlight w:val="yellow"/>
          <w:lang w:val="nl-NL"/>
        </w:rPr>
        <w:t xml:space="preserve"> Google Analytics technisch geblokkeerd en </w:t>
      </w:r>
      <w:r w:rsidR="009D6820" w:rsidRPr="00DA72D5">
        <w:rPr>
          <w:rFonts w:eastAsia="Calibri"/>
          <w:highlight w:val="yellow"/>
          <w:lang w:val="es-ES"/>
        </w:rPr>
        <w:t xml:space="preserve">zullen </w:t>
      </w:r>
      <w:r w:rsidR="009D6820" w:rsidRPr="00862827">
        <w:rPr>
          <w:rFonts w:eastAsia="Calibri"/>
          <w:highlight w:val="yellow"/>
          <w:lang w:val="nl-NL"/>
        </w:rPr>
        <w:t>bijbehorende cookies en andere technologieën niet worden geplaatst, uitgelezen of geactiveerd.</w:t>
      </w:r>
      <w:commentRangeEnd w:id="18"/>
      <w:r w:rsidR="00DA72D5" w:rsidRPr="00862827">
        <w:rPr>
          <w:rStyle w:val="Verwijzingopmerking"/>
          <w:rFonts w:eastAsia="Calibri"/>
          <w:sz w:val="22"/>
          <w:szCs w:val="22"/>
          <w:lang w:val="nl-NL"/>
        </w:rPr>
        <w:commentReference w:id="18"/>
      </w:r>
      <w:commentRangeEnd w:id="19"/>
      <w:r w:rsidR="004F73E7" w:rsidRPr="00862827">
        <w:rPr>
          <w:rStyle w:val="Verwijzingopmerking"/>
          <w:rFonts w:eastAsia="Calibri"/>
          <w:sz w:val="22"/>
          <w:szCs w:val="22"/>
          <w:lang w:val="nl-NL"/>
        </w:rPr>
        <w:commentReference w:id="19"/>
      </w:r>
      <w:commentRangeEnd w:id="20"/>
      <w:r w:rsidR="00E817CC" w:rsidRPr="00862827">
        <w:rPr>
          <w:rStyle w:val="Verwijzingopmerking"/>
          <w:rFonts w:eastAsia="Calibri"/>
          <w:sz w:val="22"/>
          <w:szCs w:val="22"/>
          <w:lang w:val="nl-NL"/>
        </w:rPr>
        <w:commentReference w:id="20"/>
      </w:r>
      <w:commentRangeEnd w:id="21"/>
      <w:r w:rsidR="00E466BE" w:rsidRPr="00862827">
        <w:rPr>
          <w:rStyle w:val="Verwijzingopmerking"/>
          <w:rFonts w:eastAsia="Calibri"/>
          <w:sz w:val="22"/>
          <w:szCs w:val="22"/>
          <w:lang w:val="nl-NL"/>
        </w:rPr>
        <w:commentReference w:id="21"/>
      </w:r>
    </w:p>
    <w:p w14:paraId="05F95DC9" w14:textId="128032E3" w:rsidR="0074044B" w:rsidRPr="00862827" w:rsidRDefault="0074044B" w:rsidP="00166284">
      <w:pPr>
        <w:rPr>
          <w:rFonts w:eastAsia="Calibri"/>
          <w:lang w:val="nl-NL"/>
        </w:rPr>
      </w:pPr>
      <w:commentRangeStart w:id="22"/>
      <w:commentRangeStart w:id="23"/>
      <w:commentRangeStart w:id="24"/>
      <w:commentRangeStart w:id="25"/>
      <w:r w:rsidRPr="004037C0">
        <w:rPr>
          <w:lang w:val="nl-NL"/>
        </w:rPr>
        <w:t xml:space="preserve">Via de cookie-instellingen op onze website kun je bekijken welke cookies en vergelijkbare technologieën </w:t>
      </w:r>
      <w:proofErr w:type="spellStart"/>
      <w:r w:rsidRPr="004037C0">
        <w:rPr>
          <w:lang w:val="nl-NL"/>
        </w:rPr>
        <w:t>Marquee</w:t>
      </w:r>
      <w:proofErr w:type="spellEnd"/>
      <w:r w:rsidRPr="004037C0">
        <w:rPr>
          <w:lang w:val="nl-NL"/>
        </w:rPr>
        <w:t xml:space="preserve"> gebruikt. Daar vind je per cookie of technologie informatie over de aanbieder, het doel, de bewaartermijn en, waar van toepassing, toegang door derden.</w:t>
      </w:r>
      <w:commentRangeEnd w:id="22"/>
      <w:r w:rsidRPr="00862827">
        <w:rPr>
          <w:rStyle w:val="Verwijzingopmerking"/>
          <w:rFonts w:eastAsia="Calibri"/>
          <w:sz w:val="22"/>
          <w:szCs w:val="22"/>
          <w:lang w:val="nl-NL"/>
        </w:rPr>
        <w:commentReference w:id="22"/>
      </w:r>
      <w:commentRangeEnd w:id="23"/>
      <w:r w:rsidR="004F73E7" w:rsidRPr="00862827">
        <w:rPr>
          <w:rStyle w:val="Verwijzingopmerking"/>
          <w:rFonts w:eastAsia="Calibri"/>
          <w:sz w:val="22"/>
          <w:szCs w:val="22"/>
          <w:lang w:val="nl-NL"/>
        </w:rPr>
        <w:commentReference w:id="23"/>
      </w:r>
      <w:commentRangeEnd w:id="24"/>
      <w:r w:rsidR="00E817CC" w:rsidRPr="00862827">
        <w:rPr>
          <w:rStyle w:val="Verwijzingopmerking"/>
          <w:rFonts w:eastAsia="Calibri"/>
          <w:sz w:val="22"/>
          <w:szCs w:val="22"/>
          <w:lang w:val="nl-NL"/>
        </w:rPr>
        <w:commentReference w:id="24"/>
      </w:r>
      <w:commentRangeEnd w:id="25"/>
      <w:r w:rsidR="00E466BE" w:rsidRPr="00862827">
        <w:rPr>
          <w:rStyle w:val="Verwijzingopmerking"/>
          <w:rFonts w:eastAsia="Calibri"/>
          <w:sz w:val="22"/>
          <w:szCs w:val="22"/>
          <w:lang w:val="nl-NL"/>
        </w:rPr>
        <w:commentReference w:id="25"/>
      </w:r>
    </w:p>
    <w:p w14:paraId="48F62BE7" w14:textId="77777777" w:rsidR="00166284" w:rsidRPr="00862827" w:rsidRDefault="00166284" w:rsidP="00166284">
      <w:pPr>
        <w:pStyle w:val="Normaalweb"/>
        <w:rPr>
          <w:rFonts w:asciiTheme="majorHAnsi" w:hAnsiTheme="majorHAnsi" w:cstheme="majorHAnsi"/>
          <w:sz w:val="22"/>
          <w:szCs w:val="22"/>
          <w:lang w:val="nl-NL"/>
        </w:rPr>
      </w:pPr>
      <w:r w:rsidRPr="00862827">
        <w:rPr>
          <w:rStyle w:val="Zwaar"/>
          <w:rFonts w:asciiTheme="majorHAnsi" w:hAnsiTheme="majorHAnsi" w:cstheme="majorHAnsi"/>
          <w:b w:val="0"/>
          <w:bCs w:val="0"/>
          <w:sz w:val="22"/>
          <w:szCs w:val="22"/>
          <w:lang w:val="nl-NL"/>
        </w:rPr>
        <w:t>Via de cookie-instellingen op onze website kun je niet-noodzakelijke cookies weigeren, je keuzes aanpassen of eerder gegeven toestemming intrekken. Intrekken is even eenvoudig als toestemming geven.</w:t>
      </w:r>
    </w:p>
    <w:p w14:paraId="26FF1B1B" w14:textId="77777777" w:rsidR="00166284" w:rsidRPr="00862827" w:rsidRDefault="00166284" w:rsidP="00166284">
      <w:pPr>
        <w:pStyle w:val="Normaalweb"/>
        <w:rPr>
          <w:rFonts w:asciiTheme="majorHAnsi" w:hAnsiTheme="majorHAnsi" w:cstheme="majorHAnsi"/>
          <w:sz w:val="22"/>
          <w:szCs w:val="22"/>
          <w:lang w:val="nl-NL"/>
        </w:rPr>
      </w:pPr>
      <w:r w:rsidRPr="00862827">
        <w:rPr>
          <w:rFonts w:asciiTheme="majorHAnsi" w:hAnsiTheme="majorHAnsi" w:cstheme="majorHAnsi"/>
          <w:sz w:val="22"/>
          <w:szCs w:val="22"/>
          <w:lang w:val="nl-NL"/>
        </w:rPr>
        <w:t>Je kunt cookies ook via de browser verwijderen of blokkeren. Daardoor kunnen bepaalde functies minder goed werken.</w:t>
      </w:r>
    </w:p>
    <w:p w14:paraId="4476DDE8" w14:textId="239931FC" w:rsidR="00E859A5" w:rsidRPr="00096F84" w:rsidRDefault="00166284">
      <w:pPr>
        <w:pStyle w:val="Kop1"/>
        <w:rPr>
          <w:color w:val="000000" w:themeColor="text1"/>
          <w:sz w:val="28"/>
          <w:lang w:val="nl-NL"/>
        </w:rPr>
      </w:pPr>
      <w:r>
        <w:rPr>
          <w:color w:val="000000" w:themeColor="text1"/>
          <w:sz w:val="28"/>
          <w:lang w:val="nl-NL"/>
        </w:rPr>
        <w:t>Leeftijdsgrens</w:t>
      </w:r>
    </w:p>
    <w:p w14:paraId="6BE04B76" w14:textId="2B1A0974" w:rsidR="00166284" w:rsidRPr="00862827" w:rsidRDefault="00166284" w:rsidP="00166284">
      <w:pPr>
        <w:rPr>
          <w:rFonts w:eastAsia="Calibri"/>
          <w:lang w:val="nl-NL"/>
        </w:rPr>
      </w:pPr>
      <w:r w:rsidRPr="00862827">
        <w:rPr>
          <w:rFonts w:eastAsia="Calibri"/>
          <w:lang w:val="nl-NL"/>
        </w:rPr>
        <w:t xml:space="preserve">De </w:t>
      </w:r>
      <w:proofErr w:type="spellStart"/>
      <w:r w:rsidRPr="00862827">
        <w:rPr>
          <w:rFonts w:eastAsia="Calibri"/>
          <w:lang w:val="nl-NL"/>
        </w:rPr>
        <w:t>memberships</w:t>
      </w:r>
      <w:proofErr w:type="spellEnd"/>
      <w:r w:rsidRPr="00862827">
        <w:rPr>
          <w:rFonts w:eastAsia="Calibri"/>
          <w:lang w:val="nl-NL"/>
        </w:rPr>
        <w:t xml:space="preserve">, online community en events van </w:t>
      </w:r>
      <w:proofErr w:type="spellStart"/>
      <w:r w:rsidRPr="00862827">
        <w:rPr>
          <w:rFonts w:eastAsia="Calibri"/>
          <w:lang w:val="nl-NL"/>
        </w:rPr>
        <w:t>Marquee</w:t>
      </w:r>
      <w:proofErr w:type="spellEnd"/>
      <w:r w:rsidRPr="00862827">
        <w:rPr>
          <w:rFonts w:eastAsia="Calibri"/>
          <w:lang w:val="nl-NL"/>
        </w:rPr>
        <w:t xml:space="preserve"> zijn uitsluitend bedoeld voor personen van 2</w:t>
      </w:r>
      <w:r w:rsidR="00862827">
        <w:rPr>
          <w:rFonts w:eastAsia="Calibri"/>
          <w:lang w:val="nl-NL"/>
        </w:rPr>
        <w:t>4</w:t>
      </w:r>
      <w:r w:rsidRPr="00862827">
        <w:rPr>
          <w:rFonts w:eastAsia="Calibri"/>
          <w:lang w:val="nl-NL"/>
        </w:rPr>
        <w:t xml:space="preserve"> jaar en ouder. </w:t>
      </w:r>
      <w:r w:rsidR="003E012D">
        <w:rPr>
          <w:rFonts w:eastAsia="Calibri"/>
          <w:lang w:val="nl-NL"/>
        </w:rPr>
        <w:t xml:space="preserve">Aanvragers moeten bij de aanmelding bevestigen dat zij ten minste 24 jaar oud zijn. </w:t>
      </w:r>
      <w:r w:rsidRPr="00862827">
        <w:rPr>
          <w:rFonts w:eastAsia="Calibri"/>
          <w:lang w:val="nl-NL"/>
        </w:rPr>
        <w:t>Wij verwerken niet bewust aanmeldings-, account- of profielgegevens van personen die jonger zijn dan 2</w:t>
      </w:r>
      <w:r w:rsidR="000238EE">
        <w:rPr>
          <w:rFonts w:eastAsia="Calibri"/>
          <w:lang w:val="nl-NL"/>
        </w:rPr>
        <w:t>4</w:t>
      </w:r>
      <w:r w:rsidRPr="00862827">
        <w:rPr>
          <w:rFonts w:eastAsia="Calibri"/>
          <w:lang w:val="nl-NL"/>
        </w:rPr>
        <w:t xml:space="preserve"> jaar. De openbare website kan wel zonder aanmelding worden bezocht</w:t>
      </w:r>
      <w:r>
        <w:rPr>
          <w:rFonts w:eastAsia="Calibri"/>
          <w:lang w:val="es-ES"/>
        </w:rPr>
        <w:t>,</w:t>
      </w:r>
      <w:r w:rsidRPr="00862827">
        <w:rPr>
          <w:rFonts w:eastAsia="Calibri"/>
          <w:lang w:val="nl-NL"/>
        </w:rPr>
        <w:t xml:space="preserve"> daarbij kunnen de hiervoor beschreven technische gegevens en cookies worden verwerkt.</w:t>
      </w:r>
    </w:p>
    <w:p w14:paraId="6BFC81BD" w14:textId="7264AADD" w:rsidR="00B64F17" w:rsidRPr="00862827" w:rsidRDefault="00166284">
      <w:pPr>
        <w:rPr>
          <w:rFonts w:eastAsia="Calibri"/>
          <w:lang w:val="nl-NL"/>
        </w:rPr>
      </w:pPr>
      <w:r w:rsidRPr="00862827">
        <w:rPr>
          <w:rFonts w:eastAsia="Calibri"/>
          <w:lang w:val="nl-NL"/>
        </w:rPr>
        <w:t>Wanneer wij vaststellen dat iemand jonger dan 2</w:t>
      </w:r>
      <w:r w:rsidR="000238EE">
        <w:rPr>
          <w:rFonts w:eastAsia="Calibri"/>
          <w:lang w:val="nl-NL"/>
        </w:rPr>
        <w:t>4</w:t>
      </w:r>
      <w:r w:rsidRPr="00862827">
        <w:rPr>
          <w:rFonts w:eastAsia="Calibri"/>
          <w:lang w:val="nl-NL"/>
        </w:rPr>
        <w:t xml:space="preserve"> jaar een aanvraag heeft ingediend of een account heeft aangemaakt, verwijderen wij de betreffende aanvraag en het account zo spoedig mogelijk, tenzij bewaring van bepaalde gegevens wettelijk noodzakelijk is. Denk je dat wij ten onrechte gegevens van iemand jonger dan 2</w:t>
      </w:r>
      <w:r w:rsidR="00C24FC5">
        <w:rPr>
          <w:rFonts w:eastAsia="Calibri"/>
          <w:lang w:val="nl-NL"/>
        </w:rPr>
        <w:t>4</w:t>
      </w:r>
      <w:r w:rsidRPr="00862827">
        <w:rPr>
          <w:rFonts w:eastAsia="Calibri"/>
          <w:lang w:val="nl-NL"/>
        </w:rPr>
        <w:t xml:space="preserve"> jaar verwerken, neem dan contact met ons op via het adres onderaan deze verklaring.</w:t>
      </w:r>
    </w:p>
    <w:p w14:paraId="7422ECDA" w14:textId="4C5055DF" w:rsidR="00E859A5" w:rsidRPr="00096F84" w:rsidRDefault="00363B68">
      <w:pPr>
        <w:pStyle w:val="Kop1"/>
        <w:rPr>
          <w:color w:val="000000" w:themeColor="text1"/>
          <w:sz w:val="28"/>
          <w:lang w:val="nl-NL"/>
        </w:rPr>
      </w:pPr>
      <w:r w:rsidRPr="00096F84">
        <w:rPr>
          <w:color w:val="000000" w:themeColor="text1"/>
          <w:sz w:val="28"/>
          <w:lang w:val="nl-NL"/>
        </w:rPr>
        <w:t>Hoe wij persoonsgegevens beveiligen</w:t>
      </w:r>
    </w:p>
    <w:p w14:paraId="7AE55363" w14:textId="77777777" w:rsidR="00E859A5" w:rsidRPr="00096F84" w:rsidRDefault="00363B68">
      <w:pPr>
        <w:rPr>
          <w:lang w:val="nl-NL"/>
        </w:rPr>
      </w:pPr>
      <w:r w:rsidRPr="00096F84">
        <w:rPr>
          <w:rFonts w:eastAsia="Calibri"/>
          <w:lang w:val="nl-NL"/>
        </w:rPr>
        <w:t>Wij nemen passende technische en organisatorische maatregelen om persoonsgegevens te beschermen tegen verlies, misbruik, onbevoegde toegang, ongewenste openbaarmaking en ongeoorloofde wijziging. De maatregelen worden afgestemd op de gevoeligheid van de gegevens en de risico's van de verwerking.</w:t>
      </w:r>
    </w:p>
    <w:p w14:paraId="4ABD0842" w14:textId="77777777" w:rsidR="00E859A5" w:rsidRPr="00096F84" w:rsidRDefault="00363B68">
      <w:pPr>
        <w:rPr>
          <w:lang w:val="nl-NL"/>
        </w:rPr>
      </w:pPr>
      <w:r w:rsidRPr="00096F84">
        <w:rPr>
          <w:rFonts w:eastAsia="Calibri"/>
          <w:lang w:val="nl-NL"/>
        </w:rPr>
        <w:t xml:space="preserve">Daaronder kunnen onder meer vallen: versleutelde verbindingen, beperkte toegangsrechten, persoonlijke beheeraccounts, sterke authenticatie, beveiligde </w:t>
      </w:r>
      <w:proofErr w:type="spellStart"/>
      <w:r w:rsidRPr="00096F84">
        <w:rPr>
          <w:rFonts w:eastAsia="Calibri"/>
          <w:lang w:val="nl-NL"/>
        </w:rPr>
        <w:t>back-ups</w:t>
      </w:r>
      <w:proofErr w:type="spellEnd"/>
      <w:r w:rsidRPr="00096F84">
        <w:rPr>
          <w:rFonts w:eastAsia="Calibri"/>
          <w:lang w:val="nl-NL"/>
        </w:rPr>
        <w:t xml:space="preserve">, </w:t>
      </w:r>
      <w:proofErr w:type="spellStart"/>
      <w:r w:rsidRPr="00096F84">
        <w:rPr>
          <w:rFonts w:eastAsia="Calibri"/>
          <w:lang w:val="nl-NL"/>
        </w:rPr>
        <w:t>logging</w:t>
      </w:r>
      <w:proofErr w:type="spellEnd"/>
      <w:r w:rsidRPr="00096F84">
        <w:rPr>
          <w:rFonts w:eastAsia="Calibri"/>
          <w:lang w:val="nl-NL"/>
        </w:rPr>
        <w:t>, tijdige updates en patches, vertrouwelijkheidsafspraken, afspraken met dienstverleners en procedures voor beveiligingsincidenten en datalekken.</w:t>
      </w:r>
    </w:p>
    <w:p w14:paraId="50F2993A" w14:textId="10E6E71E" w:rsidR="00E859A5" w:rsidRPr="00096F84" w:rsidRDefault="00363B68">
      <w:pPr>
        <w:rPr>
          <w:lang w:val="nl-NL"/>
        </w:rPr>
      </w:pPr>
      <w:r w:rsidRPr="00096F84">
        <w:rPr>
          <w:rFonts w:eastAsia="Calibri"/>
          <w:lang w:val="nl-NL"/>
        </w:rPr>
        <w:lastRenderedPageBreak/>
        <w:t>Als je vermoedt dat gegevens of een</w:t>
      </w:r>
      <w:r w:rsidR="00B64F17" w:rsidRPr="00096F84">
        <w:rPr>
          <w:rFonts w:eastAsia="Calibri"/>
          <w:lang w:val="nl-NL"/>
        </w:rPr>
        <w:t xml:space="preserve"> a</w:t>
      </w:r>
      <w:r w:rsidRPr="00096F84">
        <w:rPr>
          <w:rFonts w:eastAsia="Calibri"/>
          <w:lang w:val="nl-NL"/>
        </w:rPr>
        <w:t>ccount niet goed zijn beveiligd of worden misbruikt, neem dan direct contact met ons op via het adres onderaan deze verklaring.</w:t>
      </w:r>
    </w:p>
    <w:p w14:paraId="49A41E9E" w14:textId="7062D810" w:rsidR="00E859A5" w:rsidRPr="00096F84" w:rsidRDefault="00363B68">
      <w:pPr>
        <w:pStyle w:val="Kop1"/>
        <w:rPr>
          <w:color w:val="000000" w:themeColor="text1"/>
          <w:sz w:val="28"/>
          <w:lang w:val="nl-NL"/>
        </w:rPr>
      </w:pPr>
      <w:r w:rsidRPr="00096F84">
        <w:rPr>
          <w:color w:val="000000" w:themeColor="text1"/>
          <w:sz w:val="28"/>
          <w:lang w:val="nl-NL"/>
        </w:rPr>
        <w:t xml:space="preserve">Jouw </w:t>
      </w:r>
      <w:proofErr w:type="spellStart"/>
      <w:r w:rsidRPr="00096F84">
        <w:rPr>
          <w:color w:val="000000" w:themeColor="text1"/>
          <w:sz w:val="28"/>
          <w:lang w:val="nl-NL"/>
        </w:rPr>
        <w:t>privacyrechten</w:t>
      </w:r>
      <w:proofErr w:type="spellEnd"/>
    </w:p>
    <w:p w14:paraId="38376F56" w14:textId="77777777" w:rsidR="00E859A5" w:rsidRPr="00096F84" w:rsidRDefault="00363B68">
      <w:pPr>
        <w:rPr>
          <w:lang w:val="nl-NL"/>
        </w:rPr>
      </w:pPr>
      <w:r w:rsidRPr="00096F84">
        <w:rPr>
          <w:rFonts w:eastAsia="Calibri"/>
          <w:lang w:val="nl-NL"/>
        </w:rPr>
        <w:t>Afhankelijk van de omstandigheden heb je het recht om:</w:t>
      </w:r>
    </w:p>
    <w:p w14:paraId="41B70B36" w14:textId="77777777" w:rsidR="00E859A5" w:rsidRPr="00096F84" w:rsidRDefault="00363B68">
      <w:pPr>
        <w:pStyle w:val="Lijstopsomteken"/>
        <w:rPr>
          <w:lang w:val="nl-NL"/>
        </w:rPr>
      </w:pPr>
      <w:proofErr w:type="gramStart"/>
      <w:r w:rsidRPr="00096F84">
        <w:rPr>
          <w:rFonts w:eastAsia="Calibri"/>
          <w:lang w:val="nl-NL"/>
        </w:rPr>
        <w:t>inzage</w:t>
      </w:r>
      <w:proofErr w:type="gramEnd"/>
      <w:r w:rsidRPr="00096F84">
        <w:rPr>
          <w:rFonts w:eastAsia="Calibri"/>
          <w:lang w:val="nl-NL"/>
        </w:rPr>
        <w:t xml:space="preserve"> te vragen in de persoonsgegevens die wij over jou verwerken;</w:t>
      </w:r>
    </w:p>
    <w:p w14:paraId="2635EFB5" w14:textId="77777777" w:rsidR="00E859A5" w:rsidRPr="00096F84" w:rsidRDefault="00363B68">
      <w:pPr>
        <w:pStyle w:val="Lijstopsomteken"/>
        <w:rPr>
          <w:lang w:val="nl-NL"/>
        </w:rPr>
      </w:pPr>
      <w:proofErr w:type="gramStart"/>
      <w:r w:rsidRPr="00096F84">
        <w:rPr>
          <w:rFonts w:eastAsia="Calibri"/>
          <w:lang w:val="nl-NL"/>
        </w:rPr>
        <w:t>onjuiste</w:t>
      </w:r>
      <w:proofErr w:type="gramEnd"/>
      <w:r w:rsidRPr="00096F84">
        <w:rPr>
          <w:rFonts w:eastAsia="Calibri"/>
          <w:lang w:val="nl-NL"/>
        </w:rPr>
        <w:t xml:space="preserve"> of onvolledige gegevens te laten corrigeren;</w:t>
      </w:r>
    </w:p>
    <w:p w14:paraId="7E39CB77" w14:textId="77777777" w:rsidR="00E859A5" w:rsidRPr="00096F84" w:rsidRDefault="00363B68">
      <w:pPr>
        <w:pStyle w:val="Lijstopsomteken"/>
        <w:rPr>
          <w:lang w:val="nl-NL"/>
        </w:rPr>
      </w:pPr>
      <w:proofErr w:type="gramStart"/>
      <w:r w:rsidRPr="00096F84">
        <w:rPr>
          <w:rFonts w:eastAsia="Calibri"/>
          <w:lang w:val="nl-NL"/>
        </w:rPr>
        <w:t>verwijdering</w:t>
      </w:r>
      <w:proofErr w:type="gramEnd"/>
      <w:r w:rsidRPr="00096F84">
        <w:rPr>
          <w:rFonts w:eastAsia="Calibri"/>
          <w:lang w:val="nl-NL"/>
        </w:rPr>
        <w:t xml:space="preserve"> van persoonsgegevens te vragen;</w:t>
      </w:r>
    </w:p>
    <w:p w14:paraId="0A3F96D6" w14:textId="77777777" w:rsidR="00E859A5" w:rsidRPr="00096F84" w:rsidRDefault="00363B68">
      <w:pPr>
        <w:pStyle w:val="Lijstopsomteken"/>
        <w:rPr>
          <w:lang w:val="nl-NL"/>
        </w:rPr>
      </w:pPr>
      <w:proofErr w:type="gramStart"/>
      <w:r w:rsidRPr="00096F84">
        <w:rPr>
          <w:rFonts w:eastAsia="Calibri"/>
          <w:lang w:val="nl-NL"/>
        </w:rPr>
        <w:t>de</w:t>
      </w:r>
      <w:proofErr w:type="gramEnd"/>
      <w:r w:rsidRPr="00096F84">
        <w:rPr>
          <w:rFonts w:eastAsia="Calibri"/>
          <w:lang w:val="nl-NL"/>
        </w:rPr>
        <w:t xml:space="preserve"> verwerking te laten beperken;</w:t>
      </w:r>
    </w:p>
    <w:p w14:paraId="448A33EF" w14:textId="77777777" w:rsidR="00E859A5" w:rsidRPr="00096F84" w:rsidRDefault="00363B68">
      <w:pPr>
        <w:pStyle w:val="Lijstopsomteken"/>
        <w:rPr>
          <w:lang w:val="nl-NL"/>
        </w:rPr>
      </w:pPr>
      <w:proofErr w:type="gramStart"/>
      <w:r w:rsidRPr="00096F84">
        <w:rPr>
          <w:rFonts w:eastAsia="Calibri"/>
          <w:lang w:val="nl-NL"/>
        </w:rPr>
        <w:t>bezwaar</w:t>
      </w:r>
      <w:proofErr w:type="gramEnd"/>
      <w:r w:rsidRPr="00096F84">
        <w:rPr>
          <w:rFonts w:eastAsia="Calibri"/>
          <w:lang w:val="nl-NL"/>
        </w:rPr>
        <w:t xml:space="preserve"> te maken tegen verwerking die is gebaseerd op een gerechtvaardigd belang of tegen direct marketing;</w:t>
      </w:r>
    </w:p>
    <w:p w14:paraId="04F72767" w14:textId="77777777" w:rsidR="00E859A5" w:rsidRPr="00096F84" w:rsidRDefault="00363B68">
      <w:pPr>
        <w:pStyle w:val="Lijstopsomteken"/>
        <w:rPr>
          <w:lang w:val="nl-NL"/>
        </w:rPr>
      </w:pPr>
      <w:proofErr w:type="gramStart"/>
      <w:r w:rsidRPr="00096F84">
        <w:rPr>
          <w:rFonts w:eastAsia="Calibri"/>
          <w:lang w:val="nl-NL"/>
        </w:rPr>
        <w:t>toestemming</w:t>
      </w:r>
      <w:proofErr w:type="gramEnd"/>
      <w:r w:rsidRPr="00096F84">
        <w:rPr>
          <w:rFonts w:eastAsia="Calibri"/>
          <w:lang w:val="nl-NL"/>
        </w:rPr>
        <w:t xml:space="preserve"> voor de toekomst in te trekken wanneer de verwerking op toestemming is gebaseerd;</w:t>
      </w:r>
    </w:p>
    <w:p w14:paraId="18AF4A26" w14:textId="77777777" w:rsidR="00E859A5" w:rsidRPr="00096F84" w:rsidRDefault="00363B68">
      <w:pPr>
        <w:pStyle w:val="Lijstopsomteken"/>
        <w:rPr>
          <w:lang w:val="nl-NL"/>
        </w:rPr>
      </w:pPr>
      <w:proofErr w:type="gramStart"/>
      <w:r w:rsidRPr="00096F84">
        <w:rPr>
          <w:rFonts w:eastAsia="Calibri"/>
          <w:lang w:val="nl-NL"/>
        </w:rPr>
        <w:t>gegevens</w:t>
      </w:r>
      <w:proofErr w:type="gramEnd"/>
      <w:r w:rsidRPr="00096F84">
        <w:rPr>
          <w:rFonts w:eastAsia="Calibri"/>
          <w:lang w:val="nl-NL"/>
        </w:rPr>
        <w:t xml:space="preserve"> in een gestructureerde, gangbare en </w:t>
      </w:r>
      <w:proofErr w:type="spellStart"/>
      <w:r w:rsidRPr="00096F84">
        <w:rPr>
          <w:rFonts w:eastAsia="Calibri"/>
          <w:lang w:val="nl-NL"/>
        </w:rPr>
        <w:t>machineleesbare</w:t>
      </w:r>
      <w:proofErr w:type="spellEnd"/>
      <w:r w:rsidRPr="00096F84">
        <w:rPr>
          <w:rFonts w:eastAsia="Calibri"/>
          <w:lang w:val="nl-NL"/>
        </w:rPr>
        <w:t xml:space="preserve"> vorm te ontvangen of te laten overdragen wanneer aan de wettelijke voorwaarden voor gegevensoverdraagbaarheid is voldaan;</w:t>
      </w:r>
    </w:p>
    <w:p w14:paraId="17BC6255" w14:textId="77777777" w:rsidR="00E859A5" w:rsidRPr="00096F84" w:rsidRDefault="00363B68">
      <w:pPr>
        <w:pStyle w:val="Lijstopsomteken"/>
        <w:rPr>
          <w:lang w:val="nl-NL"/>
        </w:rPr>
      </w:pPr>
      <w:proofErr w:type="gramStart"/>
      <w:r w:rsidRPr="00096F84">
        <w:rPr>
          <w:rFonts w:eastAsia="Calibri"/>
          <w:lang w:val="nl-NL"/>
        </w:rPr>
        <w:t>een</w:t>
      </w:r>
      <w:proofErr w:type="gramEnd"/>
      <w:r w:rsidRPr="00096F84">
        <w:rPr>
          <w:rFonts w:eastAsia="Calibri"/>
          <w:lang w:val="nl-NL"/>
        </w:rPr>
        <w:t xml:space="preserve"> klacht in te dienen bij de Autoriteit Persoonsgegevens of een andere bevoegde Europese toezichthouder.</w:t>
      </w:r>
    </w:p>
    <w:p w14:paraId="31151825" w14:textId="77777777" w:rsidR="00E859A5" w:rsidRPr="00096F84" w:rsidRDefault="00363B68">
      <w:pPr>
        <w:rPr>
          <w:lang w:val="nl-NL"/>
        </w:rPr>
      </w:pPr>
      <w:r w:rsidRPr="00096F84">
        <w:rPr>
          <w:rFonts w:eastAsia="Calibri"/>
          <w:lang w:val="nl-NL"/>
        </w:rPr>
        <w:t>Je kunt een verzoek indienen via het contactadres hieronder. Wij kunnen informatie vragen die redelijkerwijs nodig is om je identiteit te controleren. Stuur niet uit eigen beweging een volledige kopie van je identiteitsbewijs. Wij reageren zonder onnodige vertraging en in beginsel binnen één maand. Wanneer de AVG een verlenging toestaat, laten wij dat binnen die maand weten.</w:t>
      </w:r>
    </w:p>
    <w:p w14:paraId="114BFEF0" w14:textId="2E8C6235" w:rsidR="00E859A5" w:rsidRPr="00096F84" w:rsidRDefault="00363B68">
      <w:pPr>
        <w:rPr>
          <w:lang w:val="nl-NL"/>
        </w:rPr>
      </w:pPr>
      <w:proofErr w:type="spellStart"/>
      <w:r w:rsidRPr="00096F84">
        <w:rPr>
          <w:rFonts w:eastAsia="Calibri"/>
          <w:lang w:val="nl-NL"/>
        </w:rPr>
        <w:t>Privacyrechten</w:t>
      </w:r>
      <w:proofErr w:type="spellEnd"/>
      <w:r w:rsidRPr="00096F84">
        <w:rPr>
          <w:rFonts w:eastAsia="Calibri"/>
          <w:lang w:val="nl-NL"/>
        </w:rPr>
        <w:t xml:space="preserve"> zijn niet absoluut. Wij kunnen een verzoek geheel of gedeeltelijk weigeren wanneer de wet dat toestaat, bijvoorbeeld om de rechten van andere </w:t>
      </w:r>
      <w:r w:rsidR="00166284">
        <w:rPr>
          <w:rFonts w:eastAsia="Calibri"/>
          <w:lang w:val="nl-NL"/>
        </w:rPr>
        <w:t>leden</w:t>
      </w:r>
      <w:r w:rsidRPr="00096F84">
        <w:rPr>
          <w:rFonts w:eastAsia="Calibri"/>
          <w:lang w:val="nl-NL"/>
        </w:rPr>
        <w:t xml:space="preserve"> te beschermen, aan een bewaarplicht te voldoen of een rechtsvordering te behandelen. Wij leggen een weigering </w:t>
      </w:r>
      <w:r w:rsidR="00B64F17" w:rsidRPr="00096F84">
        <w:rPr>
          <w:rFonts w:eastAsia="Calibri"/>
          <w:lang w:val="nl-NL"/>
        </w:rPr>
        <w:t xml:space="preserve">altijd aan je </w:t>
      </w:r>
      <w:r w:rsidRPr="00096F84">
        <w:rPr>
          <w:rFonts w:eastAsia="Calibri"/>
          <w:lang w:val="nl-NL"/>
        </w:rPr>
        <w:t>uit.</w:t>
      </w:r>
    </w:p>
    <w:p w14:paraId="2B7FF935" w14:textId="126659A0" w:rsidR="00E859A5" w:rsidRPr="00096F84" w:rsidRDefault="00363B68">
      <w:pPr>
        <w:pStyle w:val="Kop1"/>
        <w:rPr>
          <w:color w:val="000000" w:themeColor="text1"/>
          <w:sz w:val="28"/>
          <w:lang w:val="nl-NL"/>
        </w:rPr>
      </w:pPr>
      <w:r w:rsidRPr="00096F84">
        <w:rPr>
          <w:color w:val="000000" w:themeColor="text1"/>
          <w:sz w:val="28"/>
          <w:lang w:val="nl-NL"/>
        </w:rPr>
        <w:t>Vragen, verzoeken en klachten</w:t>
      </w:r>
    </w:p>
    <w:p w14:paraId="67882CAF" w14:textId="668AFC3A" w:rsidR="00E859A5" w:rsidRPr="00096F84" w:rsidRDefault="00363B68">
      <w:pPr>
        <w:rPr>
          <w:lang w:val="nl-NL"/>
        </w:rPr>
      </w:pPr>
      <w:r w:rsidRPr="00096F84">
        <w:rPr>
          <w:rFonts w:eastAsia="Calibri"/>
          <w:lang w:val="nl-NL"/>
        </w:rPr>
        <w:t xml:space="preserve">Voor vragen over deze verklaring, een </w:t>
      </w:r>
      <w:proofErr w:type="spellStart"/>
      <w:r w:rsidRPr="00096F84">
        <w:rPr>
          <w:rFonts w:eastAsia="Calibri"/>
          <w:lang w:val="nl-NL"/>
        </w:rPr>
        <w:t>privacyverzoek</w:t>
      </w:r>
      <w:proofErr w:type="spellEnd"/>
      <w:r w:rsidRPr="00096F84">
        <w:rPr>
          <w:rFonts w:eastAsia="Calibri"/>
          <w:lang w:val="nl-NL"/>
        </w:rPr>
        <w:t xml:space="preserve"> of een vermoeden van misbruik of een </w:t>
      </w:r>
      <w:proofErr w:type="spellStart"/>
      <w:r w:rsidRPr="00096F84">
        <w:rPr>
          <w:rFonts w:eastAsia="Calibri"/>
          <w:lang w:val="nl-NL"/>
        </w:rPr>
        <w:t>datalek</w:t>
      </w:r>
      <w:proofErr w:type="spellEnd"/>
      <w:r w:rsidRPr="00096F84">
        <w:rPr>
          <w:rFonts w:eastAsia="Calibri"/>
          <w:lang w:val="nl-NL"/>
        </w:rPr>
        <w:t xml:space="preserve"> kun je contact opnemen via </w:t>
      </w:r>
      <w:r w:rsidR="00713EDA" w:rsidRPr="004F56BC">
        <w:rPr>
          <w:lang w:val="nl-NL"/>
        </w:rPr>
        <w:t>info</w:t>
      </w:r>
      <w:r w:rsidR="003D4A9A" w:rsidRPr="004F56BC">
        <w:rPr>
          <w:lang w:val="nl-NL"/>
        </w:rPr>
        <w:t>@</w:t>
      </w:r>
      <w:r w:rsidR="0070309E" w:rsidRPr="004F56BC">
        <w:rPr>
          <w:lang w:val="nl-NL"/>
        </w:rPr>
        <w:t>T</w:t>
      </w:r>
      <w:r w:rsidR="003D4A9A" w:rsidRPr="004F56BC">
        <w:rPr>
          <w:lang w:val="nl-NL"/>
        </w:rPr>
        <w:t>he</w:t>
      </w:r>
      <w:r w:rsidR="0070309E" w:rsidRPr="004F56BC">
        <w:rPr>
          <w:lang w:val="nl-NL"/>
        </w:rPr>
        <w:t>M</w:t>
      </w:r>
      <w:r w:rsidR="003D4A9A" w:rsidRPr="004F56BC">
        <w:rPr>
          <w:lang w:val="nl-NL"/>
        </w:rPr>
        <w:t>arquee.nl</w:t>
      </w:r>
      <w:r w:rsidRPr="00E817CC">
        <w:rPr>
          <w:rFonts w:eastAsia="Calibri"/>
          <w:lang w:val="nl-NL"/>
        </w:rPr>
        <w:t>.</w:t>
      </w:r>
      <w:r w:rsidRPr="00096F84">
        <w:rPr>
          <w:rFonts w:eastAsia="Calibri"/>
          <w:lang w:val="nl-NL"/>
        </w:rPr>
        <w:br/>
      </w:r>
      <w:r w:rsidRPr="00096F84">
        <w:rPr>
          <w:rFonts w:eastAsia="Calibri"/>
          <w:lang w:val="nl-NL"/>
        </w:rPr>
        <w:br/>
        <w:t xml:space="preserve">Creative Entertainment Group B.V., handelend onder de naam The </w:t>
      </w:r>
      <w:proofErr w:type="spellStart"/>
      <w:r w:rsidRPr="00096F84">
        <w:rPr>
          <w:rFonts w:eastAsia="Calibri"/>
          <w:lang w:val="nl-NL"/>
        </w:rPr>
        <w:t>Marquee</w:t>
      </w:r>
      <w:proofErr w:type="spellEnd"/>
      <w:r w:rsidRPr="00096F84">
        <w:rPr>
          <w:rFonts w:eastAsia="Calibri"/>
          <w:lang w:val="nl-NL"/>
        </w:rPr>
        <w:br/>
      </w:r>
      <w:commentRangeStart w:id="26"/>
      <w:commentRangeStart w:id="27"/>
      <w:r w:rsidR="00DE086C">
        <w:rPr>
          <w:rFonts w:eastAsia="Calibri"/>
          <w:lang w:val="nl-NL"/>
        </w:rPr>
        <w:t>Nijverheidsweg 18</w:t>
      </w:r>
      <w:r w:rsidRPr="00096F84">
        <w:rPr>
          <w:rFonts w:eastAsia="Calibri"/>
          <w:lang w:val="nl-NL"/>
        </w:rPr>
        <w:br/>
        <w:t xml:space="preserve">1271 </w:t>
      </w:r>
      <w:r w:rsidR="00DE086C">
        <w:rPr>
          <w:rFonts w:eastAsia="Calibri"/>
          <w:lang w:val="nl-NL"/>
        </w:rPr>
        <w:t>E</w:t>
      </w:r>
      <w:r w:rsidRPr="00096F84">
        <w:rPr>
          <w:rFonts w:eastAsia="Calibri"/>
          <w:lang w:val="nl-NL"/>
        </w:rPr>
        <w:t>A Huizen</w:t>
      </w:r>
      <w:r w:rsidRPr="00096F84">
        <w:rPr>
          <w:rFonts w:eastAsia="Calibri"/>
          <w:lang w:val="nl-NL"/>
        </w:rPr>
        <w:br/>
        <w:t>Nederland</w:t>
      </w:r>
      <w:commentRangeEnd w:id="26"/>
      <w:r w:rsidR="0070309E" w:rsidRPr="00096F84">
        <w:rPr>
          <w:rStyle w:val="Verwijzingopmerking"/>
          <w:sz w:val="22"/>
          <w:szCs w:val="22"/>
          <w:lang w:val="nl-NL"/>
        </w:rPr>
        <w:commentReference w:id="26"/>
      </w:r>
      <w:commentRangeEnd w:id="27"/>
      <w:r w:rsidR="00E817CC" w:rsidRPr="00096F84">
        <w:rPr>
          <w:rStyle w:val="Verwijzingopmerking"/>
          <w:sz w:val="22"/>
          <w:szCs w:val="22"/>
          <w:lang w:val="nl-NL"/>
        </w:rPr>
        <w:commentReference w:id="27"/>
      </w:r>
    </w:p>
    <w:p w14:paraId="6E272BE2" w14:textId="77777777" w:rsidR="00E859A5" w:rsidRPr="00096F84" w:rsidRDefault="00363B68">
      <w:pPr>
        <w:rPr>
          <w:lang w:val="nl-NL"/>
        </w:rPr>
      </w:pPr>
      <w:r w:rsidRPr="00096F84">
        <w:rPr>
          <w:rFonts w:eastAsia="Calibri"/>
          <w:lang w:val="nl-NL"/>
        </w:rPr>
        <w:t xml:space="preserve">Ben je niet tevreden over onze behandeling van een </w:t>
      </w:r>
      <w:proofErr w:type="spellStart"/>
      <w:r w:rsidRPr="00096F84">
        <w:rPr>
          <w:rFonts w:eastAsia="Calibri"/>
          <w:lang w:val="nl-NL"/>
        </w:rPr>
        <w:t>privacyverzoek</w:t>
      </w:r>
      <w:proofErr w:type="spellEnd"/>
      <w:r w:rsidRPr="00096F84">
        <w:rPr>
          <w:rFonts w:eastAsia="Calibri"/>
          <w:lang w:val="nl-NL"/>
        </w:rPr>
        <w:t xml:space="preserve"> of klacht, dan kun je een klacht indienen bij de Autoriteit Persoonsgegevens via https://autoriteitpersoonsgegevens.nl.</w:t>
      </w:r>
    </w:p>
    <w:sectPr w:rsidR="00E859A5" w:rsidRPr="00096F84" w:rsidSect="00034616">
      <w:footerReference w:type="default" r:id="rId15"/>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isa Harteveld" w:date="2026-07-23T17:02:00Z" w:initials="LH">
    <w:p w14:paraId="551513D7" w14:textId="33645C33" w:rsidR="00A441B7" w:rsidRDefault="00A441B7">
      <w:pPr>
        <w:pStyle w:val="Tekstopmerking"/>
      </w:pPr>
      <w:r>
        <w:rPr>
          <w:rStyle w:val="Verwijzingopmerking"/>
        </w:rPr>
        <w:annotationRef/>
      </w:r>
      <w:proofErr w:type="spellStart"/>
      <w:r>
        <w:t>Ik</w:t>
      </w:r>
      <w:proofErr w:type="spellEnd"/>
      <w:r>
        <w:t xml:space="preserve"> </w:t>
      </w:r>
      <w:proofErr w:type="spellStart"/>
      <w:r>
        <w:t>raad</w:t>
      </w:r>
      <w:proofErr w:type="spellEnd"/>
      <w:r>
        <w:t xml:space="preserve"> </w:t>
      </w:r>
      <w:proofErr w:type="spellStart"/>
      <w:r>
        <w:t>aan</w:t>
      </w:r>
      <w:proofErr w:type="spellEnd"/>
      <w:r>
        <w:t xml:space="preserve"> </w:t>
      </w:r>
      <w:r w:rsidRPr="00146CC2">
        <w:t xml:space="preserve">de </w:t>
      </w:r>
      <w:proofErr w:type="spellStart"/>
      <w:r w:rsidRPr="00146CC2">
        <w:t>toestemmingsmogelijkheden</w:t>
      </w:r>
      <w:proofErr w:type="spellEnd"/>
      <w:r w:rsidRPr="00146CC2">
        <w:t xml:space="preserve"> </w:t>
      </w:r>
      <w:r>
        <w:t xml:space="preserve">op </w:t>
      </w:r>
      <w:proofErr w:type="spellStart"/>
      <w:r>
        <w:t>deze</w:t>
      </w:r>
      <w:proofErr w:type="spellEnd"/>
      <w:r>
        <w:t xml:space="preserve"> </w:t>
      </w:r>
      <w:proofErr w:type="spellStart"/>
      <w:r>
        <w:t>manier</w:t>
      </w:r>
      <w:proofErr w:type="spellEnd"/>
      <w:r>
        <w:t xml:space="preserve"> </w:t>
      </w:r>
      <w:proofErr w:type="spellStart"/>
      <w:r w:rsidRPr="00146CC2">
        <w:t>technisch</w:t>
      </w:r>
      <w:proofErr w:type="spellEnd"/>
      <w:r w:rsidRPr="00146CC2">
        <w:t xml:space="preserve"> in</w:t>
      </w:r>
      <w:r>
        <w:t xml:space="preserve"> </w:t>
      </w:r>
      <w:proofErr w:type="spellStart"/>
      <w:r>
        <w:t>te</w:t>
      </w:r>
      <w:proofErr w:type="spellEnd"/>
      <w:r>
        <w:t xml:space="preserve"> </w:t>
      </w:r>
      <w:proofErr w:type="spellStart"/>
      <w:r w:rsidRPr="00146CC2">
        <w:t>richt</w:t>
      </w:r>
      <w:r>
        <w:t>en</w:t>
      </w:r>
      <w:proofErr w:type="spellEnd"/>
      <w:r>
        <w:t>.</w:t>
      </w:r>
      <w:r w:rsidRPr="00146CC2">
        <w:t xml:space="preserve"> Er </w:t>
      </w:r>
      <w:proofErr w:type="spellStart"/>
      <w:r w:rsidRPr="00146CC2">
        <w:t>zijn</w:t>
      </w:r>
      <w:proofErr w:type="spellEnd"/>
      <w:r>
        <w:t xml:space="preserve"> dan</w:t>
      </w:r>
      <w:r w:rsidRPr="00146CC2">
        <w:t xml:space="preserve"> ten </w:t>
      </w:r>
      <w:proofErr w:type="spellStart"/>
      <w:r w:rsidRPr="00146CC2">
        <w:t>minste</w:t>
      </w:r>
      <w:proofErr w:type="spellEnd"/>
      <w:r w:rsidRPr="00146CC2">
        <w:t xml:space="preserve"> twee </w:t>
      </w:r>
      <w:proofErr w:type="spellStart"/>
      <w:r w:rsidRPr="00146CC2">
        <w:t>afzonderlijke</w:t>
      </w:r>
      <w:proofErr w:type="spellEnd"/>
      <w:r w:rsidRPr="00146CC2">
        <w:t xml:space="preserve">, </w:t>
      </w:r>
      <w:proofErr w:type="spellStart"/>
      <w:r w:rsidRPr="00146CC2">
        <w:t>niet</w:t>
      </w:r>
      <w:proofErr w:type="spellEnd"/>
      <w:r w:rsidRPr="00146CC2">
        <w:t xml:space="preserve"> </w:t>
      </w:r>
      <w:proofErr w:type="spellStart"/>
      <w:r w:rsidRPr="00146CC2">
        <w:t>vooraf</w:t>
      </w:r>
      <w:proofErr w:type="spellEnd"/>
      <w:r w:rsidRPr="00146CC2">
        <w:t xml:space="preserve"> </w:t>
      </w:r>
      <w:proofErr w:type="spellStart"/>
      <w:r w:rsidRPr="00146CC2">
        <w:t>aangevinkte</w:t>
      </w:r>
      <w:proofErr w:type="spellEnd"/>
      <w:r w:rsidRPr="00146CC2">
        <w:t xml:space="preserve"> </w:t>
      </w:r>
      <w:proofErr w:type="spellStart"/>
      <w:r w:rsidRPr="00146CC2">
        <w:t>toestemmingsvakken</w:t>
      </w:r>
      <w:proofErr w:type="spellEnd"/>
      <w:r w:rsidRPr="00146CC2">
        <w:t xml:space="preserve"> </w:t>
      </w:r>
      <w:proofErr w:type="spellStart"/>
      <w:r w:rsidRPr="00146CC2">
        <w:t>nodig</w:t>
      </w:r>
      <w:proofErr w:type="spellEnd"/>
      <w:r w:rsidRPr="00146CC2">
        <w:t xml:space="preserve">: </w:t>
      </w:r>
      <w:proofErr w:type="spellStart"/>
      <w:r w:rsidRPr="00146CC2">
        <w:t>één</w:t>
      </w:r>
      <w:proofErr w:type="spellEnd"/>
      <w:r w:rsidRPr="00146CC2">
        <w:t xml:space="preserve"> </w:t>
      </w:r>
      <w:proofErr w:type="spellStart"/>
      <w:r w:rsidRPr="00146CC2">
        <w:t>voor</w:t>
      </w:r>
      <w:proofErr w:type="spellEnd"/>
      <w:r w:rsidRPr="00146CC2">
        <w:t xml:space="preserve"> </w:t>
      </w:r>
      <w:proofErr w:type="spellStart"/>
      <w:r w:rsidRPr="00146CC2">
        <w:t>vrijwillige</w:t>
      </w:r>
      <w:proofErr w:type="spellEnd"/>
      <w:r w:rsidRPr="00146CC2">
        <w:t xml:space="preserve"> </w:t>
      </w:r>
      <w:proofErr w:type="spellStart"/>
      <w:r w:rsidRPr="00146CC2">
        <w:t>profielgegevens</w:t>
      </w:r>
      <w:proofErr w:type="spellEnd"/>
      <w:r w:rsidRPr="00146CC2">
        <w:t xml:space="preserve"> </w:t>
      </w:r>
      <w:proofErr w:type="spellStart"/>
      <w:r w:rsidRPr="00146CC2">
        <w:t>en</w:t>
      </w:r>
      <w:proofErr w:type="spellEnd"/>
      <w:r w:rsidRPr="00146CC2">
        <w:t xml:space="preserve"> </w:t>
      </w:r>
      <w:proofErr w:type="spellStart"/>
      <w:r w:rsidRPr="00146CC2">
        <w:t>één</w:t>
      </w:r>
      <w:proofErr w:type="spellEnd"/>
      <w:r w:rsidRPr="00146CC2">
        <w:t xml:space="preserve"> </w:t>
      </w:r>
      <w:proofErr w:type="spellStart"/>
      <w:r w:rsidRPr="00146CC2">
        <w:t>v</w:t>
      </w:r>
      <w:r>
        <w:t>oo</w:t>
      </w:r>
      <w:r w:rsidRPr="00146CC2">
        <w:t>r</w:t>
      </w:r>
      <w:proofErr w:type="spellEnd"/>
      <w:r w:rsidRPr="00146CC2">
        <w:t xml:space="preserve"> het </w:t>
      </w:r>
      <w:proofErr w:type="spellStart"/>
      <w:r w:rsidRPr="00146CC2">
        <w:t>eerste</w:t>
      </w:r>
      <w:proofErr w:type="spellEnd"/>
      <w:r w:rsidRPr="00146CC2">
        <w:t xml:space="preserve"> </w:t>
      </w:r>
      <w:proofErr w:type="spellStart"/>
      <w:r w:rsidRPr="00146CC2">
        <w:t>gebruik</w:t>
      </w:r>
      <w:proofErr w:type="spellEnd"/>
      <w:r w:rsidRPr="00146CC2">
        <w:t xml:space="preserve"> van </w:t>
      </w:r>
      <w:proofErr w:type="spellStart"/>
      <w:r w:rsidRPr="00146CC2">
        <w:t>een</w:t>
      </w:r>
      <w:proofErr w:type="spellEnd"/>
      <w:r w:rsidRPr="00146CC2">
        <w:t xml:space="preserve"> </w:t>
      </w:r>
      <w:proofErr w:type="spellStart"/>
      <w:r w:rsidRPr="00146CC2">
        <w:t>functie</w:t>
      </w:r>
      <w:proofErr w:type="spellEnd"/>
      <w:r w:rsidRPr="00146CC2">
        <w:t xml:space="preserve"> </w:t>
      </w:r>
      <w:proofErr w:type="spellStart"/>
      <w:r w:rsidRPr="00146CC2">
        <w:t>voor</w:t>
      </w:r>
      <w:proofErr w:type="spellEnd"/>
      <w:r w:rsidRPr="00146CC2">
        <w:t xml:space="preserve"> </w:t>
      </w:r>
      <w:proofErr w:type="spellStart"/>
      <w:r w:rsidRPr="00146CC2">
        <w:t>seksueel</w:t>
      </w:r>
      <w:proofErr w:type="spellEnd"/>
      <w:r w:rsidRPr="00146CC2">
        <w:t xml:space="preserve"> </w:t>
      </w:r>
      <w:proofErr w:type="spellStart"/>
      <w:r w:rsidRPr="00146CC2">
        <w:t>getinte</w:t>
      </w:r>
      <w:proofErr w:type="spellEnd"/>
      <w:r w:rsidRPr="00146CC2">
        <w:t xml:space="preserve"> of </w:t>
      </w:r>
      <w:proofErr w:type="spellStart"/>
      <w:r w:rsidRPr="00146CC2">
        <w:t>expliciete</w:t>
      </w:r>
      <w:proofErr w:type="spellEnd"/>
      <w:r w:rsidRPr="00146CC2">
        <w:t xml:space="preserve"> </w:t>
      </w:r>
      <w:proofErr w:type="spellStart"/>
      <w:r w:rsidRPr="00146CC2">
        <w:t>inhoud</w:t>
      </w:r>
      <w:proofErr w:type="spellEnd"/>
      <w:r w:rsidRPr="00146CC2">
        <w:t>.</w:t>
      </w:r>
    </w:p>
  </w:comment>
  <w:comment w:id="1" w:author="Info | BeOurGuestEvents.nl" w:date="2026-08-05T09:09:00Z" w:initials="I">
    <w:p w14:paraId="1A515539" w14:textId="77777777" w:rsidR="006112D1" w:rsidRDefault="006112D1" w:rsidP="006112D1">
      <w:pPr>
        <w:pStyle w:val="Tekstopmerking"/>
      </w:pPr>
      <w:r>
        <w:rPr>
          <w:rStyle w:val="Verwijzingopmerking"/>
        </w:rPr>
        <w:annotationRef/>
      </w:r>
      <w:proofErr w:type="spellStart"/>
      <w:r>
        <w:t>Oke</w:t>
      </w:r>
      <w:proofErr w:type="spellEnd"/>
      <w:r>
        <w:t xml:space="preserve">, </w:t>
      </w:r>
      <w:proofErr w:type="spellStart"/>
      <w:r>
        <w:t>ik</w:t>
      </w:r>
      <w:proofErr w:type="spellEnd"/>
      <w:r>
        <w:t xml:space="preserve"> ga </w:t>
      </w:r>
      <w:proofErr w:type="spellStart"/>
      <w:r>
        <w:t>dit</w:t>
      </w:r>
      <w:proofErr w:type="spellEnd"/>
      <w:r>
        <w:t xml:space="preserve"> even </w:t>
      </w:r>
      <w:proofErr w:type="spellStart"/>
      <w:r>
        <w:t>overleggen</w:t>
      </w:r>
      <w:proofErr w:type="spellEnd"/>
      <w:r>
        <w:t xml:space="preserve"> met </w:t>
      </w:r>
      <w:proofErr w:type="spellStart"/>
      <w:r>
        <w:t>mijn</w:t>
      </w:r>
      <w:proofErr w:type="spellEnd"/>
      <w:r>
        <w:t xml:space="preserve"> </w:t>
      </w:r>
      <w:proofErr w:type="spellStart"/>
      <w:r>
        <w:t>webbouwer</w:t>
      </w:r>
      <w:proofErr w:type="spellEnd"/>
      <w:r>
        <w:t>.</w:t>
      </w:r>
    </w:p>
  </w:comment>
  <w:comment w:id="2" w:author="Lisa Harteveld" w:date="2026-08-25T15:11:00Z" w:initials="LH">
    <w:p w14:paraId="5C09D203" w14:textId="6AE92988" w:rsidR="006F2143" w:rsidRDefault="009A1B3C" w:rsidP="006F2143">
      <w:pPr>
        <w:pStyle w:val="Tekstopmerking"/>
      </w:pPr>
      <w:r>
        <w:rPr>
          <w:rStyle w:val="Verwijzingopmerking"/>
        </w:rPr>
        <w:annotationRef/>
      </w:r>
      <w:proofErr w:type="spellStart"/>
      <w:r>
        <w:t>Ik</w:t>
      </w:r>
      <w:proofErr w:type="spellEnd"/>
      <w:r>
        <w:t xml:space="preserve"> </w:t>
      </w:r>
      <w:proofErr w:type="spellStart"/>
      <w:r>
        <w:t>zie</w:t>
      </w:r>
      <w:proofErr w:type="spellEnd"/>
      <w:r>
        <w:t xml:space="preserve"> in de </w:t>
      </w:r>
      <w:proofErr w:type="spellStart"/>
      <w:r>
        <w:t>mailwisselilng</w:t>
      </w:r>
      <w:proofErr w:type="spellEnd"/>
      <w:r>
        <w:t xml:space="preserve"> </w:t>
      </w:r>
      <w:proofErr w:type="spellStart"/>
      <w:r>
        <w:t>st</w:t>
      </w:r>
      <w:r w:rsidR="002C7DAF">
        <w:t>a</w:t>
      </w:r>
      <w:r>
        <w:t>an</w:t>
      </w:r>
      <w:proofErr w:type="spellEnd"/>
      <w:r>
        <w:t xml:space="preserve"> </w:t>
      </w:r>
      <w:proofErr w:type="spellStart"/>
      <w:r>
        <w:t>dat</w:t>
      </w:r>
      <w:proofErr w:type="spellEnd"/>
      <w:r>
        <w:t xml:space="preserve"> </w:t>
      </w:r>
      <w:proofErr w:type="spellStart"/>
      <w:r>
        <w:t>jullie</w:t>
      </w:r>
      <w:proofErr w:type="spellEnd"/>
      <w:r>
        <w:t xml:space="preserve"> </w:t>
      </w:r>
      <w:proofErr w:type="spellStart"/>
      <w:r>
        <w:t>e</w:t>
      </w:r>
      <w:r w:rsidR="008D1081">
        <w:t>e</w:t>
      </w:r>
      <w:r>
        <w:t>n</w:t>
      </w:r>
      <w:proofErr w:type="spellEnd"/>
      <w:r>
        <w:t xml:space="preserve"> </w:t>
      </w:r>
      <w:proofErr w:type="spellStart"/>
      <w:r>
        <w:t>in</w:t>
      </w:r>
      <w:r>
        <w:rPr>
          <w:rFonts w:cs="Calibri"/>
          <w:sz w:val="22"/>
          <w:szCs w:val="22"/>
        </w:rPr>
        <w:t>stemmingsveld</w:t>
      </w:r>
      <w:proofErr w:type="spellEnd"/>
      <w:r>
        <w:rPr>
          <w:rFonts w:cs="Calibri"/>
          <w:sz w:val="22"/>
          <w:szCs w:val="22"/>
        </w:rPr>
        <w:t xml:space="preserve"> </w:t>
      </w:r>
      <w:proofErr w:type="spellStart"/>
      <w:r>
        <w:rPr>
          <w:rFonts w:cs="Calibri"/>
          <w:sz w:val="22"/>
          <w:szCs w:val="22"/>
        </w:rPr>
        <w:t>bij</w:t>
      </w:r>
      <w:proofErr w:type="spellEnd"/>
      <w:r>
        <w:rPr>
          <w:rFonts w:cs="Calibri"/>
          <w:sz w:val="22"/>
          <w:szCs w:val="22"/>
        </w:rPr>
        <w:t xml:space="preserve"> het </w:t>
      </w:r>
      <w:proofErr w:type="spellStart"/>
      <w:r>
        <w:rPr>
          <w:rFonts w:cs="Calibri"/>
          <w:sz w:val="22"/>
          <w:szCs w:val="22"/>
        </w:rPr>
        <w:t>registratieformulier</w:t>
      </w:r>
      <w:proofErr w:type="spellEnd"/>
      <w:r>
        <w:rPr>
          <w:rFonts w:cs="Calibri"/>
          <w:sz w:val="22"/>
          <w:szCs w:val="22"/>
        </w:rPr>
        <w:t>,</w:t>
      </w:r>
      <w:r w:rsidR="006F2143">
        <w:rPr>
          <w:rFonts w:cs="Calibri"/>
          <w:sz w:val="22"/>
          <w:szCs w:val="22"/>
        </w:rPr>
        <w:t xml:space="preserve"> </w:t>
      </w:r>
      <w:proofErr w:type="spellStart"/>
      <w:r w:rsidR="006F2143" w:rsidRPr="006F2143">
        <w:t>bijvoorbeeld</w:t>
      </w:r>
      <w:proofErr w:type="spellEnd"/>
      <w:r w:rsidR="006F2143" w:rsidRPr="006F2143">
        <w:t xml:space="preserve"> </w:t>
      </w:r>
      <w:proofErr w:type="spellStart"/>
      <w:r w:rsidR="006F2143" w:rsidRPr="006F2143">
        <w:t>onder</w:t>
      </w:r>
      <w:proofErr w:type="spellEnd"/>
      <w:r w:rsidR="006F2143" w:rsidRPr="006F2143">
        <w:t xml:space="preserve"> de </w:t>
      </w:r>
      <w:proofErr w:type="spellStart"/>
      <w:r w:rsidR="006F2143" w:rsidRPr="006F2143">
        <w:t>instemming</w:t>
      </w:r>
      <w:proofErr w:type="spellEnd"/>
      <w:r w:rsidR="006F2143" w:rsidRPr="006F2143">
        <w:t xml:space="preserve"> met de </w:t>
      </w:r>
      <w:proofErr w:type="spellStart"/>
      <w:r w:rsidR="006F2143" w:rsidRPr="006F2143">
        <w:t>algemene</w:t>
      </w:r>
      <w:proofErr w:type="spellEnd"/>
      <w:r w:rsidR="006F2143" w:rsidRPr="006F2143">
        <w:t xml:space="preserve"> </w:t>
      </w:r>
      <w:proofErr w:type="spellStart"/>
      <w:r w:rsidR="006F2143" w:rsidRPr="006F2143">
        <w:t>voorwaarden</w:t>
      </w:r>
      <w:proofErr w:type="spellEnd"/>
      <w:r w:rsidR="006F2143" w:rsidRPr="006F2143">
        <w:t xml:space="preserve">, </w:t>
      </w:r>
      <w:proofErr w:type="spellStart"/>
      <w:r w:rsidR="006F2143" w:rsidRPr="006F2143">
        <w:t>willen</w:t>
      </w:r>
      <w:proofErr w:type="spellEnd"/>
      <w:r w:rsidR="006F2143" w:rsidRPr="006F2143">
        <w:t xml:space="preserve"> </w:t>
      </w:r>
      <w:proofErr w:type="spellStart"/>
      <w:r w:rsidR="006F2143" w:rsidRPr="006F2143">
        <w:t>toevoegen</w:t>
      </w:r>
      <w:proofErr w:type="spellEnd"/>
      <w:r w:rsidR="006F2143" w:rsidRPr="006F2143">
        <w:t xml:space="preserve">, maar </w:t>
      </w:r>
      <w:proofErr w:type="spellStart"/>
      <w:r w:rsidR="006F2143" w:rsidRPr="006F2143">
        <w:t>d</w:t>
      </w:r>
      <w:r w:rsidR="006F2143">
        <w:t>at</w:t>
      </w:r>
      <w:proofErr w:type="spellEnd"/>
      <w:r w:rsidR="006F2143">
        <w:t xml:space="preserve"> is </w:t>
      </w:r>
      <w:proofErr w:type="spellStart"/>
      <w:r w:rsidR="006F2143">
        <w:t>onvoldoende</w:t>
      </w:r>
      <w:proofErr w:type="spellEnd"/>
      <w:r w:rsidR="006F2143">
        <w:t xml:space="preserve">. </w:t>
      </w:r>
      <w:proofErr w:type="spellStart"/>
      <w:r w:rsidR="006F2143">
        <w:t>Deze</w:t>
      </w:r>
      <w:proofErr w:type="spellEnd"/>
      <w:r w:rsidR="006F2143">
        <w:t xml:space="preserve"> </w:t>
      </w:r>
      <w:proofErr w:type="spellStart"/>
      <w:r w:rsidR="006F2143" w:rsidRPr="006F2143">
        <w:t>toestemming</w:t>
      </w:r>
      <w:proofErr w:type="spellEnd"/>
      <w:r w:rsidR="006F2143" w:rsidRPr="006F2143">
        <w:t xml:space="preserve"> </w:t>
      </w:r>
      <w:proofErr w:type="spellStart"/>
      <w:r w:rsidR="006F2143" w:rsidRPr="006F2143">
        <w:t>voor</w:t>
      </w:r>
      <w:proofErr w:type="spellEnd"/>
      <w:r w:rsidR="006F2143" w:rsidRPr="006F2143">
        <w:t xml:space="preserve"> </w:t>
      </w:r>
      <w:proofErr w:type="spellStart"/>
      <w:r w:rsidR="006F2143" w:rsidRPr="006F2143">
        <w:t>bijzondere</w:t>
      </w:r>
      <w:proofErr w:type="spellEnd"/>
      <w:r w:rsidR="006F2143" w:rsidRPr="006F2143">
        <w:t xml:space="preserve"> </w:t>
      </w:r>
      <w:proofErr w:type="spellStart"/>
      <w:r w:rsidR="006F2143" w:rsidRPr="006F2143">
        <w:t>persoonsgegevens</w:t>
      </w:r>
      <w:proofErr w:type="spellEnd"/>
      <w:r w:rsidR="006F2143" w:rsidRPr="006F2143">
        <w:t xml:space="preserve"> </w:t>
      </w:r>
      <w:proofErr w:type="spellStart"/>
      <w:r w:rsidR="006F2143" w:rsidRPr="006F2143">
        <w:t>moet</w:t>
      </w:r>
      <w:proofErr w:type="spellEnd"/>
      <w:r w:rsidR="006F2143" w:rsidRPr="006F2143">
        <w:t xml:space="preserve"> </w:t>
      </w:r>
      <w:proofErr w:type="spellStart"/>
      <w:r w:rsidR="006F2143" w:rsidRPr="006F2143">
        <w:t>afzonderlijk</w:t>
      </w:r>
      <w:proofErr w:type="spellEnd"/>
      <w:r w:rsidR="006F2143" w:rsidRPr="006F2143">
        <w:t xml:space="preserve">, </w:t>
      </w:r>
      <w:proofErr w:type="spellStart"/>
      <w:r w:rsidR="006F2143" w:rsidRPr="006F2143">
        <w:t>uitdrukkelijk</w:t>
      </w:r>
      <w:proofErr w:type="spellEnd"/>
      <w:r w:rsidR="006F2143" w:rsidRPr="006F2143">
        <w:t xml:space="preserve"> </w:t>
      </w:r>
      <w:proofErr w:type="spellStart"/>
      <w:r w:rsidR="006F2143" w:rsidRPr="006F2143">
        <w:t>en</w:t>
      </w:r>
      <w:proofErr w:type="spellEnd"/>
      <w:r w:rsidR="006F2143" w:rsidRPr="006F2143">
        <w:t xml:space="preserve"> </w:t>
      </w:r>
      <w:proofErr w:type="spellStart"/>
      <w:r w:rsidR="006F2143" w:rsidRPr="006F2143">
        <w:t>niet</w:t>
      </w:r>
      <w:proofErr w:type="spellEnd"/>
      <w:r w:rsidR="006F2143" w:rsidRPr="006F2143">
        <w:t xml:space="preserve"> </w:t>
      </w:r>
      <w:proofErr w:type="spellStart"/>
      <w:r w:rsidR="006F2143" w:rsidRPr="006F2143">
        <w:t>vooraf</w:t>
      </w:r>
      <w:proofErr w:type="spellEnd"/>
      <w:r w:rsidR="006F2143" w:rsidRPr="006F2143">
        <w:t xml:space="preserve"> </w:t>
      </w:r>
      <w:proofErr w:type="spellStart"/>
      <w:r w:rsidR="006F2143" w:rsidRPr="006F2143">
        <w:t>aangevinkt</w:t>
      </w:r>
      <w:proofErr w:type="spellEnd"/>
      <w:r w:rsidR="006F2143" w:rsidRPr="006F2143">
        <w:t xml:space="preserve"> </w:t>
      </w:r>
      <w:proofErr w:type="spellStart"/>
      <w:r w:rsidR="006F2143" w:rsidRPr="006F2143">
        <w:t>worden</w:t>
      </w:r>
      <w:proofErr w:type="spellEnd"/>
      <w:r w:rsidR="006F2143" w:rsidRPr="006F2143">
        <w:t xml:space="preserve"> </w:t>
      </w:r>
      <w:proofErr w:type="spellStart"/>
      <w:r w:rsidR="006F2143" w:rsidRPr="006F2143">
        <w:t>gevraagd</w:t>
      </w:r>
      <w:proofErr w:type="spellEnd"/>
      <w:r w:rsidR="006F2143" w:rsidRPr="006F2143">
        <w:t xml:space="preserve"> op het moment </w:t>
      </w:r>
      <w:proofErr w:type="spellStart"/>
      <w:r w:rsidR="006F2143" w:rsidRPr="006F2143">
        <w:t>waarop</w:t>
      </w:r>
      <w:proofErr w:type="spellEnd"/>
      <w:r w:rsidR="006F2143" w:rsidRPr="006F2143">
        <w:t xml:space="preserve"> </w:t>
      </w:r>
      <w:proofErr w:type="spellStart"/>
      <w:r w:rsidR="006F2143" w:rsidRPr="006F2143">
        <w:t>iemand</w:t>
      </w:r>
      <w:proofErr w:type="spellEnd"/>
      <w:r w:rsidR="006F2143" w:rsidRPr="006F2143">
        <w:t xml:space="preserve"> de </w:t>
      </w:r>
      <w:proofErr w:type="spellStart"/>
      <w:r w:rsidR="006F2143" w:rsidRPr="006F2143">
        <w:t>betreffende</w:t>
      </w:r>
      <w:proofErr w:type="spellEnd"/>
      <w:r w:rsidR="006F2143" w:rsidRPr="006F2143">
        <w:t xml:space="preserve"> </w:t>
      </w:r>
      <w:proofErr w:type="spellStart"/>
      <w:r w:rsidR="006F2143" w:rsidRPr="006F2143">
        <w:t>gegevens</w:t>
      </w:r>
      <w:proofErr w:type="spellEnd"/>
      <w:r w:rsidR="006F2143" w:rsidRPr="006F2143">
        <w:t xml:space="preserve"> </w:t>
      </w:r>
      <w:proofErr w:type="spellStart"/>
      <w:r w:rsidR="006F2143" w:rsidRPr="006F2143">
        <w:t>verstrekt</w:t>
      </w:r>
      <w:proofErr w:type="spellEnd"/>
      <w:r w:rsidR="006F2143" w:rsidRPr="006F2143">
        <w:t xml:space="preserve">. </w:t>
      </w:r>
    </w:p>
    <w:p w14:paraId="1A8B7472" w14:textId="77777777" w:rsidR="006F2143" w:rsidRDefault="006F2143" w:rsidP="006F2143">
      <w:pPr>
        <w:pStyle w:val="Tekstopmerking"/>
      </w:pPr>
    </w:p>
    <w:p w14:paraId="67A69F9C" w14:textId="77777777" w:rsidR="006F2143" w:rsidRDefault="006F2143" w:rsidP="006F2143">
      <w:pPr>
        <w:pStyle w:val="Tekstopmerking"/>
      </w:pPr>
      <w:proofErr w:type="spellStart"/>
      <w:r w:rsidRPr="006F2143">
        <w:t>Bij</w:t>
      </w:r>
      <w:proofErr w:type="spellEnd"/>
      <w:r w:rsidRPr="006F2143">
        <w:t xml:space="preserve"> </w:t>
      </w:r>
      <w:proofErr w:type="spellStart"/>
      <w:r w:rsidRPr="006F2143">
        <w:t>vrijwillige</w:t>
      </w:r>
      <w:proofErr w:type="spellEnd"/>
      <w:r w:rsidRPr="006F2143">
        <w:t xml:space="preserve"> </w:t>
      </w:r>
      <w:proofErr w:type="spellStart"/>
      <w:r w:rsidRPr="006F2143">
        <w:t>profielvelden</w:t>
      </w:r>
      <w:proofErr w:type="spellEnd"/>
      <w:r w:rsidRPr="006F2143">
        <w:t xml:space="preserve"> over </w:t>
      </w:r>
      <w:proofErr w:type="spellStart"/>
      <w:r w:rsidRPr="006F2143">
        <w:t>seksuele</w:t>
      </w:r>
      <w:proofErr w:type="spellEnd"/>
      <w:r w:rsidRPr="006F2143">
        <w:t xml:space="preserve"> </w:t>
      </w:r>
      <w:proofErr w:type="spellStart"/>
      <w:r w:rsidRPr="006F2143">
        <w:t>gerichtheid</w:t>
      </w:r>
      <w:proofErr w:type="spellEnd"/>
      <w:r w:rsidRPr="006F2143">
        <w:t xml:space="preserve">, </w:t>
      </w:r>
      <w:proofErr w:type="spellStart"/>
      <w:r w:rsidRPr="006F2143">
        <w:t>gezondheid</w:t>
      </w:r>
      <w:proofErr w:type="spellEnd"/>
      <w:r w:rsidRPr="006F2143">
        <w:t xml:space="preserve"> of </w:t>
      </w:r>
      <w:proofErr w:type="spellStart"/>
      <w:r w:rsidRPr="006F2143">
        <w:t>seksleven</w:t>
      </w:r>
      <w:proofErr w:type="spellEnd"/>
      <w:r w:rsidRPr="006F2143">
        <w:t xml:space="preserve"> </w:t>
      </w:r>
      <w:proofErr w:type="spellStart"/>
      <w:r w:rsidRPr="006F2143">
        <w:t>moet</w:t>
      </w:r>
      <w:proofErr w:type="spellEnd"/>
      <w:r w:rsidRPr="006F2143">
        <w:t xml:space="preserve"> het </w:t>
      </w:r>
      <w:proofErr w:type="spellStart"/>
      <w:r w:rsidRPr="006F2143">
        <w:t>toestemmingsvak</w:t>
      </w:r>
      <w:proofErr w:type="spellEnd"/>
      <w:r w:rsidRPr="006F2143">
        <w:t xml:space="preserve"> </w:t>
      </w:r>
      <w:proofErr w:type="spellStart"/>
      <w:r w:rsidRPr="006F2143">
        <w:t>daarom</w:t>
      </w:r>
      <w:proofErr w:type="spellEnd"/>
      <w:r w:rsidRPr="006F2143">
        <w:t xml:space="preserve"> direct </w:t>
      </w:r>
      <w:proofErr w:type="spellStart"/>
      <w:r w:rsidRPr="006F2143">
        <w:t>bij</w:t>
      </w:r>
      <w:proofErr w:type="spellEnd"/>
      <w:r w:rsidRPr="006F2143">
        <w:t xml:space="preserve"> die </w:t>
      </w:r>
      <w:proofErr w:type="spellStart"/>
      <w:r w:rsidRPr="006F2143">
        <w:t>velden</w:t>
      </w:r>
      <w:proofErr w:type="spellEnd"/>
      <w:r w:rsidRPr="006F2143">
        <w:t xml:space="preserve"> </w:t>
      </w:r>
      <w:proofErr w:type="spellStart"/>
      <w:r w:rsidRPr="006F2143">
        <w:t>staan</w:t>
      </w:r>
      <w:proofErr w:type="spellEnd"/>
      <w:r w:rsidRPr="006F2143">
        <w:t xml:space="preserve">. </w:t>
      </w:r>
    </w:p>
    <w:p w14:paraId="3800ABA0" w14:textId="77777777" w:rsidR="006F2143" w:rsidRDefault="006F2143" w:rsidP="006F2143">
      <w:pPr>
        <w:pStyle w:val="Tekstopmerking"/>
      </w:pPr>
    </w:p>
    <w:p w14:paraId="088942AD" w14:textId="42721A97" w:rsidR="006F2143" w:rsidRPr="006F2143" w:rsidRDefault="006F2143" w:rsidP="006F2143">
      <w:pPr>
        <w:pStyle w:val="Tekstopmerking"/>
        <w:rPr>
          <w:rFonts w:ascii="Times New Roman" w:eastAsia="Times New Roman" w:hAnsi="Times New Roman" w:cs="Times New Roman"/>
          <w:color w:val="auto"/>
          <w:sz w:val="24"/>
          <w:szCs w:val="24"/>
          <w:lang w:eastAsia="nl-NL"/>
        </w:rPr>
      </w:pPr>
      <w:proofErr w:type="spellStart"/>
      <w:r>
        <w:t>En</w:t>
      </w:r>
      <w:proofErr w:type="spellEnd"/>
      <w:r>
        <w:t xml:space="preserve"> </w:t>
      </w:r>
      <w:proofErr w:type="spellStart"/>
      <w:r>
        <w:t>a</w:t>
      </w:r>
      <w:r w:rsidRPr="006F2143">
        <w:t>ls</w:t>
      </w:r>
      <w:proofErr w:type="spellEnd"/>
      <w:r w:rsidRPr="006F2143">
        <w:t xml:space="preserve"> </w:t>
      </w:r>
      <w:proofErr w:type="spellStart"/>
      <w:r w:rsidRPr="006F2143">
        <w:t>een</w:t>
      </w:r>
      <w:proofErr w:type="spellEnd"/>
      <w:r w:rsidRPr="006F2143">
        <w:t xml:space="preserve"> </w:t>
      </w:r>
      <w:proofErr w:type="spellStart"/>
      <w:r w:rsidRPr="006F2143">
        <w:t>afzonderlijke</w:t>
      </w:r>
      <w:proofErr w:type="spellEnd"/>
      <w:r w:rsidRPr="006F2143">
        <w:t xml:space="preserve"> </w:t>
      </w:r>
      <w:proofErr w:type="spellStart"/>
      <w:r>
        <w:t>functie</w:t>
      </w:r>
      <w:proofErr w:type="spellEnd"/>
      <w:r>
        <w:t xml:space="preserve"> </w:t>
      </w:r>
      <w:proofErr w:type="spellStart"/>
      <w:r>
        <w:t>bestaat</w:t>
      </w:r>
      <w:proofErr w:type="spellEnd"/>
      <w:r>
        <w:t xml:space="preserve"> </w:t>
      </w:r>
      <w:proofErr w:type="spellStart"/>
      <w:r>
        <w:t>voor</w:t>
      </w:r>
      <w:proofErr w:type="spellEnd"/>
      <w:r>
        <w:t xml:space="preserve"> het </w:t>
      </w:r>
      <w:proofErr w:type="spellStart"/>
      <w:r w:rsidRPr="006F2143">
        <w:t>upload</w:t>
      </w:r>
      <w:r>
        <w:t>en</w:t>
      </w:r>
      <w:proofErr w:type="spellEnd"/>
      <w:r>
        <w:t xml:space="preserve"> of </w:t>
      </w:r>
      <w:proofErr w:type="spellStart"/>
      <w:r>
        <w:t>delen</w:t>
      </w:r>
      <w:proofErr w:type="spellEnd"/>
      <w:r>
        <w:t xml:space="preserve"> van </w:t>
      </w:r>
      <w:proofErr w:type="spellStart"/>
      <w:r w:rsidRPr="006F2143">
        <w:t>seksueel</w:t>
      </w:r>
      <w:proofErr w:type="spellEnd"/>
      <w:r w:rsidRPr="006F2143">
        <w:t xml:space="preserve"> </w:t>
      </w:r>
      <w:proofErr w:type="spellStart"/>
      <w:r w:rsidRPr="006F2143">
        <w:t>getinte</w:t>
      </w:r>
      <w:proofErr w:type="spellEnd"/>
      <w:r w:rsidRPr="006F2143">
        <w:t xml:space="preserve"> of </w:t>
      </w:r>
      <w:proofErr w:type="spellStart"/>
      <w:r w:rsidRPr="006F2143">
        <w:t>expliciete</w:t>
      </w:r>
      <w:proofErr w:type="spellEnd"/>
      <w:r w:rsidRPr="006F2143">
        <w:t xml:space="preserve"> content, </w:t>
      </w:r>
      <w:proofErr w:type="spellStart"/>
      <w:r w:rsidRPr="006F2143">
        <w:t>moet</w:t>
      </w:r>
      <w:proofErr w:type="spellEnd"/>
      <w:r w:rsidRPr="006F2143">
        <w:t xml:space="preserve"> </w:t>
      </w:r>
      <w:proofErr w:type="spellStart"/>
      <w:r w:rsidRPr="006F2143">
        <w:t>v</w:t>
      </w:r>
      <w:r>
        <w:t>oo</w:t>
      </w:r>
      <w:r w:rsidRPr="006F2143">
        <w:t>r</w:t>
      </w:r>
      <w:proofErr w:type="spellEnd"/>
      <w:r w:rsidRPr="006F2143">
        <w:t xml:space="preserve"> het </w:t>
      </w:r>
      <w:proofErr w:type="spellStart"/>
      <w:r w:rsidRPr="006F2143">
        <w:t>eerste</w:t>
      </w:r>
      <w:proofErr w:type="spellEnd"/>
      <w:r w:rsidRPr="006F2143">
        <w:t xml:space="preserve"> </w:t>
      </w:r>
      <w:proofErr w:type="spellStart"/>
      <w:r w:rsidRPr="006F2143">
        <w:t>gebruik</w:t>
      </w:r>
      <w:proofErr w:type="spellEnd"/>
      <w:r w:rsidRPr="006F2143">
        <w:t xml:space="preserve"> van die </w:t>
      </w:r>
      <w:proofErr w:type="spellStart"/>
      <w:r w:rsidRPr="006F2143">
        <w:t>specifieke</w:t>
      </w:r>
      <w:proofErr w:type="spellEnd"/>
      <w:r w:rsidRPr="006F2143">
        <w:t xml:space="preserve"> </w:t>
      </w:r>
      <w:proofErr w:type="spellStart"/>
      <w:r w:rsidRPr="006F2143">
        <w:t>functie</w:t>
      </w:r>
      <w:proofErr w:type="spellEnd"/>
      <w:r w:rsidRPr="006F2143">
        <w:t xml:space="preserve"> </w:t>
      </w:r>
      <w:proofErr w:type="spellStart"/>
      <w:r w:rsidRPr="006F2143">
        <w:t>afzonderlijk</w:t>
      </w:r>
      <w:proofErr w:type="spellEnd"/>
      <w:r w:rsidRPr="006F2143">
        <w:t xml:space="preserve"> </w:t>
      </w:r>
      <w:proofErr w:type="spellStart"/>
      <w:r w:rsidRPr="006F2143">
        <w:t>toestemming</w:t>
      </w:r>
      <w:proofErr w:type="spellEnd"/>
      <w:r w:rsidRPr="006F2143">
        <w:t xml:space="preserve"> </w:t>
      </w:r>
      <w:proofErr w:type="spellStart"/>
      <w:r w:rsidRPr="006F2143">
        <w:t>worden</w:t>
      </w:r>
      <w:proofErr w:type="spellEnd"/>
      <w:r w:rsidRPr="006F2143">
        <w:t xml:space="preserve"> </w:t>
      </w:r>
      <w:proofErr w:type="spellStart"/>
      <w:r w:rsidRPr="006F2143">
        <w:t>gevraagd</w:t>
      </w:r>
      <w:proofErr w:type="spellEnd"/>
      <w:r w:rsidRPr="006F2143">
        <w:t xml:space="preserve">. </w:t>
      </w:r>
    </w:p>
    <w:p w14:paraId="287F8AAF" w14:textId="10C7A284" w:rsidR="006F2143" w:rsidRDefault="006F2143">
      <w:pPr>
        <w:pStyle w:val="Tekstopmerking"/>
      </w:pPr>
    </w:p>
  </w:comment>
  <w:comment w:id="3" w:author="Info | BeOurGuestEvents.nl" w:date="2026-08-05T09:17:00Z" w:initials="I">
    <w:p w14:paraId="72FBCFBF" w14:textId="77777777" w:rsidR="00957A94" w:rsidRDefault="00957A94" w:rsidP="00957A94">
      <w:pPr>
        <w:pStyle w:val="Tekstopmerking"/>
      </w:pPr>
      <w:r>
        <w:rPr>
          <w:rStyle w:val="Verwijzingopmerking"/>
        </w:rPr>
        <w:annotationRef/>
      </w:r>
      <w:r>
        <w:t xml:space="preserve">Ja </w:t>
      </w:r>
      <w:proofErr w:type="spellStart"/>
      <w:r>
        <w:t>klopt</w:t>
      </w:r>
      <w:proofErr w:type="spellEnd"/>
    </w:p>
  </w:comment>
  <w:comment w:id="4" w:author="Info | BeOurGuestEvents.nl" w:date="2026-08-05T09:20:00Z" w:initials="I">
    <w:p w14:paraId="4A630073" w14:textId="77777777" w:rsidR="00957A94" w:rsidRDefault="00957A94" w:rsidP="00957A94">
      <w:pPr>
        <w:pStyle w:val="Tekstopmerking"/>
      </w:pPr>
      <w:r>
        <w:rPr>
          <w:rStyle w:val="Verwijzingopmerking"/>
        </w:rPr>
        <w:annotationRef/>
      </w:r>
      <w:proofErr w:type="spellStart"/>
      <w:r>
        <w:t>Ik</w:t>
      </w:r>
      <w:proofErr w:type="spellEnd"/>
      <w:r>
        <w:t xml:space="preserve"> </w:t>
      </w:r>
      <w:proofErr w:type="spellStart"/>
      <w:r>
        <w:t>denk</w:t>
      </w:r>
      <w:proofErr w:type="spellEnd"/>
      <w:r>
        <w:t xml:space="preserve"> </w:t>
      </w:r>
      <w:proofErr w:type="spellStart"/>
      <w:r>
        <w:t>dat</w:t>
      </w:r>
      <w:proofErr w:type="spellEnd"/>
      <w:r>
        <w:t xml:space="preserve"> het </w:t>
      </w:r>
      <w:proofErr w:type="spellStart"/>
      <w:r>
        <w:t>afzonderlijk</w:t>
      </w:r>
      <w:proofErr w:type="spellEnd"/>
      <w:r>
        <w:t xml:space="preserve"> </w:t>
      </w:r>
      <w:proofErr w:type="spellStart"/>
      <w:r>
        <w:t>bevestigen</w:t>
      </w:r>
      <w:proofErr w:type="spellEnd"/>
      <w:r>
        <w:t xml:space="preserve"> </w:t>
      </w:r>
      <w:proofErr w:type="spellStart"/>
      <w:r>
        <w:t>moeilijk</w:t>
      </w:r>
      <w:proofErr w:type="spellEnd"/>
      <w:r>
        <w:t xml:space="preserve"> </w:t>
      </w:r>
      <w:proofErr w:type="spellStart"/>
      <w:r>
        <w:t>gaat</w:t>
      </w:r>
      <w:proofErr w:type="spellEnd"/>
      <w:r>
        <w:t xml:space="preserve"> </w:t>
      </w:r>
      <w:proofErr w:type="spellStart"/>
      <w:r>
        <w:t>worden</w:t>
      </w:r>
      <w:proofErr w:type="spellEnd"/>
      <w:r>
        <w:t xml:space="preserve">.  We </w:t>
      </w:r>
      <w:proofErr w:type="spellStart"/>
      <w:r>
        <w:t>kunnen</w:t>
      </w:r>
      <w:proofErr w:type="spellEnd"/>
      <w:r>
        <w:t xml:space="preserve"> </w:t>
      </w:r>
      <w:proofErr w:type="spellStart"/>
      <w:r>
        <w:t>wel</w:t>
      </w:r>
      <w:proofErr w:type="spellEnd"/>
      <w:r>
        <w:t xml:space="preserve"> </w:t>
      </w:r>
      <w:proofErr w:type="spellStart"/>
      <w:r>
        <w:t>een</w:t>
      </w:r>
      <w:proofErr w:type="spellEnd"/>
      <w:r>
        <w:t xml:space="preserve"> extra </w:t>
      </w:r>
      <w:proofErr w:type="spellStart"/>
      <w:r>
        <w:t>bevestiging</w:t>
      </w:r>
      <w:proofErr w:type="spellEnd"/>
      <w:r>
        <w:t xml:space="preserve"> </w:t>
      </w:r>
      <w:proofErr w:type="spellStart"/>
      <w:r>
        <w:t>vinkje</w:t>
      </w:r>
      <w:proofErr w:type="spellEnd"/>
      <w:r>
        <w:t xml:space="preserve"> </w:t>
      </w:r>
      <w:proofErr w:type="spellStart"/>
      <w:r>
        <w:t>plaatsen</w:t>
      </w:r>
      <w:proofErr w:type="spellEnd"/>
      <w:r>
        <w:t xml:space="preserve"> in het </w:t>
      </w:r>
      <w:proofErr w:type="spellStart"/>
      <w:r>
        <w:t>registratie</w:t>
      </w:r>
      <w:proofErr w:type="spellEnd"/>
      <w:r>
        <w:t xml:space="preserve"> </w:t>
      </w:r>
      <w:proofErr w:type="spellStart"/>
      <w:r>
        <w:t>formulier</w:t>
      </w:r>
      <w:proofErr w:type="spellEnd"/>
      <w:r>
        <w:t xml:space="preserve"> </w:t>
      </w:r>
      <w:proofErr w:type="spellStart"/>
      <w:r>
        <w:t>dat</w:t>
      </w:r>
      <w:proofErr w:type="spellEnd"/>
      <w:r>
        <w:t xml:space="preserve"> </w:t>
      </w:r>
      <w:proofErr w:type="spellStart"/>
      <w:r>
        <w:t>aangevinkt</w:t>
      </w:r>
      <w:proofErr w:type="spellEnd"/>
      <w:r>
        <w:t xml:space="preserve"> </w:t>
      </w:r>
      <w:proofErr w:type="spellStart"/>
      <w:r>
        <w:t>moet</w:t>
      </w:r>
      <w:proofErr w:type="spellEnd"/>
      <w:r>
        <w:t xml:space="preserve"> </w:t>
      </w:r>
      <w:proofErr w:type="spellStart"/>
      <w:r>
        <w:t>worden</w:t>
      </w:r>
      <w:proofErr w:type="spellEnd"/>
      <w:r>
        <w:t xml:space="preserve"> door de partner </w:t>
      </w:r>
      <w:proofErr w:type="spellStart"/>
      <w:r>
        <w:t>en</w:t>
      </w:r>
      <w:proofErr w:type="spellEnd"/>
      <w:r>
        <w:t xml:space="preserve"> </w:t>
      </w:r>
      <w:proofErr w:type="spellStart"/>
      <w:r>
        <w:t>dat</w:t>
      </w:r>
      <w:proofErr w:type="spellEnd"/>
      <w:r>
        <w:t xml:space="preserve"> </w:t>
      </w:r>
      <w:proofErr w:type="spellStart"/>
      <w:r>
        <w:t>hij</w:t>
      </w:r>
      <w:proofErr w:type="spellEnd"/>
      <w:r>
        <w:t>/</w:t>
      </w:r>
      <w:proofErr w:type="spellStart"/>
      <w:r>
        <w:t>zij</w:t>
      </w:r>
      <w:proofErr w:type="spellEnd"/>
      <w:r>
        <w:t xml:space="preserve"> </w:t>
      </w:r>
      <w:proofErr w:type="spellStart"/>
      <w:r>
        <w:t>ook</w:t>
      </w:r>
      <w:proofErr w:type="spellEnd"/>
      <w:r>
        <w:t xml:space="preserve"> het mail </w:t>
      </w:r>
      <w:proofErr w:type="spellStart"/>
      <w:r>
        <w:t>adres</w:t>
      </w:r>
      <w:proofErr w:type="spellEnd"/>
      <w:r>
        <w:t xml:space="preserve"> </w:t>
      </w:r>
      <w:proofErr w:type="spellStart"/>
      <w:r>
        <w:t>moet</w:t>
      </w:r>
      <w:proofErr w:type="spellEnd"/>
      <w:r>
        <w:t xml:space="preserve"> </w:t>
      </w:r>
      <w:proofErr w:type="spellStart"/>
      <w:r>
        <w:t>invullen</w:t>
      </w:r>
      <w:proofErr w:type="spellEnd"/>
      <w:r>
        <w:t xml:space="preserve"> </w:t>
      </w:r>
      <w:proofErr w:type="spellStart"/>
      <w:r>
        <w:t>waar</w:t>
      </w:r>
      <w:proofErr w:type="spellEnd"/>
      <w:r>
        <w:t xml:space="preserve"> dan </w:t>
      </w:r>
      <w:proofErr w:type="spellStart"/>
      <w:r>
        <w:t>ook</w:t>
      </w:r>
      <w:proofErr w:type="spellEnd"/>
      <w:r>
        <w:t xml:space="preserve"> </w:t>
      </w:r>
      <w:proofErr w:type="spellStart"/>
      <w:r>
        <w:t>een</w:t>
      </w:r>
      <w:proofErr w:type="spellEnd"/>
      <w:r>
        <w:t xml:space="preserve"> </w:t>
      </w:r>
      <w:proofErr w:type="spellStart"/>
      <w:r>
        <w:t>bevestiging</w:t>
      </w:r>
      <w:proofErr w:type="spellEnd"/>
      <w:r>
        <w:t xml:space="preserve"> mail </w:t>
      </w:r>
      <w:proofErr w:type="spellStart"/>
      <w:r>
        <w:t>heen</w:t>
      </w:r>
      <w:proofErr w:type="spellEnd"/>
      <w:r>
        <w:t xml:space="preserve"> word </w:t>
      </w:r>
      <w:proofErr w:type="spellStart"/>
      <w:r>
        <w:t>gestuurd</w:t>
      </w:r>
      <w:proofErr w:type="spellEnd"/>
      <w:r>
        <w:t xml:space="preserve"> met de </w:t>
      </w:r>
      <w:proofErr w:type="spellStart"/>
      <w:r>
        <w:t>aanvraag</w:t>
      </w:r>
      <w:proofErr w:type="spellEnd"/>
      <w:r>
        <w:t>.</w:t>
      </w:r>
    </w:p>
  </w:comment>
  <w:comment w:id="5" w:author="Lisa Harteveld" w:date="2026-08-25T15:16:00Z" w:initials="LH">
    <w:p w14:paraId="7B0662DA" w14:textId="206F5EF4" w:rsidR="00E41B33" w:rsidRDefault="00E41B33">
      <w:pPr>
        <w:pStyle w:val="Tekstopmerking"/>
      </w:pPr>
      <w:r>
        <w:rPr>
          <w:rStyle w:val="Verwijzingopmerking"/>
        </w:rPr>
        <w:annotationRef/>
      </w:r>
      <w:proofErr w:type="spellStart"/>
      <w:r>
        <w:t>Zie</w:t>
      </w:r>
      <w:proofErr w:type="spellEnd"/>
      <w:r>
        <w:t xml:space="preserve"> </w:t>
      </w:r>
      <w:proofErr w:type="spellStart"/>
      <w:r>
        <w:t>opmerking</w:t>
      </w:r>
      <w:proofErr w:type="spellEnd"/>
      <w:r>
        <w:t xml:space="preserve"> </w:t>
      </w:r>
      <w:proofErr w:type="spellStart"/>
      <w:r>
        <w:t>hierover</w:t>
      </w:r>
      <w:proofErr w:type="spellEnd"/>
      <w:r>
        <w:t xml:space="preserve"> in de AV. Als </w:t>
      </w:r>
      <w:proofErr w:type="spellStart"/>
      <w:r>
        <w:t>jullie</w:t>
      </w:r>
      <w:proofErr w:type="spellEnd"/>
      <w:r>
        <w:t xml:space="preserve"> die </w:t>
      </w:r>
      <w:proofErr w:type="spellStart"/>
      <w:r>
        <w:t>mogelijkheid</w:t>
      </w:r>
      <w:proofErr w:type="spellEnd"/>
      <w:r>
        <w:t xml:space="preserve"> per mail </w:t>
      </w:r>
      <w:proofErr w:type="spellStart"/>
      <w:r>
        <w:t>ook</w:t>
      </w:r>
      <w:proofErr w:type="spellEnd"/>
      <w:r>
        <w:t xml:space="preserve"> </w:t>
      </w:r>
      <w:proofErr w:type="spellStart"/>
      <w:r>
        <w:t>niet</w:t>
      </w:r>
      <w:proofErr w:type="spellEnd"/>
      <w:r>
        <w:t xml:space="preserve"> </w:t>
      </w:r>
      <w:proofErr w:type="spellStart"/>
      <w:r>
        <w:t>willen</w:t>
      </w:r>
      <w:proofErr w:type="spellEnd"/>
      <w:r>
        <w:t xml:space="preserve">, </w:t>
      </w:r>
      <w:proofErr w:type="spellStart"/>
      <w:r>
        <w:t>zal</w:t>
      </w:r>
      <w:proofErr w:type="spellEnd"/>
      <w:r>
        <w:t xml:space="preserve"> </w:t>
      </w:r>
      <w:proofErr w:type="spellStart"/>
      <w:r>
        <w:t>ik</w:t>
      </w:r>
      <w:proofErr w:type="spellEnd"/>
      <w:r>
        <w:t xml:space="preserve"> de </w:t>
      </w:r>
      <w:proofErr w:type="spellStart"/>
      <w:r>
        <w:t>resterende</w:t>
      </w:r>
      <w:proofErr w:type="spellEnd"/>
      <w:r>
        <w:t xml:space="preserve"> </w:t>
      </w:r>
      <w:proofErr w:type="spellStart"/>
      <w:r>
        <w:t>teksten</w:t>
      </w:r>
      <w:proofErr w:type="spellEnd"/>
      <w:r>
        <w:t xml:space="preserve"> </w:t>
      </w:r>
      <w:proofErr w:type="spellStart"/>
      <w:r>
        <w:t>aanpassen</w:t>
      </w:r>
      <w:proofErr w:type="spellEnd"/>
      <w:r>
        <w:t xml:space="preserve">. </w:t>
      </w:r>
    </w:p>
  </w:comment>
  <w:comment w:id="6" w:author="Lisa Harteveld" w:date="2026-07-23T17:18:00Z" w:initials="LH">
    <w:p w14:paraId="1877BE96" w14:textId="7336E28B" w:rsidR="00BE3FDE" w:rsidRDefault="00BE3FDE">
      <w:pPr>
        <w:pStyle w:val="Tekstopmerking"/>
      </w:pPr>
      <w:r>
        <w:rPr>
          <w:rStyle w:val="Verwijzingopmerking"/>
        </w:rPr>
        <w:annotationRef/>
      </w:r>
      <w:r>
        <w:t xml:space="preserve">Hoe </w:t>
      </w:r>
      <w:proofErr w:type="spellStart"/>
      <w:r>
        <w:t>kunnen</w:t>
      </w:r>
      <w:proofErr w:type="spellEnd"/>
      <w:r>
        <w:t xml:space="preserve"> </w:t>
      </w:r>
      <w:proofErr w:type="spellStart"/>
      <w:r>
        <w:t>jullie</w:t>
      </w:r>
      <w:proofErr w:type="spellEnd"/>
      <w:r>
        <w:t xml:space="preserve"> </w:t>
      </w:r>
      <w:proofErr w:type="spellStart"/>
      <w:r>
        <w:t>technisch</w:t>
      </w:r>
      <w:proofErr w:type="spellEnd"/>
      <w:r>
        <w:t xml:space="preserve"> </w:t>
      </w:r>
      <w:proofErr w:type="spellStart"/>
      <w:r>
        <w:t>en</w:t>
      </w:r>
      <w:proofErr w:type="spellEnd"/>
      <w:r>
        <w:t xml:space="preserve"> </w:t>
      </w:r>
      <w:proofErr w:type="spellStart"/>
      <w:r>
        <w:t>organisatorisch</w:t>
      </w:r>
      <w:proofErr w:type="spellEnd"/>
      <w:r w:rsidR="005A27DA">
        <w:t xml:space="preserve"> </w:t>
      </w:r>
      <w:proofErr w:type="spellStart"/>
      <w:r>
        <w:t>privéberichten</w:t>
      </w:r>
      <w:proofErr w:type="spellEnd"/>
      <w:r>
        <w:t xml:space="preserve"> </w:t>
      </w:r>
      <w:proofErr w:type="spellStart"/>
      <w:r>
        <w:t>inzien</w:t>
      </w:r>
      <w:proofErr w:type="spellEnd"/>
      <w:r>
        <w:t>?</w:t>
      </w:r>
    </w:p>
  </w:comment>
  <w:comment w:id="7" w:author="Info | BeOurGuestEvents.nl" w:date="2026-08-05T09:24:00Z" w:initials="I">
    <w:p w14:paraId="015D784E" w14:textId="77777777" w:rsidR="00957A94" w:rsidRDefault="00957A94" w:rsidP="00957A94">
      <w:pPr>
        <w:pStyle w:val="Tekstopmerking"/>
      </w:pPr>
      <w:r>
        <w:rPr>
          <w:rStyle w:val="Verwijzingopmerking"/>
        </w:rPr>
        <w:annotationRef/>
      </w:r>
      <w:proofErr w:type="spellStart"/>
      <w:r>
        <w:t>Dit</w:t>
      </w:r>
      <w:proofErr w:type="spellEnd"/>
      <w:r>
        <w:t xml:space="preserve"> </w:t>
      </w:r>
      <w:proofErr w:type="spellStart"/>
      <w:r>
        <w:t>kan</w:t>
      </w:r>
      <w:proofErr w:type="spellEnd"/>
      <w:r>
        <w:t xml:space="preserve"> </w:t>
      </w:r>
      <w:proofErr w:type="spellStart"/>
      <w:r>
        <w:t>alleen</w:t>
      </w:r>
      <w:proofErr w:type="spellEnd"/>
      <w:r>
        <w:t xml:space="preserve"> </w:t>
      </w:r>
      <w:proofErr w:type="spellStart"/>
      <w:r>
        <w:t>ik</w:t>
      </w:r>
      <w:proofErr w:type="spellEnd"/>
      <w:r>
        <w:t xml:space="preserve"> </w:t>
      </w:r>
      <w:proofErr w:type="spellStart"/>
      <w:r>
        <w:t>en</w:t>
      </w:r>
      <w:proofErr w:type="spellEnd"/>
      <w:r>
        <w:t xml:space="preserve"> de </w:t>
      </w:r>
      <w:proofErr w:type="spellStart"/>
      <w:r>
        <w:t>webbouwer</w:t>
      </w:r>
      <w:proofErr w:type="spellEnd"/>
      <w:r>
        <w:t xml:space="preserve"> </w:t>
      </w:r>
      <w:proofErr w:type="spellStart"/>
      <w:r>
        <w:t>tevens</w:t>
      </w:r>
      <w:proofErr w:type="spellEnd"/>
      <w:r>
        <w:t xml:space="preserve"> </w:t>
      </w:r>
      <w:proofErr w:type="spellStart"/>
      <w:r>
        <w:t>beheerder</w:t>
      </w:r>
      <w:proofErr w:type="spellEnd"/>
      <w:r>
        <w:t xml:space="preserve"> van de site </w:t>
      </w:r>
      <w:proofErr w:type="spellStart"/>
      <w:r>
        <w:t>en</w:t>
      </w:r>
      <w:proofErr w:type="spellEnd"/>
      <w:r>
        <w:t xml:space="preserve"> community </w:t>
      </w:r>
      <w:proofErr w:type="spellStart"/>
      <w:r>
        <w:t>en</w:t>
      </w:r>
      <w:proofErr w:type="spellEnd"/>
      <w:r>
        <w:t xml:space="preserve"> hosting. </w:t>
      </w:r>
      <w:proofErr w:type="spellStart"/>
      <w:r>
        <w:t>Omdat</w:t>
      </w:r>
      <w:proofErr w:type="spellEnd"/>
      <w:r>
        <w:t xml:space="preserve"> </w:t>
      </w:r>
      <w:proofErr w:type="spellStart"/>
      <w:r>
        <w:t>wij</w:t>
      </w:r>
      <w:proofErr w:type="spellEnd"/>
      <w:r>
        <w:t xml:space="preserve"> ‘super manager” </w:t>
      </w:r>
      <w:proofErr w:type="spellStart"/>
      <w:r>
        <w:t>rechten</w:t>
      </w:r>
      <w:proofErr w:type="spellEnd"/>
      <w:r>
        <w:t xml:space="preserve"> </w:t>
      </w:r>
      <w:proofErr w:type="spellStart"/>
      <w:r>
        <w:t>hebben</w:t>
      </w:r>
      <w:proofErr w:type="spellEnd"/>
      <w:r>
        <w:t xml:space="preserve"> in de backend van de community </w:t>
      </w:r>
      <w:proofErr w:type="spellStart"/>
      <w:r>
        <w:t>kunnen</w:t>
      </w:r>
      <w:proofErr w:type="spellEnd"/>
      <w:r>
        <w:t xml:space="preserve"> </w:t>
      </w:r>
      <w:proofErr w:type="spellStart"/>
      <w:r>
        <w:t>wij</w:t>
      </w:r>
      <w:proofErr w:type="spellEnd"/>
      <w:r>
        <w:t xml:space="preserve"> </w:t>
      </w:r>
      <w:proofErr w:type="spellStart"/>
      <w:r>
        <w:t>meer</w:t>
      </w:r>
      <w:proofErr w:type="spellEnd"/>
      <w:r>
        <w:t xml:space="preserve"> </w:t>
      </w:r>
      <w:proofErr w:type="spellStart"/>
      <w:r>
        <w:t>informatie</w:t>
      </w:r>
      <w:proofErr w:type="spellEnd"/>
      <w:r>
        <w:t xml:space="preserve"> </w:t>
      </w:r>
      <w:proofErr w:type="spellStart"/>
      <w:r>
        <w:t>inzien</w:t>
      </w:r>
      <w:proofErr w:type="spellEnd"/>
      <w:r>
        <w:t xml:space="preserve"> </w:t>
      </w:r>
      <w:proofErr w:type="spellStart"/>
      <w:r>
        <w:t>en</w:t>
      </w:r>
      <w:proofErr w:type="spellEnd"/>
      <w:r>
        <w:t xml:space="preserve"> </w:t>
      </w:r>
      <w:proofErr w:type="spellStart"/>
      <w:r>
        <w:t>toepassen</w:t>
      </w:r>
      <w:proofErr w:type="spellEnd"/>
      <w:r>
        <w:t xml:space="preserve">. </w:t>
      </w:r>
    </w:p>
  </w:comment>
  <w:comment w:id="8" w:author="Lisa Harteveld" w:date="2026-07-23T17:35:00Z" w:initials="LH">
    <w:p w14:paraId="0C4E75E8" w14:textId="4DC24F76" w:rsidR="002541A4" w:rsidRDefault="00096F84" w:rsidP="002541A4">
      <w:pPr>
        <w:pStyle w:val="Tekstopmerking"/>
        <w:rPr>
          <w:rFonts w:eastAsia="Times New Roman" w:cs="Calibri"/>
          <w:color w:val="222222"/>
          <w:sz w:val="24"/>
          <w:szCs w:val="24"/>
          <w:lang w:val="es-ES" w:eastAsia="nl-NL"/>
        </w:rPr>
      </w:pPr>
      <w:r>
        <w:rPr>
          <w:rStyle w:val="Verwijzingopmerking"/>
        </w:rPr>
        <w:annotationRef/>
      </w:r>
      <w:proofErr w:type="spellStart"/>
      <w:r>
        <w:t>Ik</w:t>
      </w:r>
      <w:proofErr w:type="spellEnd"/>
      <w:r>
        <w:t xml:space="preserve"> </w:t>
      </w:r>
      <w:proofErr w:type="spellStart"/>
      <w:r>
        <w:t>heb</w:t>
      </w:r>
      <w:proofErr w:type="spellEnd"/>
      <w:r>
        <w:t xml:space="preserve"> de </w:t>
      </w:r>
      <w:proofErr w:type="spellStart"/>
      <w:r>
        <w:t>verstrekte</w:t>
      </w:r>
      <w:proofErr w:type="spellEnd"/>
      <w:r>
        <w:t xml:space="preserve"> </w:t>
      </w:r>
      <w:proofErr w:type="spellStart"/>
      <w:r>
        <w:t>gegevens</w:t>
      </w:r>
      <w:proofErr w:type="spellEnd"/>
      <w:r>
        <w:t xml:space="preserve"> zo </w:t>
      </w:r>
      <w:proofErr w:type="spellStart"/>
      <w:r>
        <w:t>goed</w:t>
      </w:r>
      <w:proofErr w:type="spellEnd"/>
      <w:r>
        <w:t xml:space="preserve"> </w:t>
      </w:r>
      <w:proofErr w:type="spellStart"/>
      <w:r>
        <w:t>mogelijk</w:t>
      </w:r>
      <w:proofErr w:type="spellEnd"/>
      <w:r>
        <w:t xml:space="preserve"> </w:t>
      </w:r>
      <w:proofErr w:type="spellStart"/>
      <w:r>
        <w:t>verwerkt</w:t>
      </w:r>
      <w:proofErr w:type="spellEnd"/>
      <w:r>
        <w:t xml:space="preserve"> in </w:t>
      </w:r>
      <w:proofErr w:type="spellStart"/>
      <w:r>
        <w:t>onderstaande</w:t>
      </w:r>
      <w:proofErr w:type="spellEnd"/>
      <w:r>
        <w:t xml:space="preserve"> </w:t>
      </w:r>
      <w:proofErr w:type="spellStart"/>
      <w:r>
        <w:t>lijst</w:t>
      </w:r>
      <w:proofErr w:type="spellEnd"/>
      <w:r>
        <w:t xml:space="preserve">, maar </w:t>
      </w:r>
      <w:proofErr w:type="spellStart"/>
      <w:r>
        <w:t>dit</w:t>
      </w:r>
      <w:proofErr w:type="spellEnd"/>
      <w:r>
        <w:t xml:space="preserve"> </w:t>
      </w:r>
      <w:proofErr w:type="spellStart"/>
      <w:r>
        <w:t>klopt</w:t>
      </w:r>
      <w:proofErr w:type="spellEnd"/>
      <w:r>
        <w:t xml:space="preserve"> </w:t>
      </w:r>
      <w:proofErr w:type="spellStart"/>
      <w:r>
        <w:t>wellicht</w:t>
      </w:r>
      <w:proofErr w:type="spellEnd"/>
      <w:r>
        <w:t xml:space="preserve"> </w:t>
      </w:r>
      <w:proofErr w:type="spellStart"/>
      <w:r>
        <w:t>nog</w:t>
      </w:r>
      <w:proofErr w:type="spellEnd"/>
      <w:r>
        <w:t xml:space="preserve"> </w:t>
      </w:r>
      <w:proofErr w:type="spellStart"/>
      <w:r>
        <w:t>niet</w:t>
      </w:r>
      <w:proofErr w:type="spellEnd"/>
      <w:r>
        <w:t xml:space="preserve"> </w:t>
      </w:r>
      <w:proofErr w:type="spellStart"/>
      <w:r>
        <w:t>helemaal</w:t>
      </w:r>
      <w:proofErr w:type="spellEnd"/>
      <w:r>
        <w:t xml:space="preserve">. </w:t>
      </w:r>
      <w:proofErr w:type="spellStart"/>
      <w:r>
        <w:t>Kunnen</w:t>
      </w:r>
      <w:proofErr w:type="spellEnd"/>
      <w:r>
        <w:t xml:space="preserve"> </w:t>
      </w:r>
      <w:proofErr w:type="spellStart"/>
      <w:r>
        <w:t>jullie</w:t>
      </w:r>
      <w:proofErr w:type="spellEnd"/>
      <w:r>
        <w:t xml:space="preserve"> me laten </w:t>
      </w:r>
      <w:proofErr w:type="spellStart"/>
      <w:r>
        <w:t>weten</w:t>
      </w:r>
      <w:proofErr w:type="spellEnd"/>
      <w:r>
        <w:t xml:space="preserve"> wat </w:t>
      </w:r>
      <w:proofErr w:type="spellStart"/>
      <w:r>
        <w:t>nog</w:t>
      </w:r>
      <w:proofErr w:type="spellEnd"/>
      <w:r>
        <w:t xml:space="preserve"> incorrect is? </w:t>
      </w:r>
    </w:p>
    <w:p w14:paraId="66694F07" w14:textId="77777777" w:rsidR="002541A4" w:rsidRPr="00B377F2" w:rsidRDefault="002541A4" w:rsidP="002541A4">
      <w:pPr>
        <w:pStyle w:val="Tekstopmerking"/>
      </w:pPr>
    </w:p>
    <w:p w14:paraId="25F9FFD2" w14:textId="405BBE3E" w:rsidR="002541A4" w:rsidRPr="002541A4" w:rsidRDefault="002541A4" w:rsidP="002541A4">
      <w:pPr>
        <w:pStyle w:val="Tekstopmerking"/>
      </w:pPr>
      <w:proofErr w:type="spellStart"/>
      <w:r w:rsidRPr="00B377F2">
        <w:t>Indien</w:t>
      </w:r>
      <w:proofErr w:type="spellEnd"/>
      <w:r w:rsidRPr="00B377F2">
        <w:t xml:space="preserve"> </w:t>
      </w:r>
      <w:r w:rsidRPr="002541A4">
        <w:t>WordPress</w:t>
      </w:r>
      <w:r w:rsidRPr="00B377F2">
        <w:t xml:space="preserve">, </w:t>
      </w:r>
      <w:proofErr w:type="spellStart"/>
      <w:r w:rsidRPr="002541A4">
        <w:t>BuddyBoss</w:t>
      </w:r>
      <w:proofErr w:type="spellEnd"/>
      <w:r w:rsidRPr="002541A4">
        <w:t>/</w:t>
      </w:r>
      <w:proofErr w:type="spellStart"/>
      <w:r w:rsidRPr="002541A4">
        <w:t>BuddyBoss</w:t>
      </w:r>
      <w:proofErr w:type="spellEnd"/>
      <w:r w:rsidRPr="002541A4">
        <w:t xml:space="preserve"> Platform Pro</w:t>
      </w:r>
    </w:p>
    <w:p w14:paraId="3086BCB2" w14:textId="707ACABA" w:rsidR="00363441" w:rsidRPr="00DB7570" w:rsidRDefault="002541A4" w:rsidP="00B377F2">
      <w:pPr>
        <w:pStyle w:val="Tekstopmerking"/>
      </w:pPr>
      <w:proofErr w:type="spellStart"/>
      <w:r w:rsidRPr="00B377F2">
        <w:t>en</w:t>
      </w:r>
      <w:proofErr w:type="spellEnd"/>
      <w:r w:rsidRPr="00B377F2">
        <w:t xml:space="preserve"> </w:t>
      </w:r>
      <w:r w:rsidRPr="002541A4">
        <w:t>WooCommerce/WooCommerce Subscriptions</w:t>
      </w:r>
      <w:r w:rsidRPr="00B377F2">
        <w:t xml:space="preserve"> </w:t>
      </w:r>
      <w:proofErr w:type="spellStart"/>
      <w:r w:rsidRPr="00B377F2">
        <w:t>volledig</w:t>
      </w:r>
      <w:proofErr w:type="spellEnd"/>
      <w:r w:rsidRPr="00B377F2">
        <w:t xml:space="preserve"> op </w:t>
      </w:r>
      <w:r w:rsidRPr="002541A4">
        <w:t xml:space="preserve">Marquees eigen VPS </w:t>
      </w:r>
      <w:proofErr w:type="spellStart"/>
      <w:r w:rsidRPr="002541A4">
        <w:t>draait</w:t>
      </w:r>
      <w:proofErr w:type="spellEnd"/>
      <w:r w:rsidR="00B377F2" w:rsidRPr="00B377F2">
        <w:t xml:space="preserve"> </w:t>
      </w:r>
      <w:proofErr w:type="spellStart"/>
      <w:r w:rsidR="00B377F2" w:rsidRPr="00B377F2">
        <w:t>hoeven</w:t>
      </w:r>
      <w:proofErr w:type="spellEnd"/>
      <w:r w:rsidR="00B377F2" w:rsidRPr="00B377F2">
        <w:t xml:space="preserve"> </w:t>
      </w:r>
      <w:proofErr w:type="spellStart"/>
      <w:r w:rsidR="00B377F2" w:rsidRPr="00B377F2">
        <w:t>deze</w:t>
      </w:r>
      <w:proofErr w:type="spellEnd"/>
      <w:r w:rsidR="00B377F2" w:rsidRPr="00B377F2">
        <w:t xml:space="preserve"> </w:t>
      </w:r>
      <w:proofErr w:type="spellStart"/>
      <w:r w:rsidR="00B377F2" w:rsidRPr="00B377F2">
        <w:t>partijen</w:t>
      </w:r>
      <w:proofErr w:type="spellEnd"/>
      <w:r w:rsidR="00B377F2" w:rsidRPr="00B377F2">
        <w:t xml:space="preserve"> </w:t>
      </w:r>
      <w:proofErr w:type="spellStart"/>
      <w:r w:rsidR="00B377F2" w:rsidRPr="00B377F2">
        <w:t>niet</w:t>
      </w:r>
      <w:proofErr w:type="spellEnd"/>
      <w:r w:rsidR="00B377F2" w:rsidRPr="00B377F2">
        <w:t xml:space="preserve"> </w:t>
      </w:r>
      <w:proofErr w:type="spellStart"/>
      <w:r w:rsidR="00B377F2" w:rsidRPr="00B377F2">
        <w:t>genoemd</w:t>
      </w:r>
      <w:proofErr w:type="spellEnd"/>
      <w:r w:rsidR="00B377F2" w:rsidRPr="00B377F2">
        <w:t xml:space="preserve"> </w:t>
      </w:r>
      <w:proofErr w:type="spellStart"/>
      <w:r w:rsidR="00B377F2" w:rsidRPr="00B377F2">
        <w:t>te</w:t>
      </w:r>
      <w:proofErr w:type="spellEnd"/>
      <w:r w:rsidR="00B377F2" w:rsidRPr="00B377F2">
        <w:t xml:space="preserve"> </w:t>
      </w:r>
      <w:proofErr w:type="spellStart"/>
      <w:r w:rsidR="00B377F2" w:rsidRPr="00B377F2">
        <w:t>worden</w:t>
      </w:r>
      <w:proofErr w:type="spellEnd"/>
      <w:r w:rsidR="00B377F2" w:rsidRPr="00B377F2">
        <w:t xml:space="preserve"> in de </w:t>
      </w:r>
      <w:proofErr w:type="spellStart"/>
      <w:r w:rsidR="00B377F2" w:rsidRPr="00B377F2">
        <w:t>privacyverklaring</w:t>
      </w:r>
      <w:proofErr w:type="spellEnd"/>
      <w:r w:rsidR="00B377F2" w:rsidRPr="00B377F2">
        <w:t xml:space="preserve">, </w:t>
      </w:r>
      <w:proofErr w:type="spellStart"/>
      <w:r w:rsidR="00B377F2" w:rsidRPr="00B377F2">
        <w:t>tenzij</w:t>
      </w:r>
      <w:proofErr w:type="spellEnd"/>
      <w:r w:rsidR="00B377F2" w:rsidRPr="00B377F2">
        <w:t xml:space="preserve"> </w:t>
      </w:r>
      <w:proofErr w:type="spellStart"/>
      <w:r w:rsidR="00B377F2" w:rsidRPr="00B377F2">
        <w:t>zij</w:t>
      </w:r>
      <w:proofErr w:type="spellEnd"/>
      <w:r w:rsidR="00B377F2" w:rsidRPr="00B377F2">
        <w:t xml:space="preserve"> </w:t>
      </w:r>
      <w:proofErr w:type="spellStart"/>
      <w:r w:rsidR="00B377F2" w:rsidRPr="00B377F2">
        <w:t>wel</w:t>
      </w:r>
      <w:proofErr w:type="spellEnd"/>
      <w:r w:rsidR="00B377F2" w:rsidRPr="00B377F2">
        <w:t xml:space="preserve"> </w:t>
      </w:r>
      <w:proofErr w:type="spellStart"/>
      <w:r w:rsidR="00B377F2" w:rsidRPr="00B377F2">
        <w:t>gegevens</w:t>
      </w:r>
      <w:proofErr w:type="spellEnd"/>
      <w:r w:rsidR="00B377F2" w:rsidRPr="00B377F2">
        <w:t xml:space="preserve"> </w:t>
      </w:r>
      <w:proofErr w:type="spellStart"/>
      <w:r w:rsidR="00B377F2" w:rsidRPr="00B377F2">
        <w:t>ontvangen</w:t>
      </w:r>
      <w:proofErr w:type="spellEnd"/>
      <w:r w:rsidR="00B377F2" w:rsidRPr="00B377F2">
        <w:t xml:space="preserve">, </w:t>
      </w:r>
      <w:proofErr w:type="spellStart"/>
      <w:r w:rsidR="00B377F2" w:rsidRPr="00B377F2">
        <w:t>bijvoorbeeld</w:t>
      </w:r>
      <w:proofErr w:type="spellEnd"/>
      <w:r w:rsidR="00B377F2" w:rsidRPr="00B377F2">
        <w:t xml:space="preserve"> via </w:t>
      </w:r>
      <w:proofErr w:type="spellStart"/>
      <w:r w:rsidR="00B377F2" w:rsidRPr="00B377F2">
        <w:t>licentiecontrole</w:t>
      </w:r>
      <w:proofErr w:type="spellEnd"/>
      <w:r w:rsidR="00B377F2" w:rsidRPr="00B377F2">
        <w:t xml:space="preserve">, </w:t>
      </w:r>
      <w:proofErr w:type="spellStart"/>
      <w:r w:rsidR="00B377F2" w:rsidRPr="00B377F2">
        <w:t>gebruiksstatistieken</w:t>
      </w:r>
      <w:proofErr w:type="spellEnd"/>
      <w:r w:rsidR="00B377F2" w:rsidRPr="00B377F2">
        <w:t xml:space="preserve">, </w:t>
      </w:r>
      <w:proofErr w:type="spellStart"/>
      <w:r w:rsidR="00B377F2" w:rsidRPr="00B377F2">
        <w:t>cloudkoppelingen</w:t>
      </w:r>
      <w:proofErr w:type="spellEnd"/>
      <w:r w:rsidR="00B377F2" w:rsidRPr="00B377F2">
        <w:t xml:space="preserve">, updates, </w:t>
      </w:r>
      <w:proofErr w:type="spellStart"/>
      <w:r w:rsidR="00B377F2" w:rsidRPr="00B377F2">
        <w:t>foutdiagnostiek</w:t>
      </w:r>
      <w:proofErr w:type="spellEnd"/>
      <w:r w:rsidR="00B377F2" w:rsidRPr="00B377F2">
        <w:t xml:space="preserve"> of support. </w:t>
      </w:r>
      <w:proofErr w:type="spellStart"/>
      <w:r w:rsidR="00B377F2" w:rsidRPr="00B377F2">
        <w:t>Deze</w:t>
      </w:r>
      <w:proofErr w:type="spellEnd"/>
      <w:r w:rsidR="00B377F2" w:rsidRPr="00B377F2">
        <w:t xml:space="preserve"> </w:t>
      </w:r>
      <w:proofErr w:type="spellStart"/>
      <w:r w:rsidR="00B377F2" w:rsidRPr="00B377F2">
        <w:t>partijen</w:t>
      </w:r>
      <w:proofErr w:type="spellEnd"/>
      <w:r w:rsidR="00B377F2" w:rsidRPr="00B377F2">
        <w:t xml:space="preserve"> </w:t>
      </w:r>
      <w:proofErr w:type="spellStart"/>
      <w:r w:rsidR="00B377F2" w:rsidRPr="00B377F2">
        <w:t>moeten</w:t>
      </w:r>
      <w:proofErr w:type="spellEnd"/>
      <w:r w:rsidR="000E4E79">
        <w:t xml:space="preserve"> in </w:t>
      </w:r>
      <w:proofErr w:type="spellStart"/>
      <w:r w:rsidR="000E4E79">
        <w:t>ieder</w:t>
      </w:r>
      <w:proofErr w:type="spellEnd"/>
      <w:r w:rsidR="000E4E79">
        <w:t xml:space="preserve"> </w:t>
      </w:r>
      <w:proofErr w:type="spellStart"/>
      <w:r w:rsidR="000E4E79">
        <w:t>geval</w:t>
      </w:r>
      <w:proofErr w:type="spellEnd"/>
      <w:r w:rsidR="000E4E79">
        <w:t xml:space="preserve"> </w:t>
      </w:r>
      <w:proofErr w:type="spellStart"/>
      <w:r w:rsidR="00B377F2" w:rsidRPr="00B377F2">
        <w:t>wel</w:t>
      </w:r>
      <w:proofErr w:type="spellEnd"/>
      <w:r w:rsidR="00B377F2" w:rsidRPr="00B377F2">
        <w:t xml:space="preserve"> </w:t>
      </w:r>
      <w:proofErr w:type="spellStart"/>
      <w:r w:rsidR="00B377F2" w:rsidRPr="00B377F2">
        <w:t>genoemd</w:t>
      </w:r>
      <w:proofErr w:type="spellEnd"/>
      <w:r w:rsidR="00B377F2" w:rsidRPr="00B377F2">
        <w:t xml:space="preserve"> </w:t>
      </w:r>
      <w:proofErr w:type="spellStart"/>
      <w:r w:rsidR="00B377F2" w:rsidRPr="00B377F2">
        <w:t>worden</w:t>
      </w:r>
      <w:proofErr w:type="spellEnd"/>
      <w:r w:rsidR="00B377F2" w:rsidRPr="00B377F2">
        <w:t xml:space="preserve"> in </w:t>
      </w:r>
      <w:proofErr w:type="spellStart"/>
      <w:r w:rsidR="00B377F2" w:rsidRPr="00B377F2">
        <w:t>een</w:t>
      </w:r>
      <w:proofErr w:type="spellEnd"/>
      <w:r w:rsidR="00B377F2" w:rsidRPr="00B377F2">
        <w:t xml:space="preserve"> intern </w:t>
      </w:r>
      <w:proofErr w:type="spellStart"/>
      <w:r w:rsidR="00B377F2" w:rsidRPr="00B377F2">
        <w:t>verwerkingsregister</w:t>
      </w:r>
      <w:proofErr w:type="spellEnd"/>
      <w:r w:rsidR="00B377F2" w:rsidRPr="00B377F2">
        <w:t xml:space="preserve"> (</w:t>
      </w:r>
      <w:proofErr w:type="spellStart"/>
      <w:r w:rsidR="00B377F2" w:rsidRPr="00B377F2">
        <w:t>zie</w:t>
      </w:r>
      <w:proofErr w:type="spellEnd"/>
      <w:r w:rsidR="00B377F2" w:rsidRPr="00B377F2">
        <w:t xml:space="preserve"> mail</w:t>
      </w:r>
      <w:r w:rsidR="000E4E79">
        <w:t xml:space="preserve"> over </w:t>
      </w:r>
      <w:proofErr w:type="spellStart"/>
      <w:r w:rsidR="00F911B5">
        <w:t>vereisten</w:t>
      </w:r>
      <w:proofErr w:type="spellEnd"/>
      <w:r w:rsidR="00F911B5">
        <w:t xml:space="preserve"> </w:t>
      </w:r>
      <w:proofErr w:type="spellStart"/>
      <w:r w:rsidR="00F911B5">
        <w:t>voor</w:t>
      </w:r>
      <w:proofErr w:type="spellEnd"/>
      <w:r w:rsidR="00F911B5">
        <w:t xml:space="preserve"> </w:t>
      </w:r>
      <w:r w:rsidR="000E4E79">
        <w:t>AVG</w:t>
      </w:r>
      <w:r w:rsidR="00B377F2" w:rsidRPr="00B377F2">
        <w:t>).</w:t>
      </w:r>
      <w:r w:rsidR="00B377F2" w:rsidRPr="00DB7570">
        <w:t xml:space="preserve"> </w:t>
      </w:r>
    </w:p>
    <w:p w14:paraId="2842625E" w14:textId="77777777" w:rsidR="00373F77" w:rsidRPr="00DB7570" w:rsidRDefault="00373F77" w:rsidP="00B377F2">
      <w:pPr>
        <w:pStyle w:val="Tekstopmerking"/>
      </w:pPr>
    </w:p>
    <w:p w14:paraId="2EA6CF54" w14:textId="31C03D21" w:rsidR="00373F77" w:rsidRPr="00DB7570" w:rsidRDefault="00373F77" w:rsidP="00B377F2">
      <w:pPr>
        <w:pStyle w:val="Tekstopmerking"/>
      </w:pPr>
      <w:proofErr w:type="spellStart"/>
      <w:r w:rsidRPr="00DB7570">
        <w:t>Hetzelfde</w:t>
      </w:r>
      <w:proofErr w:type="spellEnd"/>
      <w:r w:rsidRPr="00DB7570">
        <w:t xml:space="preserve"> </w:t>
      </w:r>
      <w:proofErr w:type="spellStart"/>
      <w:r w:rsidRPr="00DB7570">
        <w:t>geldt</w:t>
      </w:r>
      <w:proofErr w:type="spellEnd"/>
      <w:r w:rsidRPr="00DB7570">
        <w:t xml:space="preserve"> </w:t>
      </w:r>
      <w:proofErr w:type="spellStart"/>
      <w:r w:rsidRPr="00DB7570">
        <w:t>voor</w:t>
      </w:r>
      <w:proofErr w:type="spellEnd"/>
      <w:r w:rsidRPr="00DB7570">
        <w:t xml:space="preserve"> de </w:t>
      </w:r>
      <w:proofErr w:type="spellStart"/>
      <w:r w:rsidRPr="00DB7570">
        <w:t>softwareproducten</w:t>
      </w:r>
      <w:proofErr w:type="spellEnd"/>
      <w:r w:rsidRPr="00DB7570">
        <w:t xml:space="preserve"> </w:t>
      </w:r>
      <w:r>
        <w:t xml:space="preserve">Gravity Forms, Beaver Builder, ACF Pro, WP Rocket, WP Mail SMTP </w:t>
      </w:r>
      <w:proofErr w:type="spellStart"/>
      <w:r>
        <w:t>en</w:t>
      </w:r>
      <w:proofErr w:type="spellEnd"/>
      <w:r>
        <w:t xml:space="preserve"> </w:t>
      </w:r>
      <w:proofErr w:type="spellStart"/>
      <w:r>
        <w:t>ManageWP</w:t>
      </w:r>
      <w:proofErr w:type="spellEnd"/>
      <w:r>
        <w:t xml:space="preserve"> Worker.</w:t>
      </w:r>
    </w:p>
    <w:p w14:paraId="5418AD8B" w14:textId="7640E191" w:rsidR="00363441" w:rsidRPr="00096F84" w:rsidRDefault="00363441">
      <w:pPr>
        <w:pStyle w:val="Tekstopmerking"/>
        <w:rPr>
          <w:lang w:val="es-ES"/>
        </w:rPr>
      </w:pPr>
    </w:p>
  </w:comment>
  <w:comment w:id="9" w:author="Info | BeOurGuestEvents.nl" w:date="2026-08-05T09:37:00Z" w:initials="I">
    <w:p w14:paraId="091AF4C0" w14:textId="77777777" w:rsidR="00FE4DB9" w:rsidRDefault="00FE4DB9" w:rsidP="00FE4DB9">
      <w:pPr>
        <w:pStyle w:val="Tekstopmerking"/>
      </w:pPr>
      <w:r>
        <w:rPr>
          <w:rStyle w:val="Verwijzingopmerking"/>
        </w:rPr>
        <w:annotationRef/>
      </w:r>
      <w:proofErr w:type="spellStart"/>
      <w:r>
        <w:t>Oké</w:t>
      </w:r>
      <w:proofErr w:type="spellEnd"/>
      <w:r>
        <w:t xml:space="preserve">, </w:t>
      </w:r>
      <w:proofErr w:type="spellStart"/>
      <w:r>
        <w:t>ik</w:t>
      </w:r>
      <w:proofErr w:type="spellEnd"/>
      <w:r>
        <w:t xml:space="preserve"> leg </w:t>
      </w:r>
      <w:proofErr w:type="spellStart"/>
      <w:r>
        <w:t>dit</w:t>
      </w:r>
      <w:proofErr w:type="spellEnd"/>
      <w:r>
        <w:t xml:space="preserve"> </w:t>
      </w:r>
      <w:proofErr w:type="spellStart"/>
      <w:r>
        <w:t>voor</w:t>
      </w:r>
      <w:proofErr w:type="spellEnd"/>
      <w:r>
        <w:t xml:space="preserve"> </w:t>
      </w:r>
      <w:proofErr w:type="spellStart"/>
      <w:r>
        <w:t>bij</w:t>
      </w:r>
      <w:proofErr w:type="spellEnd"/>
      <w:r>
        <w:t xml:space="preserve"> </w:t>
      </w:r>
      <w:proofErr w:type="spellStart"/>
      <w:r>
        <w:t>mijn</w:t>
      </w:r>
      <w:proofErr w:type="spellEnd"/>
      <w:r>
        <w:t xml:space="preserve"> </w:t>
      </w:r>
      <w:proofErr w:type="spellStart"/>
      <w:r>
        <w:t>webbouwer</w:t>
      </w:r>
      <w:proofErr w:type="spellEnd"/>
      <w:r>
        <w:t>.</w:t>
      </w:r>
    </w:p>
  </w:comment>
  <w:comment w:id="10" w:author="Lisa Harteveld" w:date="2026-08-25T15:22:00Z" w:initials="LH">
    <w:p w14:paraId="21ACC342" w14:textId="069880B8" w:rsidR="00E41B33" w:rsidRDefault="00E41B33">
      <w:pPr>
        <w:pStyle w:val="Tekstopmerking"/>
      </w:pPr>
      <w:r>
        <w:rPr>
          <w:rStyle w:val="Verwijzingopmerking"/>
        </w:rPr>
        <w:annotationRef/>
      </w:r>
      <w:r>
        <w:t xml:space="preserve">De </w:t>
      </w:r>
      <w:proofErr w:type="spellStart"/>
      <w:r>
        <w:t>volgende</w:t>
      </w:r>
      <w:proofErr w:type="spellEnd"/>
      <w:r>
        <w:t xml:space="preserve"> </w:t>
      </w:r>
      <w:proofErr w:type="spellStart"/>
      <w:r>
        <w:t>vragen</w:t>
      </w:r>
      <w:proofErr w:type="spellEnd"/>
      <w:r>
        <w:t xml:space="preserve"> </w:t>
      </w:r>
      <w:proofErr w:type="spellStart"/>
      <w:r>
        <w:t>zijn</w:t>
      </w:r>
      <w:proofErr w:type="spellEnd"/>
      <w:r>
        <w:t xml:space="preserve"> </w:t>
      </w:r>
      <w:proofErr w:type="spellStart"/>
      <w:r>
        <w:t>nog</w:t>
      </w:r>
      <w:proofErr w:type="spellEnd"/>
      <w:r>
        <w:t xml:space="preserve"> </w:t>
      </w:r>
      <w:proofErr w:type="spellStart"/>
      <w:r>
        <w:t>niet</w:t>
      </w:r>
      <w:proofErr w:type="spellEnd"/>
      <w:r>
        <w:t xml:space="preserve"> </w:t>
      </w:r>
      <w:proofErr w:type="spellStart"/>
      <w:r>
        <w:t>beantwoord</w:t>
      </w:r>
      <w:proofErr w:type="spellEnd"/>
      <w:r>
        <w:t>:</w:t>
      </w:r>
    </w:p>
    <w:p w14:paraId="2D255F3D" w14:textId="77777777" w:rsidR="006F2143" w:rsidRDefault="006148BF" w:rsidP="00E41B33">
      <w:pPr>
        <w:pStyle w:val="Tekstopmerking"/>
      </w:pPr>
      <w:r>
        <w:t>1.</w:t>
      </w:r>
      <w:r w:rsidR="00E41B33" w:rsidRPr="00E41B33">
        <w:t xml:space="preserve"> </w:t>
      </w:r>
      <w:proofErr w:type="spellStart"/>
      <w:r>
        <w:t>D</w:t>
      </w:r>
      <w:r w:rsidR="00E41B33">
        <w:t>raaien</w:t>
      </w:r>
      <w:proofErr w:type="spellEnd"/>
      <w:r w:rsidR="00E41B33">
        <w:t xml:space="preserve"> </w:t>
      </w:r>
      <w:r w:rsidR="00E41B33" w:rsidRPr="002541A4">
        <w:t>WordPress</w:t>
      </w:r>
      <w:r w:rsidR="00E41B33" w:rsidRPr="00B377F2">
        <w:t xml:space="preserve">, </w:t>
      </w:r>
      <w:proofErr w:type="spellStart"/>
      <w:r w:rsidR="00E41B33" w:rsidRPr="002541A4">
        <w:t>BuddyBoss</w:t>
      </w:r>
      <w:proofErr w:type="spellEnd"/>
      <w:r w:rsidR="00E41B33" w:rsidRPr="002541A4">
        <w:t>/</w:t>
      </w:r>
      <w:proofErr w:type="spellStart"/>
      <w:r w:rsidR="00E41B33" w:rsidRPr="002541A4">
        <w:t>BuddyBoss</w:t>
      </w:r>
      <w:proofErr w:type="spellEnd"/>
      <w:r w:rsidR="00E41B33" w:rsidRPr="002541A4">
        <w:t xml:space="preserve"> Platform Pro</w:t>
      </w:r>
      <w:r w:rsidR="00E41B33">
        <w:t xml:space="preserve"> </w:t>
      </w:r>
      <w:proofErr w:type="spellStart"/>
      <w:r w:rsidR="00E41B33" w:rsidRPr="00B377F2">
        <w:t>en</w:t>
      </w:r>
      <w:proofErr w:type="spellEnd"/>
      <w:r w:rsidR="00E41B33" w:rsidRPr="00B377F2">
        <w:t xml:space="preserve"> </w:t>
      </w:r>
      <w:r w:rsidR="00E41B33" w:rsidRPr="002541A4">
        <w:t>WooCommerce/WooCommerce Subscriptions</w:t>
      </w:r>
      <w:r w:rsidR="00E41B33" w:rsidRPr="00B377F2">
        <w:t xml:space="preserve"> </w:t>
      </w:r>
      <w:proofErr w:type="spellStart"/>
      <w:r w:rsidR="00E41B33" w:rsidRPr="00B377F2">
        <w:t>volledig</w:t>
      </w:r>
      <w:proofErr w:type="spellEnd"/>
      <w:r w:rsidR="00E41B33" w:rsidRPr="00B377F2">
        <w:t xml:space="preserve"> op </w:t>
      </w:r>
      <w:r w:rsidR="00E41B33" w:rsidRPr="002541A4">
        <w:t>Marquee</w:t>
      </w:r>
      <w:r w:rsidR="006F2143">
        <w:t>’</w:t>
      </w:r>
      <w:r w:rsidR="00E41B33" w:rsidRPr="002541A4">
        <w:t>s eigen VPS</w:t>
      </w:r>
      <w:r>
        <w:t xml:space="preserve">? </w:t>
      </w:r>
      <w:proofErr w:type="spellStart"/>
      <w:r w:rsidR="006F2143">
        <w:t>Ontvangen</w:t>
      </w:r>
      <w:proofErr w:type="spellEnd"/>
      <w:r w:rsidR="006F2143">
        <w:t xml:space="preserve"> WordPress/</w:t>
      </w:r>
      <w:proofErr w:type="spellStart"/>
      <w:r w:rsidR="006F2143">
        <w:t>Automattic</w:t>
      </w:r>
      <w:proofErr w:type="spellEnd"/>
      <w:r w:rsidR="006F2143">
        <w:t xml:space="preserve">, </w:t>
      </w:r>
      <w:proofErr w:type="spellStart"/>
      <w:r w:rsidR="006F2143">
        <w:t>BuddyBoss</w:t>
      </w:r>
      <w:proofErr w:type="spellEnd"/>
      <w:r w:rsidR="006F2143">
        <w:t xml:space="preserve"> of WooCommerce </w:t>
      </w:r>
      <w:proofErr w:type="spellStart"/>
      <w:r w:rsidR="006F2143">
        <w:t>daarnaast</w:t>
      </w:r>
      <w:proofErr w:type="spellEnd"/>
      <w:r w:rsidR="006F2143">
        <w:t xml:space="preserve"> </w:t>
      </w:r>
      <w:proofErr w:type="spellStart"/>
      <w:r w:rsidR="006F2143">
        <w:t>gegevens</w:t>
      </w:r>
      <w:proofErr w:type="spellEnd"/>
      <w:r w:rsidR="006F2143">
        <w:t xml:space="preserve"> via </w:t>
      </w:r>
      <w:proofErr w:type="spellStart"/>
      <w:r w:rsidR="006F2143">
        <w:t>bijvoorbeeld</w:t>
      </w:r>
      <w:proofErr w:type="spellEnd"/>
      <w:r w:rsidR="006F2143">
        <w:t xml:space="preserve"> </w:t>
      </w:r>
      <w:proofErr w:type="spellStart"/>
      <w:r w:rsidR="006F2143">
        <w:t>licentiecontrole</w:t>
      </w:r>
      <w:proofErr w:type="spellEnd"/>
      <w:r w:rsidR="006F2143">
        <w:t xml:space="preserve">, </w:t>
      </w:r>
      <w:proofErr w:type="spellStart"/>
      <w:r w:rsidR="006F2143">
        <w:t>gebruiksstatistieken</w:t>
      </w:r>
      <w:proofErr w:type="spellEnd"/>
      <w:r w:rsidR="006F2143">
        <w:t xml:space="preserve">, </w:t>
      </w:r>
      <w:proofErr w:type="spellStart"/>
      <w:r w:rsidR="006F2143">
        <w:t>cloudfuncties</w:t>
      </w:r>
      <w:proofErr w:type="spellEnd"/>
      <w:r w:rsidR="006F2143">
        <w:t xml:space="preserve">, </w:t>
      </w:r>
      <w:proofErr w:type="spellStart"/>
      <w:r w:rsidR="006F2143">
        <w:t>foutdiagnostiek</w:t>
      </w:r>
      <w:proofErr w:type="spellEnd"/>
      <w:r w:rsidR="006F2143">
        <w:t xml:space="preserve"> of support? </w:t>
      </w:r>
    </w:p>
    <w:p w14:paraId="17E0F6DF" w14:textId="3CA55A82" w:rsidR="006F2143" w:rsidRDefault="0093330F" w:rsidP="00E41B33">
      <w:pPr>
        <w:pStyle w:val="Tekstopmerking"/>
      </w:pPr>
      <w:r>
        <w:t>2</w:t>
      </w:r>
      <w:r w:rsidR="006148BF">
        <w:t xml:space="preserve">. </w:t>
      </w:r>
      <w:proofErr w:type="spellStart"/>
      <w:r w:rsidR="006F2143">
        <w:t>Welke</w:t>
      </w:r>
      <w:proofErr w:type="spellEnd"/>
      <w:r w:rsidR="006F2143">
        <w:t xml:space="preserve"> e-</w:t>
      </w:r>
      <w:proofErr w:type="spellStart"/>
      <w:r w:rsidR="006F2143">
        <w:t>mailprovider</w:t>
      </w:r>
      <w:proofErr w:type="spellEnd"/>
      <w:r w:rsidR="006F2143">
        <w:t xml:space="preserve"> </w:t>
      </w:r>
      <w:proofErr w:type="spellStart"/>
      <w:r w:rsidR="006F2143">
        <w:t>wordt</w:t>
      </w:r>
      <w:proofErr w:type="spellEnd"/>
      <w:r w:rsidR="006F2143">
        <w:t xml:space="preserve"> </w:t>
      </w:r>
      <w:proofErr w:type="spellStart"/>
      <w:r w:rsidR="006F2143">
        <w:t>gebruikt</w:t>
      </w:r>
      <w:proofErr w:type="spellEnd"/>
      <w:r w:rsidR="006F2143">
        <w:t xml:space="preserve"> </w:t>
      </w:r>
      <w:proofErr w:type="spellStart"/>
      <w:r w:rsidR="006F2143">
        <w:t>voor</w:t>
      </w:r>
      <w:proofErr w:type="spellEnd"/>
      <w:r w:rsidR="006F2143">
        <w:t xml:space="preserve"> account- service- </w:t>
      </w:r>
      <w:proofErr w:type="spellStart"/>
      <w:r w:rsidR="006F2143">
        <w:t>en</w:t>
      </w:r>
      <w:proofErr w:type="spellEnd"/>
      <w:r w:rsidR="006F2143">
        <w:t xml:space="preserve"> </w:t>
      </w:r>
      <w:proofErr w:type="spellStart"/>
      <w:r w:rsidR="006F2143">
        <w:t>andere</w:t>
      </w:r>
      <w:proofErr w:type="spellEnd"/>
      <w:r w:rsidR="006F2143">
        <w:t xml:space="preserve"> e-mails? </w:t>
      </w:r>
      <w:proofErr w:type="spellStart"/>
      <w:r w:rsidR="006F2143">
        <w:t>Wordt</w:t>
      </w:r>
      <w:proofErr w:type="spellEnd"/>
      <w:r w:rsidR="006F2143">
        <w:t xml:space="preserve"> </w:t>
      </w:r>
      <w:proofErr w:type="spellStart"/>
      <w:r w:rsidR="006F2143">
        <w:t>daarnaast</w:t>
      </w:r>
      <w:proofErr w:type="spellEnd"/>
      <w:r w:rsidR="006F2143">
        <w:t xml:space="preserve"> </w:t>
      </w:r>
      <w:proofErr w:type="spellStart"/>
      <w:r w:rsidR="006F2143">
        <w:t>een</w:t>
      </w:r>
      <w:proofErr w:type="spellEnd"/>
      <w:r w:rsidR="006F2143">
        <w:t xml:space="preserve"> </w:t>
      </w:r>
      <w:proofErr w:type="spellStart"/>
      <w:r w:rsidR="006F2143">
        <w:t>afzonderlijke</w:t>
      </w:r>
      <w:proofErr w:type="spellEnd"/>
      <w:r w:rsidR="006F2143">
        <w:t xml:space="preserve"> </w:t>
      </w:r>
      <w:proofErr w:type="spellStart"/>
      <w:r w:rsidR="006F2143">
        <w:t>nieuwsbrief</w:t>
      </w:r>
      <w:proofErr w:type="spellEnd"/>
      <w:r w:rsidR="006F2143">
        <w:t xml:space="preserve">- of </w:t>
      </w:r>
      <w:proofErr w:type="spellStart"/>
      <w:r w:rsidR="006F2143">
        <w:t>advertentiedienst</w:t>
      </w:r>
      <w:proofErr w:type="spellEnd"/>
      <w:r w:rsidR="006F2143">
        <w:t xml:space="preserve"> </w:t>
      </w:r>
      <w:proofErr w:type="spellStart"/>
      <w:r w:rsidR="006F2143">
        <w:t>gebruikt</w:t>
      </w:r>
      <w:proofErr w:type="spellEnd"/>
      <w:r w:rsidR="006F2143">
        <w:t>?</w:t>
      </w:r>
    </w:p>
    <w:p w14:paraId="0C0B974B" w14:textId="19E39B7B" w:rsidR="006148BF" w:rsidRDefault="0093330F" w:rsidP="00E41B33">
      <w:pPr>
        <w:pStyle w:val="Tekstopmerking"/>
      </w:pPr>
      <w:r>
        <w:t>3</w:t>
      </w:r>
      <w:r w:rsidR="006F2143">
        <w:t xml:space="preserve">. Heb je </w:t>
      </w:r>
      <w:proofErr w:type="spellStart"/>
      <w:r w:rsidR="006F2143">
        <w:t>zelf</w:t>
      </w:r>
      <w:proofErr w:type="spellEnd"/>
      <w:r w:rsidR="006F2143">
        <w:t xml:space="preserve"> </w:t>
      </w:r>
      <w:proofErr w:type="spellStart"/>
      <w:r w:rsidR="006F2143">
        <w:t>nog</w:t>
      </w:r>
      <w:proofErr w:type="spellEnd"/>
      <w:r w:rsidR="006F2143">
        <w:t xml:space="preserve"> </w:t>
      </w:r>
      <w:proofErr w:type="spellStart"/>
      <w:r w:rsidR="006F2143">
        <w:t>teksten</w:t>
      </w:r>
      <w:proofErr w:type="spellEnd"/>
      <w:r w:rsidR="006F2143">
        <w:t xml:space="preserve"> in het document </w:t>
      </w:r>
      <w:proofErr w:type="spellStart"/>
      <w:r w:rsidR="006F2143">
        <w:t>toegevoegd</w:t>
      </w:r>
      <w:proofErr w:type="spellEnd"/>
      <w:r w:rsidR="006F2143">
        <w:t xml:space="preserve"> of </w:t>
      </w:r>
      <w:proofErr w:type="spellStart"/>
      <w:r w:rsidR="006F2143">
        <w:t>gewijzigd</w:t>
      </w:r>
      <w:proofErr w:type="spellEnd"/>
      <w:r w:rsidR="006F2143">
        <w:t xml:space="preserve"> </w:t>
      </w:r>
      <w:proofErr w:type="spellStart"/>
      <w:r w:rsidR="006F2143">
        <w:t>zonder</w:t>
      </w:r>
      <w:proofErr w:type="spellEnd"/>
      <w:r w:rsidR="006F2143">
        <w:t xml:space="preserve"> </w:t>
      </w:r>
      <w:proofErr w:type="spellStart"/>
      <w:r w:rsidR="006F2143">
        <w:t>Wijzigingen</w:t>
      </w:r>
      <w:proofErr w:type="spellEnd"/>
      <w:r w:rsidR="006F2143">
        <w:t xml:space="preserve"> </w:t>
      </w:r>
      <w:proofErr w:type="spellStart"/>
      <w:r w:rsidR="006F2143">
        <w:t>bijhouden</w:t>
      </w:r>
      <w:proofErr w:type="spellEnd"/>
      <w:r w:rsidR="006F2143">
        <w:t xml:space="preserve">? Zo ja, </w:t>
      </w:r>
      <w:proofErr w:type="spellStart"/>
      <w:r w:rsidR="006F2143">
        <w:t>wil</w:t>
      </w:r>
      <w:proofErr w:type="spellEnd"/>
      <w:r w:rsidR="006F2143">
        <w:t xml:space="preserve"> je </w:t>
      </w:r>
      <w:proofErr w:type="spellStart"/>
      <w:r w:rsidR="006F2143">
        <w:t>aangeven</w:t>
      </w:r>
      <w:proofErr w:type="spellEnd"/>
      <w:r w:rsidR="006F2143">
        <w:t xml:space="preserve"> </w:t>
      </w:r>
      <w:proofErr w:type="spellStart"/>
      <w:r w:rsidR="006F2143">
        <w:t>welke</w:t>
      </w:r>
      <w:proofErr w:type="spellEnd"/>
      <w:r w:rsidR="006F2143">
        <w:t xml:space="preserve"> passages </w:t>
      </w:r>
      <w:proofErr w:type="spellStart"/>
      <w:r w:rsidR="006F2143">
        <w:t>dat</w:t>
      </w:r>
      <w:proofErr w:type="spellEnd"/>
      <w:r w:rsidR="006F2143">
        <w:t xml:space="preserve"> </w:t>
      </w:r>
      <w:proofErr w:type="spellStart"/>
      <w:r w:rsidR="006F2143">
        <w:t>zijn</w:t>
      </w:r>
      <w:proofErr w:type="spellEnd"/>
      <w:r w:rsidR="006F2143">
        <w:t xml:space="preserve">, </w:t>
      </w:r>
      <w:proofErr w:type="spellStart"/>
      <w:r w:rsidR="006F2143">
        <w:t>zodat</w:t>
      </w:r>
      <w:proofErr w:type="spellEnd"/>
      <w:r w:rsidR="006F2143">
        <w:t xml:space="preserve"> </w:t>
      </w:r>
      <w:proofErr w:type="spellStart"/>
      <w:r w:rsidR="006F2143">
        <w:t>ik</w:t>
      </w:r>
      <w:proofErr w:type="spellEnd"/>
      <w:r w:rsidR="006F2143">
        <w:t xml:space="preserve"> </w:t>
      </w:r>
      <w:proofErr w:type="spellStart"/>
      <w:r w:rsidR="006F2143">
        <w:t>deze</w:t>
      </w:r>
      <w:proofErr w:type="spellEnd"/>
      <w:r w:rsidR="006F2143">
        <w:t xml:space="preserve"> </w:t>
      </w:r>
      <w:proofErr w:type="spellStart"/>
      <w:r w:rsidR="006F2143">
        <w:t>kan</w:t>
      </w:r>
      <w:proofErr w:type="spellEnd"/>
      <w:r w:rsidR="006F2143">
        <w:t xml:space="preserve"> </w:t>
      </w:r>
      <w:proofErr w:type="spellStart"/>
      <w:r w:rsidR="006F2143">
        <w:t>controleren</w:t>
      </w:r>
      <w:proofErr w:type="spellEnd"/>
      <w:r w:rsidR="006F2143">
        <w:t>?</w:t>
      </w:r>
    </w:p>
  </w:comment>
  <w:comment w:id="11" w:author="Info | BeOurGuestEvents.nl" w:date="2026-09-04T18:59:00Z" w:initials="I">
    <w:p w14:paraId="03277D92" w14:textId="77777777" w:rsidR="00E466BE" w:rsidRDefault="00E466BE" w:rsidP="00E466BE">
      <w:pPr>
        <w:pStyle w:val="Tekstopmerking"/>
        <w:numPr>
          <w:ilvl w:val="0"/>
          <w:numId w:val="14"/>
        </w:numPr>
      </w:pPr>
      <w:r>
        <w:rPr>
          <w:rStyle w:val="Verwijzingopmerking"/>
        </w:rPr>
        <w:annotationRef/>
      </w:r>
      <w:proofErr w:type="spellStart"/>
      <w:r>
        <w:t>Alleen</w:t>
      </w:r>
      <w:proofErr w:type="spellEnd"/>
      <w:r>
        <w:t xml:space="preserve"> </w:t>
      </w:r>
      <w:proofErr w:type="spellStart"/>
      <w:r>
        <w:t>licentiecodes</w:t>
      </w:r>
      <w:proofErr w:type="spellEnd"/>
      <w:r>
        <w:t xml:space="preserve"> </w:t>
      </w:r>
      <w:proofErr w:type="spellStart"/>
      <w:r>
        <w:t>worden</w:t>
      </w:r>
      <w:proofErr w:type="spellEnd"/>
      <w:r>
        <w:t xml:space="preserve"> </w:t>
      </w:r>
      <w:proofErr w:type="spellStart"/>
      <w:r>
        <w:t>gedeeld</w:t>
      </w:r>
      <w:proofErr w:type="spellEnd"/>
      <w:r>
        <w:t xml:space="preserve"> met </w:t>
      </w:r>
      <w:proofErr w:type="spellStart"/>
      <w:r>
        <w:t>deze</w:t>
      </w:r>
      <w:proofErr w:type="spellEnd"/>
      <w:r>
        <w:t xml:space="preserve"> 3de, </w:t>
      </w:r>
      <w:proofErr w:type="spellStart"/>
      <w:r>
        <w:t>geen</w:t>
      </w:r>
      <w:proofErr w:type="spellEnd"/>
      <w:r>
        <w:t xml:space="preserve"> </w:t>
      </w:r>
      <w:proofErr w:type="spellStart"/>
      <w:r>
        <w:t>gebruikersinfo</w:t>
      </w:r>
      <w:proofErr w:type="spellEnd"/>
      <w:r>
        <w:t xml:space="preserve">. </w:t>
      </w:r>
      <w:proofErr w:type="spellStart"/>
      <w:r>
        <w:t>Alles</w:t>
      </w:r>
      <w:proofErr w:type="spellEnd"/>
      <w:r>
        <w:t xml:space="preserve"> </w:t>
      </w:r>
      <w:proofErr w:type="spellStart"/>
      <w:r>
        <w:t>draait</w:t>
      </w:r>
      <w:proofErr w:type="spellEnd"/>
      <w:r>
        <w:t xml:space="preserve"> </w:t>
      </w:r>
      <w:proofErr w:type="spellStart"/>
      <w:r>
        <w:t>verder</w:t>
      </w:r>
      <w:proofErr w:type="spellEnd"/>
      <w:r>
        <w:t xml:space="preserve"> standalone op Marquee </w:t>
      </w:r>
      <w:proofErr w:type="spellStart"/>
      <w:r>
        <w:t>haar</w:t>
      </w:r>
      <w:proofErr w:type="spellEnd"/>
      <w:r>
        <w:t xml:space="preserve"> eigen VPS. </w:t>
      </w:r>
      <w:proofErr w:type="spellStart"/>
      <w:r>
        <w:t>Momenteel</w:t>
      </w:r>
      <w:proofErr w:type="spellEnd"/>
      <w:r>
        <w:t xml:space="preserve"> </w:t>
      </w:r>
      <w:proofErr w:type="spellStart"/>
      <w:r>
        <w:t>sturen</w:t>
      </w:r>
      <w:proofErr w:type="spellEnd"/>
      <w:r>
        <w:t xml:space="preserve"> we </w:t>
      </w:r>
      <w:proofErr w:type="spellStart"/>
      <w:r>
        <w:t>wel</w:t>
      </w:r>
      <w:proofErr w:type="spellEnd"/>
      <w:r>
        <w:t xml:space="preserve"> data </w:t>
      </w:r>
      <w:proofErr w:type="spellStart"/>
      <w:r>
        <w:t>naar</w:t>
      </w:r>
      <w:proofErr w:type="spellEnd"/>
      <w:r>
        <w:t xml:space="preserve"> </w:t>
      </w:r>
      <w:proofErr w:type="spellStart"/>
      <w:r>
        <w:t>Concentease</w:t>
      </w:r>
      <w:proofErr w:type="spellEnd"/>
      <w:r>
        <w:t xml:space="preserve">, de cookie tool, </w:t>
      </w:r>
      <w:proofErr w:type="spellStart"/>
      <w:r>
        <w:t>hiervoor</w:t>
      </w:r>
      <w:proofErr w:type="spellEnd"/>
      <w:r>
        <w:t xml:space="preserve"> </w:t>
      </w:r>
      <w:proofErr w:type="spellStart"/>
      <w:r>
        <w:t>sturen</w:t>
      </w:r>
      <w:proofErr w:type="spellEnd"/>
      <w:r>
        <w:t xml:space="preserve"> </w:t>
      </w:r>
      <w:proofErr w:type="spellStart"/>
      <w:r>
        <w:t>wij</w:t>
      </w:r>
      <w:proofErr w:type="spellEnd"/>
      <w:r>
        <w:t xml:space="preserve"> </w:t>
      </w:r>
      <w:proofErr w:type="spellStart"/>
      <w:r>
        <w:t>alleen</w:t>
      </w:r>
      <w:proofErr w:type="spellEnd"/>
      <w:r>
        <w:t xml:space="preserve"> </w:t>
      </w:r>
      <w:proofErr w:type="spellStart"/>
      <w:r>
        <w:t>analytische</w:t>
      </w:r>
      <w:proofErr w:type="spellEnd"/>
      <w:r>
        <w:t xml:space="preserve"> data </w:t>
      </w:r>
      <w:proofErr w:type="spellStart"/>
      <w:r>
        <w:t>naar</w:t>
      </w:r>
      <w:proofErr w:type="spellEnd"/>
      <w:r>
        <w:t xml:space="preserve"> hen </w:t>
      </w:r>
      <w:proofErr w:type="spellStart"/>
      <w:r>
        <w:t>en</w:t>
      </w:r>
      <w:proofErr w:type="spellEnd"/>
      <w:r>
        <w:t xml:space="preserve"> </w:t>
      </w:r>
      <w:proofErr w:type="spellStart"/>
      <w:r>
        <w:t>geen</w:t>
      </w:r>
      <w:proofErr w:type="spellEnd"/>
      <w:r>
        <w:t xml:space="preserve"> </w:t>
      </w:r>
      <w:proofErr w:type="spellStart"/>
      <w:r>
        <w:t>verdere</w:t>
      </w:r>
      <w:proofErr w:type="spellEnd"/>
      <w:r>
        <w:t xml:space="preserve"> </w:t>
      </w:r>
      <w:proofErr w:type="spellStart"/>
      <w:r>
        <w:t>accountgegevens</w:t>
      </w:r>
      <w:proofErr w:type="spellEnd"/>
      <w:r>
        <w:t>.</w:t>
      </w:r>
    </w:p>
    <w:p w14:paraId="1D090AA1" w14:textId="77777777" w:rsidR="00E466BE" w:rsidRDefault="00E466BE" w:rsidP="00E466BE">
      <w:pPr>
        <w:pStyle w:val="Tekstopmerking"/>
        <w:numPr>
          <w:ilvl w:val="0"/>
          <w:numId w:val="14"/>
        </w:numPr>
      </w:pPr>
      <w:r>
        <w:t xml:space="preserve">Mail </w:t>
      </w:r>
      <w:proofErr w:type="spellStart"/>
      <w:r>
        <w:t>gaat</w:t>
      </w:r>
      <w:proofErr w:type="spellEnd"/>
      <w:r>
        <w:t xml:space="preserve"> via </w:t>
      </w:r>
      <w:proofErr w:type="spellStart"/>
      <w:r>
        <w:t>dezelfde</w:t>
      </w:r>
      <w:proofErr w:type="spellEnd"/>
      <w:r>
        <w:t xml:space="preserve"> VPS, </w:t>
      </w:r>
      <w:proofErr w:type="spellStart"/>
      <w:r>
        <w:t>dus</w:t>
      </w:r>
      <w:proofErr w:type="spellEnd"/>
      <w:r>
        <w:t xml:space="preserve"> eigen </w:t>
      </w:r>
      <w:proofErr w:type="spellStart"/>
      <w:r>
        <w:t>mailservers</w:t>
      </w:r>
      <w:proofErr w:type="spellEnd"/>
      <w:r>
        <w:t xml:space="preserve">. We </w:t>
      </w:r>
      <w:proofErr w:type="spellStart"/>
      <w:r>
        <w:t>gebruiken</w:t>
      </w:r>
      <w:proofErr w:type="spellEnd"/>
      <w:r>
        <w:t xml:space="preserve"> </w:t>
      </w:r>
      <w:proofErr w:type="spellStart"/>
      <w:r>
        <w:t>geen</w:t>
      </w:r>
      <w:proofErr w:type="spellEnd"/>
      <w:r>
        <w:t xml:space="preserve"> </w:t>
      </w:r>
      <w:proofErr w:type="spellStart"/>
      <w:r>
        <w:t>nieuwsbrieven</w:t>
      </w:r>
      <w:proofErr w:type="spellEnd"/>
      <w:r>
        <w:t xml:space="preserve"> of </w:t>
      </w:r>
      <w:proofErr w:type="spellStart"/>
      <w:r>
        <w:t>advertentiedienst</w:t>
      </w:r>
      <w:proofErr w:type="spellEnd"/>
      <w:r>
        <w:t>.</w:t>
      </w:r>
    </w:p>
    <w:p w14:paraId="7EE98BFE" w14:textId="77777777" w:rsidR="00E466BE" w:rsidRDefault="00E466BE" w:rsidP="00E466BE">
      <w:pPr>
        <w:pStyle w:val="Tekstopmerking"/>
        <w:numPr>
          <w:ilvl w:val="0"/>
          <w:numId w:val="14"/>
        </w:numPr>
      </w:pPr>
      <w:r>
        <w:t xml:space="preserve">Nee </w:t>
      </w:r>
      <w:proofErr w:type="spellStart"/>
      <w:r>
        <w:t>niet</w:t>
      </w:r>
      <w:proofErr w:type="spellEnd"/>
      <w:r>
        <w:t xml:space="preserve"> </w:t>
      </w:r>
      <w:proofErr w:type="spellStart"/>
      <w:r>
        <w:t>gegaan</w:t>
      </w:r>
      <w:proofErr w:type="spellEnd"/>
      <w:r>
        <w:t xml:space="preserve">. </w:t>
      </w:r>
    </w:p>
    <w:p w14:paraId="476B9537" w14:textId="77777777" w:rsidR="00E466BE" w:rsidRDefault="00E466BE" w:rsidP="00E466BE">
      <w:pPr>
        <w:pStyle w:val="Tekstopmerking"/>
      </w:pPr>
      <w:r>
        <w:br/>
      </w:r>
      <w:r>
        <w:br/>
      </w:r>
      <w:r>
        <w:br/>
      </w:r>
      <w:r>
        <w:br/>
      </w:r>
      <w:r>
        <w:br/>
      </w:r>
    </w:p>
  </w:comment>
  <w:comment w:id="12" w:author="Lisa Harteveld" w:date="2026-07-24T10:43:00Z" w:initials="LH">
    <w:p w14:paraId="201343D7" w14:textId="51021660" w:rsidR="00845958" w:rsidRDefault="00B377F2">
      <w:pPr>
        <w:pStyle w:val="Tekstopmerking"/>
      </w:pPr>
      <w:r>
        <w:rPr>
          <w:rStyle w:val="Verwijzingopmerking"/>
        </w:rPr>
        <w:annotationRef/>
      </w:r>
      <w:proofErr w:type="spellStart"/>
      <w:r>
        <w:t>Kunnen</w:t>
      </w:r>
      <w:proofErr w:type="spellEnd"/>
      <w:r>
        <w:t xml:space="preserve"> </w:t>
      </w:r>
      <w:proofErr w:type="spellStart"/>
      <w:r>
        <w:t>jullie</w:t>
      </w:r>
      <w:proofErr w:type="spellEnd"/>
      <w:r>
        <w:t xml:space="preserve"> </w:t>
      </w:r>
      <w:r w:rsidR="00845958">
        <w:t xml:space="preserve">laten </w:t>
      </w:r>
      <w:proofErr w:type="spellStart"/>
      <w:r w:rsidR="00845958">
        <w:t>wet</w:t>
      </w:r>
      <w:r>
        <w:t>en</w:t>
      </w:r>
      <w:proofErr w:type="spellEnd"/>
      <w:r w:rsidR="00845958">
        <w:t>:</w:t>
      </w:r>
    </w:p>
    <w:p w14:paraId="40EE31E0" w14:textId="206CD14A" w:rsidR="00845958" w:rsidRDefault="00B377F2">
      <w:pPr>
        <w:pStyle w:val="Tekstopmerking"/>
      </w:pPr>
      <w:r>
        <w:t>(</w:t>
      </w:r>
      <w:proofErr w:type="spellStart"/>
      <w:r>
        <w:t>i</w:t>
      </w:r>
      <w:proofErr w:type="spellEnd"/>
      <w:r>
        <w:t xml:space="preserve">) </w:t>
      </w:r>
      <w:proofErr w:type="spellStart"/>
      <w:r>
        <w:t>welke</w:t>
      </w:r>
      <w:proofErr w:type="spellEnd"/>
      <w:r>
        <w:t xml:space="preserve"> </w:t>
      </w:r>
      <w:proofErr w:type="spellStart"/>
      <w:r>
        <w:t>juridische</w:t>
      </w:r>
      <w:proofErr w:type="spellEnd"/>
      <w:r>
        <w:t xml:space="preserve"> </w:t>
      </w:r>
      <w:proofErr w:type="spellStart"/>
      <w:r>
        <w:t>partij</w:t>
      </w:r>
      <w:proofErr w:type="spellEnd"/>
      <w:r>
        <w:t xml:space="preserve"> de </w:t>
      </w:r>
      <w:proofErr w:type="spellStart"/>
      <w:r>
        <w:t>vps</w:t>
      </w:r>
      <w:proofErr w:type="spellEnd"/>
      <w:r>
        <w:t xml:space="preserve"> host </w:t>
      </w:r>
      <w:proofErr w:type="spellStart"/>
      <w:r>
        <w:t>en</w:t>
      </w:r>
      <w:proofErr w:type="spellEnd"/>
      <w:r>
        <w:t xml:space="preserve"> </w:t>
      </w:r>
      <w:proofErr w:type="spellStart"/>
      <w:r>
        <w:t>welke</w:t>
      </w:r>
      <w:proofErr w:type="spellEnd"/>
      <w:r>
        <w:t xml:space="preserve"> </w:t>
      </w:r>
      <w:proofErr w:type="spellStart"/>
      <w:r>
        <w:t>partij</w:t>
      </w:r>
      <w:proofErr w:type="spellEnd"/>
      <w:r>
        <w:t xml:space="preserve"> </w:t>
      </w:r>
      <w:proofErr w:type="spellStart"/>
      <w:r>
        <w:t>deze</w:t>
      </w:r>
      <w:proofErr w:type="spellEnd"/>
      <w:r>
        <w:t xml:space="preserve"> </w:t>
      </w:r>
      <w:proofErr w:type="spellStart"/>
      <w:r>
        <w:t>technisch</w:t>
      </w:r>
      <w:proofErr w:type="spellEnd"/>
      <w:r>
        <w:t xml:space="preserve"> </w:t>
      </w:r>
      <w:proofErr w:type="spellStart"/>
      <w:r>
        <w:t>beheert</w:t>
      </w:r>
      <w:proofErr w:type="spellEnd"/>
      <w:r>
        <w:t xml:space="preserve">, </w:t>
      </w:r>
      <w:proofErr w:type="spellStart"/>
      <w:r w:rsidR="00DB7570">
        <w:t>en</w:t>
      </w:r>
      <w:proofErr w:type="spellEnd"/>
      <w:r w:rsidR="00DB7570">
        <w:t xml:space="preserve"> </w:t>
      </w:r>
    </w:p>
    <w:p w14:paraId="2653E790" w14:textId="170E1600" w:rsidR="00845958" w:rsidRDefault="00B377F2">
      <w:pPr>
        <w:pStyle w:val="Tekstopmerking"/>
      </w:pPr>
      <w:r>
        <w:t xml:space="preserve">(ii) of </w:t>
      </w:r>
      <w:proofErr w:type="spellStart"/>
      <w:r>
        <w:t>managewp</w:t>
      </w:r>
      <w:proofErr w:type="spellEnd"/>
      <w:r>
        <w:t xml:space="preserve"> </w:t>
      </w:r>
      <w:proofErr w:type="spellStart"/>
      <w:r>
        <w:t>rechtstreeks</w:t>
      </w:r>
      <w:proofErr w:type="spellEnd"/>
      <w:r>
        <w:t xml:space="preserve"> door marquee </w:t>
      </w:r>
      <w:proofErr w:type="spellStart"/>
      <w:r>
        <w:t>wordt</w:t>
      </w:r>
      <w:proofErr w:type="spellEnd"/>
      <w:r>
        <w:t xml:space="preserve"> </w:t>
      </w:r>
      <w:proofErr w:type="spellStart"/>
      <w:r>
        <w:t>gebruikt</w:t>
      </w:r>
      <w:proofErr w:type="spellEnd"/>
      <w:r>
        <w:t xml:space="preserve"> of door </w:t>
      </w:r>
      <w:proofErr w:type="spellStart"/>
      <w:r>
        <w:t>justiin</w:t>
      </w:r>
      <w:proofErr w:type="spellEnd"/>
      <w:r>
        <w:t xml:space="preserve"> </w:t>
      </w:r>
      <w:proofErr w:type="spellStart"/>
      <w:r>
        <w:t>als</w:t>
      </w:r>
      <w:proofErr w:type="spellEnd"/>
      <w:r>
        <w:t xml:space="preserve"> </w:t>
      </w:r>
      <w:proofErr w:type="spellStart"/>
      <w:r>
        <w:t>subverwerker</w:t>
      </w:r>
      <w:proofErr w:type="spellEnd"/>
      <w:r>
        <w:t xml:space="preserve">, </w:t>
      </w:r>
      <w:proofErr w:type="spellStart"/>
      <w:r>
        <w:t>welke</w:t>
      </w:r>
      <w:proofErr w:type="spellEnd"/>
      <w:r>
        <w:t xml:space="preserve"> </w:t>
      </w:r>
      <w:proofErr w:type="spellStart"/>
      <w:r>
        <w:t>managewp-functies</w:t>
      </w:r>
      <w:proofErr w:type="spellEnd"/>
      <w:r>
        <w:t xml:space="preserve"> </w:t>
      </w:r>
      <w:proofErr w:type="spellStart"/>
      <w:r>
        <w:t>zijn</w:t>
      </w:r>
      <w:proofErr w:type="spellEnd"/>
      <w:r>
        <w:t xml:space="preserve"> </w:t>
      </w:r>
      <w:proofErr w:type="spellStart"/>
      <w:r>
        <w:t>ingeschakeld</w:t>
      </w:r>
      <w:proofErr w:type="spellEnd"/>
      <w:r>
        <w:t xml:space="preserve">, met name back-ups, </w:t>
      </w:r>
      <w:proofErr w:type="spellStart"/>
      <w:r>
        <w:t>beveiliging</w:t>
      </w:r>
      <w:proofErr w:type="spellEnd"/>
      <w:r>
        <w:t xml:space="preserve">, monitoring </w:t>
      </w:r>
      <w:proofErr w:type="spellStart"/>
      <w:r>
        <w:t>en</w:t>
      </w:r>
      <w:proofErr w:type="spellEnd"/>
      <w:r>
        <w:t xml:space="preserve"> analytics, </w:t>
      </w:r>
      <w:proofErr w:type="spellStart"/>
      <w:r>
        <w:t>en</w:t>
      </w:r>
      <w:proofErr w:type="spellEnd"/>
      <w:r>
        <w:t xml:space="preserve"> </w:t>
      </w:r>
      <w:proofErr w:type="spellStart"/>
      <w:r>
        <w:t>waar</w:t>
      </w:r>
      <w:proofErr w:type="spellEnd"/>
      <w:r>
        <w:t xml:space="preserve"> de </w:t>
      </w:r>
      <w:proofErr w:type="spellStart"/>
      <w:r>
        <w:t>gegevens</w:t>
      </w:r>
      <w:proofErr w:type="spellEnd"/>
      <w:r>
        <w:t xml:space="preserve"> </w:t>
      </w:r>
      <w:proofErr w:type="spellStart"/>
      <w:r>
        <w:t>worden</w:t>
      </w:r>
      <w:proofErr w:type="spellEnd"/>
      <w:r>
        <w:t xml:space="preserve"> </w:t>
      </w:r>
      <w:proofErr w:type="spellStart"/>
      <w:r>
        <w:t>opgeslagen</w:t>
      </w:r>
      <w:proofErr w:type="spellEnd"/>
      <w:r>
        <w:t xml:space="preserve">? </w:t>
      </w:r>
    </w:p>
    <w:p w14:paraId="7331D769" w14:textId="77777777" w:rsidR="00845958" w:rsidRDefault="00845958">
      <w:pPr>
        <w:pStyle w:val="Tekstopmerking"/>
      </w:pPr>
    </w:p>
    <w:p w14:paraId="0E7BD458" w14:textId="7BE74AE9" w:rsidR="00B377F2" w:rsidRDefault="00B377F2">
      <w:pPr>
        <w:pStyle w:val="Tekstopmerking"/>
      </w:pPr>
      <w:proofErr w:type="spellStart"/>
      <w:r>
        <w:t>En</w:t>
      </w:r>
      <w:proofErr w:type="spellEnd"/>
      <w:r>
        <w:t xml:space="preserve"> </w:t>
      </w:r>
      <w:proofErr w:type="spellStart"/>
      <w:r>
        <w:t>kunnen</w:t>
      </w:r>
      <w:proofErr w:type="spellEnd"/>
      <w:r>
        <w:t xml:space="preserve"> </w:t>
      </w:r>
      <w:proofErr w:type="spellStart"/>
      <w:r>
        <w:t>leveranciers</w:t>
      </w:r>
      <w:proofErr w:type="spellEnd"/>
      <w:r>
        <w:t xml:space="preserve"> van </w:t>
      </w:r>
      <w:proofErr w:type="spellStart"/>
      <w:r>
        <w:t>wordpress</w:t>
      </w:r>
      <w:proofErr w:type="spellEnd"/>
      <w:r>
        <w:t xml:space="preserve">, </w:t>
      </w:r>
      <w:proofErr w:type="spellStart"/>
      <w:r>
        <w:t>buddyboss</w:t>
      </w:r>
      <w:proofErr w:type="spellEnd"/>
      <w:r>
        <w:t xml:space="preserve"> of </w:t>
      </w:r>
      <w:proofErr w:type="spellStart"/>
      <w:r>
        <w:t>woocommerce</w:t>
      </w:r>
      <w:proofErr w:type="spellEnd"/>
      <w:r>
        <w:t xml:space="preserve"> via </w:t>
      </w:r>
      <w:proofErr w:type="spellStart"/>
      <w:r>
        <w:t>telemetrie</w:t>
      </w:r>
      <w:proofErr w:type="spellEnd"/>
      <w:r>
        <w:t xml:space="preserve">, </w:t>
      </w:r>
      <w:proofErr w:type="spellStart"/>
      <w:r>
        <w:t>cloudkoppelingen</w:t>
      </w:r>
      <w:proofErr w:type="spellEnd"/>
      <w:r>
        <w:t xml:space="preserve"> of support </w:t>
      </w:r>
      <w:proofErr w:type="spellStart"/>
      <w:r>
        <w:t>gebruikers</w:t>
      </w:r>
      <w:proofErr w:type="spellEnd"/>
      <w:r>
        <w:t xml:space="preserve">- of </w:t>
      </w:r>
      <w:proofErr w:type="spellStart"/>
      <w:r>
        <w:t>membergegevens</w:t>
      </w:r>
      <w:proofErr w:type="spellEnd"/>
      <w:r>
        <w:t xml:space="preserve"> </w:t>
      </w:r>
      <w:proofErr w:type="spellStart"/>
      <w:r>
        <w:t>ontvangen</w:t>
      </w:r>
      <w:proofErr w:type="spellEnd"/>
      <w:r>
        <w:t>?</w:t>
      </w:r>
    </w:p>
  </w:comment>
  <w:comment w:id="13" w:author="Info | BeOurGuestEvents.nl" w:date="2026-08-05T09:44:00Z" w:initials="I">
    <w:p w14:paraId="4E52DEA2" w14:textId="77777777" w:rsidR="00FE4DB9" w:rsidRDefault="00FE4DB9" w:rsidP="00FE4DB9">
      <w:pPr>
        <w:pStyle w:val="Tekstopmerking"/>
      </w:pPr>
      <w:r>
        <w:rPr>
          <w:rStyle w:val="Verwijzingopmerking"/>
        </w:rPr>
        <w:annotationRef/>
      </w:r>
      <w:proofErr w:type="spellStart"/>
      <w:r>
        <w:t>Ik</w:t>
      </w:r>
      <w:proofErr w:type="spellEnd"/>
      <w:r>
        <w:t xml:space="preserve"> </w:t>
      </w:r>
      <w:proofErr w:type="spellStart"/>
      <w:r>
        <w:t>vraag</w:t>
      </w:r>
      <w:proofErr w:type="spellEnd"/>
      <w:r>
        <w:t xml:space="preserve"> </w:t>
      </w:r>
      <w:proofErr w:type="spellStart"/>
      <w:r>
        <w:t>dit</w:t>
      </w:r>
      <w:proofErr w:type="spellEnd"/>
      <w:r>
        <w:t xml:space="preserve"> even </w:t>
      </w:r>
      <w:proofErr w:type="spellStart"/>
      <w:r>
        <w:t>aan</w:t>
      </w:r>
      <w:proofErr w:type="spellEnd"/>
      <w:r>
        <w:t xml:space="preserve"> </w:t>
      </w:r>
      <w:proofErr w:type="spellStart"/>
      <w:r>
        <w:t>mijn</w:t>
      </w:r>
      <w:proofErr w:type="spellEnd"/>
      <w:r>
        <w:t xml:space="preserve"> </w:t>
      </w:r>
      <w:proofErr w:type="spellStart"/>
      <w:r>
        <w:t>webbouwer</w:t>
      </w:r>
      <w:proofErr w:type="spellEnd"/>
      <w:r>
        <w:t xml:space="preserve"> Justin</w:t>
      </w:r>
    </w:p>
  </w:comment>
  <w:comment w:id="14" w:author="Lisa Harteveld" w:date="2026-07-23T16:00:00Z" w:initials="LH">
    <w:p w14:paraId="3B22D996" w14:textId="0BA08691" w:rsidR="000870AD" w:rsidRDefault="000870AD">
      <w:pPr>
        <w:pStyle w:val="Tekstopmerking"/>
      </w:pPr>
      <w:r>
        <w:rPr>
          <w:rStyle w:val="Verwijzingopmerking"/>
        </w:rPr>
        <w:annotationRef/>
      </w:r>
      <w:proofErr w:type="spellStart"/>
      <w:r>
        <w:t>Dit</w:t>
      </w:r>
      <w:proofErr w:type="spellEnd"/>
      <w:r>
        <w:t xml:space="preserve"> </w:t>
      </w:r>
      <w:proofErr w:type="spellStart"/>
      <w:r>
        <w:t>dient</w:t>
      </w:r>
      <w:proofErr w:type="spellEnd"/>
      <w:r>
        <w:t xml:space="preserve"> </w:t>
      </w:r>
      <w:proofErr w:type="spellStart"/>
      <w:r>
        <w:t>nader</w:t>
      </w:r>
      <w:proofErr w:type="spellEnd"/>
      <w:r>
        <w:t xml:space="preserve"> </w:t>
      </w:r>
      <w:proofErr w:type="spellStart"/>
      <w:r>
        <w:t>uitgewerkt</w:t>
      </w:r>
      <w:proofErr w:type="spellEnd"/>
      <w:r>
        <w:t xml:space="preserve"> </w:t>
      </w:r>
      <w:proofErr w:type="spellStart"/>
      <w:r>
        <w:t>te</w:t>
      </w:r>
      <w:proofErr w:type="spellEnd"/>
      <w:r>
        <w:t xml:space="preserve"> </w:t>
      </w:r>
      <w:proofErr w:type="spellStart"/>
      <w:r>
        <w:t>worden</w:t>
      </w:r>
      <w:proofErr w:type="spellEnd"/>
      <w:r>
        <w:t xml:space="preserve"> in het AVG </w:t>
      </w:r>
      <w:proofErr w:type="spellStart"/>
      <w:r>
        <w:t>beleid</w:t>
      </w:r>
      <w:proofErr w:type="spellEnd"/>
    </w:p>
  </w:comment>
  <w:comment w:id="15" w:author="Info | BeOurGuestEvents.nl" w:date="2026-08-05T09:47:00Z" w:initials="I">
    <w:p w14:paraId="04D0B9B5" w14:textId="77777777" w:rsidR="001A4CBF" w:rsidRDefault="001A4CBF" w:rsidP="001A4CBF">
      <w:pPr>
        <w:pStyle w:val="Tekstopmerking"/>
      </w:pPr>
      <w:r>
        <w:rPr>
          <w:rStyle w:val="Verwijzingopmerking"/>
        </w:rPr>
        <w:annotationRef/>
      </w:r>
      <w:proofErr w:type="spellStart"/>
      <w:r>
        <w:t>Ik</w:t>
      </w:r>
      <w:proofErr w:type="spellEnd"/>
      <w:r>
        <w:t xml:space="preserve"> </w:t>
      </w:r>
      <w:proofErr w:type="spellStart"/>
      <w:r>
        <w:t>denk</w:t>
      </w:r>
      <w:proofErr w:type="spellEnd"/>
      <w:r>
        <w:t xml:space="preserve"> </w:t>
      </w:r>
      <w:proofErr w:type="spellStart"/>
      <w:r>
        <w:t>niet</w:t>
      </w:r>
      <w:proofErr w:type="spellEnd"/>
      <w:r>
        <w:t xml:space="preserve"> </w:t>
      </w:r>
      <w:proofErr w:type="spellStart"/>
      <w:r>
        <w:t>dat</w:t>
      </w:r>
      <w:proofErr w:type="spellEnd"/>
      <w:r>
        <w:t xml:space="preserve"> </w:t>
      </w:r>
      <w:proofErr w:type="spellStart"/>
      <w:r>
        <w:t>hij</w:t>
      </w:r>
      <w:proofErr w:type="spellEnd"/>
      <w:r>
        <w:t xml:space="preserve"> </w:t>
      </w:r>
      <w:proofErr w:type="spellStart"/>
      <w:r>
        <w:t>dat</w:t>
      </w:r>
      <w:proofErr w:type="spellEnd"/>
      <w:r>
        <w:t xml:space="preserve"> </w:t>
      </w:r>
      <w:proofErr w:type="spellStart"/>
      <w:r>
        <w:t>kunnen</w:t>
      </w:r>
      <w:proofErr w:type="spellEnd"/>
      <w:r>
        <w:t xml:space="preserve">, </w:t>
      </w:r>
      <w:proofErr w:type="spellStart"/>
      <w:r>
        <w:t>dat</w:t>
      </w:r>
      <w:proofErr w:type="spellEnd"/>
      <w:r>
        <w:t xml:space="preserve"> we met </w:t>
      </w:r>
      <w:proofErr w:type="spellStart"/>
      <w:r>
        <w:t>iedereen</w:t>
      </w:r>
      <w:proofErr w:type="spellEnd"/>
      <w:r>
        <w:t xml:space="preserve"> </w:t>
      </w:r>
      <w:proofErr w:type="spellStart"/>
      <w:r>
        <w:t>een</w:t>
      </w:r>
      <w:proofErr w:type="spellEnd"/>
      <w:r>
        <w:t xml:space="preserve"> </w:t>
      </w:r>
      <w:proofErr w:type="spellStart"/>
      <w:r>
        <w:t>verwerkersovereenkomst</w:t>
      </w:r>
      <w:proofErr w:type="spellEnd"/>
      <w:r>
        <w:t xml:space="preserve"> </w:t>
      </w:r>
      <w:proofErr w:type="spellStart"/>
      <w:r>
        <w:t>afsluiten</w:t>
      </w:r>
      <w:proofErr w:type="spellEnd"/>
      <w:r>
        <w:t xml:space="preserve">. </w:t>
      </w:r>
    </w:p>
  </w:comment>
  <w:comment w:id="16" w:author="Lisa Harteveld" w:date="2026-08-25T15:34:00Z" w:initials="LH">
    <w:p w14:paraId="7615C5B4" w14:textId="77777777" w:rsidR="00E817CC" w:rsidRDefault="006148BF">
      <w:pPr>
        <w:pStyle w:val="Tekstopmerking"/>
      </w:pPr>
      <w:r>
        <w:rPr>
          <w:rStyle w:val="Verwijzingopmerking"/>
        </w:rPr>
        <w:annotationRef/>
      </w:r>
      <w:proofErr w:type="spellStart"/>
      <w:r>
        <w:t>Niet</w:t>
      </w:r>
      <w:proofErr w:type="spellEnd"/>
      <w:r>
        <w:t xml:space="preserve"> met </w:t>
      </w:r>
      <w:proofErr w:type="spellStart"/>
      <w:r>
        <w:t>iedere</w:t>
      </w:r>
      <w:proofErr w:type="spellEnd"/>
      <w:r>
        <w:t xml:space="preserve"> </w:t>
      </w:r>
      <w:proofErr w:type="spellStart"/>
      <w:r>
        <w:t>genoemde</w:t>
      </w:r>
      <w:proofErr w:type="spellEnd"/>
      <w:r>
        <w:t xml:space="preserve"> </w:t>
      </w:r>
      <w:proofErr w:type="spellStart"/>
      <w:r>
        <w:t>partij</w:t>
      </w:r>
      <w:proofErr w:type="spellEnd"/>
      <w:r>
        <w:t xml:space="preserve"> </w:t>
      </w:r>
      <w:proofErr w:type="spellStart"/>
      <w:r>
        <w:t>hoeft</w:t>
      </w:r>
      <w:proofErr w:type="spellEnd"/>
      <w:r>
        <w:t xml:space="preserve"> </w:t>
      </w:r>
      <w:proofErr w:type="spellStart"/>
      <w:r>
        <w:t>een</w:t>
      </w:r>
      <w:proofErr w:type="spellEnd"/>
      <w:r>
        <w:t xml:space="preserve"> </w:t>
      </w:r>
      <w:proofErr w:type="spellStart"/>
      <w:r>
        <w:t>verwerkersovereenkomst</w:t>
      </w:r>
      <w:proofErr w:type="spellEnd"/>
      <w:r>
        <w:t xml:space="preserve"> </w:t>
      </w:r>
      <w:proofErr w:type="spellStart"/>
      <w:r>
        <w:t>te</w:t>
      </w:r>
      <w:proofErr w:type="spellEnd"/>
      <w:r>
        <w:t xml:space="preserve"> </w:t>
      </w:r>
      <w:proofErr w:type="spellStart"/>
      <w:r>
        <w:t>worden</w:t>
      </w:r>
      <w:proofErr w:type="spellEnd"/>
      <w:r>
        <w:t xml:space="preserve"> </w:t>
      </w:r>
      <w:proofErr w:type="spellStart"/>
      <w:r>
        <w:t>gesloten</w:t>
      </w:r>
      <w:proofErr w:type="spellEnd"/>
      <w:r>
        <w:t xml:space="preserve">. </w:t>
      </w:r>
      <w:proofErr w:type="spellStart"/>
      <w:r>
        <w:t>Dit</w:t>
      </w:r>
      <w:proofErr w:type="spellEnd"/>
      <w:r>
        <w:t xml:space="preserve"> is </w:t>
      </w:r>
      <w:proofErr w:type="spellStart"/>
      <w:r>
        <w:t>enkel</w:t>
      </w:r>
      <w:proofErr w:type="spellEnd"/>
      <w:r>
        <w:t xml:space="preserve"> </w:t>
      </w:r>
      <w:proofErr w:type="spellStart"/>
      <w:r>
        <w:t>verplicht</w:t>
      </w:r>
      <w:proofErr w:type="spellEnd"/>
      <w:r>
        <w:t xml:space="preserve"> met </w:t>
      </w:r>
      <w:proofErr w:type="spellStart"/>
      <w:r>
        <w:t>partijen</w:t>
      </w:r>
      <w:proofErr w:type="spellEnd"/>
      <w:r>
        <w:t xml:space="preserve"> die </w:t>
      </w:r>
      <w:proofErr w:type="spellStart"/>
      <w:r>
        <w:t>namens</w:t>
      </w:r>
      <w:proofErr w:type="spellEnd"/>
      <w:r>
        <w:t xml:space="preserve"> Marquee </w:t>
      </w:r>
      <w:proofErr w:type="spellStart"/>
      <w:r>
        <w:t>persoonsgegevens</w:t>
      </w:r>
      <w:proofErr w:type="spellEnd"/>
      <w:r>
        <w:t xml:space="preserve"> </w:t>
      </w:r>
      <w:proofErr w:type="spellStart"/>
      <w:r>
        <w:t>verwerken</w:t>
      </w:r>
      <w:proofErr w:type="spellEnd"/>
      <w:r>
        <w:t xml:space="preserve">, </w:t>
      </w:r>
      <w:proofErr w:type="spellStart"/>
      <w:r>
        <w:t>zoals</w:t>
      </w:r>
      <w:proofErr w:type="spellEnd"/>
      <w:r>
        <w:t xml:space="preserve"> de hosting- of </w:t>
      </w:r>
      <w:proofErr w:type="spellStart"/>
      <w:r>
        <w:t>technisch</w:t>
      </w:r>
      <w:proofErr w:type="spellEnd"/>
      <w:r>
        <w:t xml:space="preserve"> </w:t>
      </w:r>
      <w:proofErr w:type="spellStart"/>
      <w:r>
        <w:t>beheerder</w:t>
      </w:r>
      <w:proofErr w:type="spellEnd"/>
      <w:r>
        <w:t>.</w:t>
      </w:r>
      <w:r w:rsidR="00E817CC">
        <w:t xml:space="preserve"> Vaak </w:t>
      </w:r>
      <w:proofErr w:type="spellStart"/>
      <w:r w:rsidR="00E817CC">
        <w:t>hebben</w:t>
      </w:r>
      <w:proofErr w:type="spellEnd"/>
      <w:r w:rsidR="00E817CC">
        <w:t xml:space="preserve"> </w:t>
      </w:r>
      <w:proofErr w:type="spellStart"/>
      <w:r w:rsidR="00E817CC">
        <w:t>dit</w:t>
      </w:r>
      <w:proofErr w:type="spellEnd"/>
      <w:r w:rsidR="00E817CC">
        <w:t xml:space="preserve"> </w:t>
      </w:r>
      <w:proofErr w:type="spellStart"/>
      <w:r w:rsidR="00E817CC">
        <w:t>soort</w:t>
      </w:r>
      <w:proofErr w:type="spellEnd"/>
      <w:r w:rsidR="00E817CC">
        <w:t xml:space="preserve"> </w:t>
      </w:r>
      <w:proofErr w:type="spellStart"/>
      <w:r w:rsidR="00E817CC">
        <w:t>partijen</w:t>
      </w:r>
      <w:proofErr w:type="spellEnd"/>
      <w:r w:rsidR="00E817CC">
        <w:t xml:space="preserve"> </w:t>
      </w:r>
      <w:proofErr w:type="spellStart"/>
      <w:r w:rsidR="00E817CC">
        <w:t>zelf</w:t>
      </w:r>
      <w:proofErr w:type="spellEnd"/>
      <w:r w:rsidR="00E817CC">
        <w:t xml:space="preserve"> al </w:t>
      </w:r>
      <w:proofErr w:type="spellStart"/>
      <w:r w:rsidR="00E817CC">
        <w:t>verwerkersoverenkomsten</w:t>
      </w:r>
      <w:proofErr w:type="spellEnd"/>
      <w:r w:rsidR="00E817CC">
        <w:t xml:space="preserve">. </w:t>
      </w:r>
    </w:p>
    <w:p w14:paraId="2C053C85" w14:textId="77777777" w:rsidR="00E817CC" w:rsidRDefault="00E817CC">
      <w:pPr>
        <w:pStyle w:val="Tekstopmerking"/>
      </w:pPr>
    </w:p>
    <w:p w14:paraId="0632638C" w14:textId="3C4E89B2" w:rsidR="006148BF" w:rsidRDefault="006148BF">
      <w:pPr>
        <w:pStyle w:val="Tekstopmerking"/>
      </w:pPr>
      <w:r>
        <w:t xml:space="preserve">Met </w:t>
      </w:r>
      <w:proofErr w:type="spellStart"/>
      <w:r>
        <w:t>partijen</w:t>
      </w:r>
      <w:proofErr w:type="spellEnd"/>
      <w:r>
        <w:t xml:space="preserve"> die </w:t>
      </w:r>
      <w:proofErr w:type="spellStart"/>
      <w:r>
        <w:t>voor</w:t>
      </w:r>
      <w:proofErr w:type="spellEnd"/>
      <w:r>
        <w:t xml:space="preserve"> eigen </w:t>
      </w:r>
      <w:proofErr w:type="spellStart"/>
      <w:r>
        <w:t>doeleinden</w:t>
      </w:r>
      <w:proofErr w:type="spellEnd"/>
      <w:r>
        <w:t xml:space="preserve"> </w:t>
      </w:r>
      <w:proofErr w:type="spellStart"/>
      <w:r>
        <w:t>zelfstandig</w:t>
      </w:r>
      <w:proofErr w:type="spellEnd"/>
      <w:r>
        <w:t xml:space="preserve"> </w:t>
      </w:r>
      <w:proofErr w:type="spellStart"/>
      <w:r>
        <w:t>verwerkingsverantwoordelijke</w:t>
      </w:r>
      <w:proofErr w:type="spellEnd"/>
      <w:r>
        <w:t xml:space="preserve"> </w:t>
      </w:r>
      <w:proofErr w:type="spellStart"/>
      <w:r>
        <w:t>zijn</w:t>
      </w:r>
      <w:proofErr w:type="spellEnd"/>
      <w:r>
        <w:t xml:space="preserve">, </w:t>
      </w:r>
      <w:proofErr w:type="spellStart"/>
      <w:r>
        <w:t>zoals</w:t>
      </w:r>
      <w:proofErr w:type="spellEnd"/>
      <w:r>
        <w:t xml:space="preserve"> </w:t>
      </w:r>
      <w:proofErr w:type="spellStart"/>
      <w:r>
        <w:t>sommige</w:t>
      </w:r>
      <w:proofErr w:type="spellEnd"/>
      <w:r>
        <w:t xml:space="preserve"> </w:t>
      </w:r>
      <w:proofErr w:type="spellStart"/>
      <w:r>
        <w:t>betaalproviders</w:t>
      </w:r>
      <w:proofErr w:type="spellEnd"/>
      <w:r>
        <w:t xml:space="preserve">, </w:t>
      </w:r>
      <w:proofErr w:type="spellStart"/>
      <w:r>
        <w:t>wordt</w:t>
      </w:r>
      <w:proofErr w:type="spellEnd"/>
      <w:r>
        <w:t xml:space="preserve"> </w:t>
      </w:r>
      <w:proofErr w:type="spellStart"/>
      <w:r>
        <w:t>geen</w:t>
      </w:r>
      <w:proofErr w:type="spellEnd"/>
      <w:r>
        <w:t xml:space="preserve"> </w:t>
      </w:r>
      <w:proofErr w:type="spellStart"/>
      <w:r>
        <w:t>verwerkersovereenkomst</w:t>
      </w:r>
      <w:proofErr w:type="spellEnd"/>
      <w:r>
        <w:t xml:space="preserve"> </w:t>
      </w:r>
      <w:proofErr w:type="spellStart"/>
      <w:r>
        <w:t>gesloten</w:t>
      </w:r>
      <w:proofErr w:type="spellEnd"/>
      <w:r>
        <w:t xml:space="preserve"> maar </w:t>
      </w:r>
      <w:proofErr w:type="spellStart"/>
      <w:r>
        <w:t>moet</w:t>
      </w:r>
      <w:proofErr w:type="spellEnd"/>
      <w:r>
        <w:t xml:space="preserve"> </w:t>
      </w:r>
      <w:proofErr w:type="spellStart"/>
      <w:r>
        <w:t>wel</w:t>
      </w:r>
      <w:proofErr w:type="spellEnd"/>
      <w:r>
        <w:t xml:space="preserve"> </w:t>
      </w:r>
      <w:proofErr w:type="spellStart"/>
      <w:r>
        <w:t>worden</w:t>
      </w:r>
      <w:proofErr w:type="spellEnd"/>
      <w:r>
        <w:t xml:space="preserve"> </w:t>
      </w:r>
      <w:proofErr w:type="spellStart"/>
      <w:r>
        <w:t>vastgesteld</w:t>
      </w:r>
      <w:proofErr w:type="spellEnd"/>
      <w:r>
        <w:t xml:space="preserve"> </w:t>
      </w:r>
      <w:proofErr w:type="spellStart"/>
      <w:r>
        <w:t>welke</w:t>
      </w:r>
      <w:proofErr w:type="spellEnd"/>
      <w:r>
        <w:t xml:space="preserve"> </w:t>
      </w:r>
      <w:proofErr w:type="spellStart"/>
      <w:r>
        <w:t>rol</w:t>
      </w:r>
      <w:proofErr w:type="spellEnd"/>
      <w:r>
        <w:t xml:space="preserve"> </w:t>
      </w:r>
      <w:proofErr w:type="spellStart"/>
      <w:r>
        <w:t>zij</w:t>
      </w:r>
      <w:proofErr w:type="spellEnd"/>
      <w:r>
        <w:t xml:space="preserve"> </w:t>
      </w:r>
      <w:proofErr w:type="spellStart"/>
      <w:r>
        <w:t>hebben</w:t>
      </w:r>
      <w:proofErr w:type="spellEnd"/>
      <w:r>
        <w:t xml:space="preserve"> </w:t>
      </w:r>
      <w:proofErr w:type="spellStart"/>
      <w:r>
        <w:t>en</w:t>
      </w:r>
      <w:proofErr w:type="spellEnd"/>
      <w:r>
        <w:t xml:space="preserve"> op </w:t>
      </w:r>
      <w:proofErr w:type="spellStart"/>
      <w:r>
        <w:t>welke</w:t>
      </w:r>
      <w:proofErr w:type="spellEnd"/>
      <w:r>
        <w:t xml:space="preserve"> </w:t>
      </w:r>
      <w:proofErr w:type="spellStart"/>
      <w:r>
        <w:t>grond</w:t>
      </w:r>
      <w:proofErr w:type="spellEnd"/>
      <w:r>
        <w:t xml:space="preserve"> </w:t>
      </w:r>
      <w:proofErr w:type="spellStart"/>
      <w:r>
        <w:t>gegevens</w:t>
      </w:r>
      <w:proofErr w:type="spellEnd"/>
      <w:r>
        <w:t xml:space="preserve"> </w:t>
      </w:r>
      <w:proofErr w:type="spellStart"/>
      <w:r>
        <w:t>worden</w:t>
      </w:r>
      <w:proofErr w:type="spellEnd"/>
      <w:r>
        <w:t xml:space="preserve"> </w:t>
      </w:r>
      <w:proofErr w:type="spellStart"/>
      <w:r>
        <w:t>gedeeld</w:t>
      </w:r>
      <w:proofErr w:type="spellEnd"/>
      <w:r>
        <w:t xml:space="preserve">. </w:t>
      </w:r>
      <w:proofErr w:type="spellStart"/>
      <w:r>
        <w:t>Dit</w:t>
      </w:r>
      <w:proofErr w:type="spellEnd"/>
      <w:r>
        <w:t xml:space="preserve"> </w:t>
      </w:r>
      <w:proofErr w:type="spellStart"/>
      <w:r>
        <w:t>moet</w:t>
      </w:r>
      <w:proofErr w:type="spellEnd"/>
      <w:r>
        <w:t xml:space="preserve"> per </w:t>
      </w:r>
      <w:proofErr w:type="spellStart"/>
      <w:r>
        <w:t>leverancier</w:t>
      </w:r>
      <w:proofErr w:type="spellEnd"/>
      <w:r>
        <w:t xml:space="preserve"> in het interne AVG-</w:t>
      </w:r>
      <w:proofErr w:type="spellStart"/>
      <w:r>
        <w:t>beleid</w:t>
      </w:r>
      <w:proofErr w:type="spellEnd"/>
      <w:r>
        <w:t xml:space="preserve"> </w:t>
      </w:r>
      <w:proofErr w:type="spellStart"/>
      <w:r>
        <w:t>en</w:t>
      </w:r>
      <w:proofErr w:type="spellEnd"/>
      <w:r>
        <w:t xml:space="preserve"> </w:t>
      </w:r>
      <w:proofErr w:type="spellStart"/>
      <w:r>
        <w:t>verwerkingsregister</w:t>
      </w:r>
      <w:proofErr w:type="spellEnd"/>
      <w:r>
        <w:t xml:space="preserve"> </w:t>
      </w:r>
      <w:proofErr w:type="spellStart"/>
      <w:r>
        <w:t>worden</w:t>
      </w:r>
      <w:proofErr w:type="spellEnd"/>
      <w:r>
        <w:t xml:space="preserve"> </w:t>
      </w:r>
      <w:proofErr w:type="spellStart"/>
      <w:r>
        <w:t>vastgelegd</w:t>
      </w:r>
      <w:proofErr w:type="spellEnd"/>
      <w:r>
        <w:t>.</w:t>
      </w:r>
    </w:p>
  </w:comment>
  <w:comment w:id="17" w:author="Lisa Harteveld" w:date="2026-07-23T08:56:00Z" w:initials="LH">
    <w:p w14:paraId="59CA9E10" w14:textId="30B3885E" w:rsidR="00E859A5" w:rsidRDefault="00363B68">
      <w:r>
        <w:annotationRef/>
      </w:r>
      <w:r w:rsidR="000870AD">
        <w:t>Per</w:t>
      </w:r>
      <w:r>
        <w:t xml:space="preserve"> </w:t>
      </w:r>
      <w:proofErr w:type="spellStart"/>
      <w:r>
        <w:t>leverancier</w:t>
      </w:r>
      <w:proofErr w:type="spellEnd"/>
      <w:r>
        <w:t xml:space="preserve"> </w:t>
      </w:r>
      <w:proofErr w:type="spellStart"/>
      <w:r w:rsidR="000870AD">
        <w:t>dient</w:t>
      </w:r>
      <w:proofErr w:type="spellEnd"/>
      <w:r w:rsidR="000870AD">
        <w:t xml:space="preserve"> </w:t>
      </w:r>
      <w:r>
        <w:t xml:space="preserve">de </w:t>
      </w:r>
      <w:proofErr w:type="spellStart"/>
      <w:r>
        <w:t>contractspartij</w:t>
      </w:r>
      <w:proofErr w:type="spellEnd"/>
      <w:r>
        <w:t xml:space="preserve">, </w:t>
      </w:r>
      <w:proofErr w:type="spellStart"/>
      <w:r>
        <w:t>dataregio</w:t>
      </w:r>
      <w:proofErr w:type="spellEnd"/>
      <w:r>
        <w:t xml:space="preserve">, </w:t>
      </w:r>
      <w:proofErr w:type="spellStart"/>
      <w:r>
        <w:t>supporttoegang</w:t>
      </w:r>
      <w:proofErr w:type="spellEnd"/>
      <w:r>
        <w:t xml:space="preserve">, back-ups, </w:t>
      </w:r>
      <w:proofErr w:type="spellStart"/>
      <w:r>
        <w:t>subverwerkers</w:t>
      </w:r>
      <w:proofErr w:type="spellEnd"/>
      <w:r>
        <w:t xml:space="preserve"> </w:t>
      </w:r>
      <w:proofErr w:type="spellStart"/>
      <w:r>
        <w:t>en</w:t>
      </w:r>
      <w:proofErr w:type="spellEnd"/>
      <w:r>
        <w:t xml:space="preserve"> </w:t>
      </w:r>
      <w:proofErr w:type="spellStart"/>
      <w:r>
        <w:t>gekozen</w:t>
      </w:r>
      <w:proofErr w:type="spellEnd"/>
      <w:r>
        <w:t xml:space="preserve"> </w:t>
      </w:r>
      <w:proofErr w:type="spellStart"/>
      <w:r>
        <w:t>accountinstellinge</w:t>
      </w:r>
      <w:r w:rsidR="000870AD">
        <w:t>n</w:t>
      </w:r>
      <w:proofErr w:type="spellEnd"/>
      <w:r w:rsidR="000870AD">
        <w:t xml:space="preserve"> </w:t>
      </w:r>
      <w:proofErr w:type="spellStart"/>
      <w:r w:rsidR="000870AD">
        <w:t>gecontroleerd</w:t>
      </w:r>
      <w:proofErr w:type="spellEnd"/>
      <w:r w:rsidR="000870AD">
        <w:t xml:space="preserve"> </w:t>
      </w:r>
      <w:proofErr w:type="spellStart"/>
      <w:r w:rsidR="000870AD">
        <w:t>te</w:t>
      </w:r>
      <w:proofErr w:type="spellEnd"/>
      <w:r w:rsidR="000870AD">
        <w:t xml:space="preserve"> </w:t>
      </w:r>
      <w:proofErr w:type="spellStart"/>
      <w:r w:rsidR="000870AD">
        <w:t>worden</w:t>
      </w:r>
      <w:proofErr w:type="spellEnd"/>
      <w:r w:rsidR="00525745">
        <w:t xml:space="preserve"> </w:t>
      </w:r>
      <w:proofErr w:type="spellStart"/>
      <w:r w:rsidR="00525745">
        <w:t>een</w:t>
      </w:r>
      <w:proofErr w:type="spellEnd"/>
      <w:r w:rsidR="00525745">
        <w:rPr>
          <w:rFonts w:ascii="-webkit-standard" w:hAnsi="-webkit-standard"/>
          <w:sz w:val="27"/>
          <w:szCs w:val="27"/>
        </w:rPr>
        <w:t xml:space="preserve"> interne AVG-</w:t>
      </w:r>
      <w:proofErr w:type="spellStart"/>
      <w:r w:rsidR="00525745">
        <w:rPr>
          <w:rFonts w:ascii="-webkit-standard" w:hAnsi="-webkit-standard"/>
          <w:sz w:val="27"/>
          <w:szCs w:val="27"/>
        </w:rPr>
        <w:t>beleid</w:t>
      </w:r>
      <w:proofErr w:type="spellEnd"/>
      <w:r w:rsidR="00525745">
        <w:rPr>
          <w:rFonts w:ascii="-webkit-standard" w:hAnsi="-webkit-standard"/>
          <w:sz w:val="27"/>
          <w:szCs w:val="27"/>
        </w:rPr>
        <w:t>/</w:t>
      </w:r>
      <w:proofErr w:type="spellStart"/>
      <w:r w:rsidR="00525745">
        <w:rPr>
          <w:rFonts w:ascii="-webkit-standard" w:hAnsi="-webkit-standard"/>
          <w:sz w:val="27"/>
          <w:szCs w:val="27"/>
        </w:rPr>
        <w:t>verwerkingsregister</w:t>
      </w:r>
      <w:proofErr w:type="spellEnd"/>
      <w:r w:rsidR="000870AD">
        <w:t xml:space="preserve">. </w:t>
      </w:r>
      <w:proofErr w:type="spellStart"/>
      <w:r w:rsidR="00525745">
        <w:t>Di</w:t>
      </w:r>
      <w:r w:rsidR="000870AD">
        <w:t>t</w:t>
      </w:r>
      <w:proofErr w:type="spellEnd"/>
      <w:r w:rsidR="000870AD">
        <w:t xml:space="preserve"> is </w:t>
      </w:r>
      <w:proofErr w:type="spellStart"/>
      <w:r w:rsidR="000870AD">
        <w:t>namelijk</w:t>
      </w:r>
      <w:proofErr w:type="spellEnd"/>
      <w:r w:rsidR="000870AD">
        <w:t xml:space="preserve"> </w:t>
      </w:r>
      <w:proofErr w:type="spellStart"/>
      <w:r w:rsidR="000870AD">
        <w:t>niet</w:t>
      </w:r>
      <w:proofErr w:type="spellEnd"/>
      <w:r w:rsidR="000870AD">
        <w:t xml:space="preserve"> </w:t>
      </w:r>
      <w:proofErr w:type="spellStart"/>
      <w:r w:rsidR="000870AD">
        <w:t>toegestaan</w:t>
      </w:r>
      <w:proofErr w:type="spellEnd"/>
      <w:r w:rsidR="000870AD">
        <w:t xml:space="preserve"> </w:t>
      </w:r>
      <w:proofErr w:type="spellStart"/>
      <w:r w:rsidR="000870AD">
        <w:t>zonder</w:t>
      </w:r>
      <w:proofErr w:type="spellEnd"/>
      <w:r w:rsidR="000870AD">
        <w:t xml:space="preserve"> </w:t>
      </w:r>
      <w:proofErr w:type="spellStart"/>
      <w:r w:rsidR="000870AD">
        <w:t>allerlei</w:t>
      </w:r>
      <w:proofErr w:type="spellEnd"/>
      <w:r w:rsidR="000870AD">
        <w:t xml:space="preserve"> </w:t>
      </w:r>
      <w:proofErr w:type="spellStart"/>
      <w:r w:rsidR="000870AD">
        <w:t>nadere</w:t>
      </w:r>
      <w:proofErr w:type="spellEnd"/>
      <w:r w:rsidR="000870AD">
        <w:t xml:space="preserve"> </w:t>
      </w:r>
      <w:proofErr w:type="spellStart"/>
      <w:r w:rsidR="000870AD">
        <w:t>waarborgen</w:t>
      </w:r>
      <w:proofErr w:type="spellEnd"/>
      <w:r w:rsidR="000870AD">
        <w:t xml:space="preserve"> </w:t>
      </w:r>
      <w:proofErr w:type="spellStart"/>
      <w:r w:rsidR="000870AD">
        <w:t>zoals</w:t>
      </w:r>
      <w:proofErr w:type="spellEnd"/>
      <w:r w:rsidR="000870AD">
        <w:t xml:space="preserve"> </w:t>
      </w:r>
      <w:proofErr w:type="spellStart"/>
      <w:r w:rsidR="000870AD">
        <w:t>hierna</w:t>
      </w:r>
      <w:proofErr w:type="spellEnd"/>
      <w:r w:rsidR="000870AD">
        <w:t xml:space="preserve"> </w:t>
      </w:r>
      <w:proofErr w:type="spellStart"/>
      <w:r w:rsidR="000870AD">
        <w:t>omschreven</w:t>
      </w:r>
      <w:proofErr w:type="spellEnd"/>
      <w:r w:rsidR="000870AD">
        <w:t xml:space="preserve">. </w:t>
      </w:r>
    </w:p>
  </w:comment>
  <w:comment w:id="18" w:author="Lisa Harteveld" w:date="2026-07-24T10:32:00Z" w:initials="LH">
    <w:p w14:paraId="7C1C6495" w14:textId="1B294E98" w:rsidR="00DA72D5" w:rsidRDefault="00DA72D5">
      <w:pPr>
        <w:pStyle w:val="Tekstopmerking"/>
      </w:pPr>
      <w:r>
        <w:rPr>
          <w:rStyle w:val="Verwijzingopmerking"/>
        </w:rPr>
        <w:annotationRef/>
      </w:r>
      <w:proofErr w:type="spellStart"/>
      <w:r>
        <w:t>Indien</w:t>
      </w:r>
      <w:proofErr w:type="spellEnd"/>
      <w:r>
        <w:t xml:space="preserve"> </w:t>
      </w:r>
      <w:proofErr w:type="spellStart"/>
      <w:r>
        <w:t>jullie</w:t>
      </w:r>
      <w:proofErr w:type="spellEnd"/>
      <w:r>
        <w:t xml:space="preserve"> Google Analytics </w:t>
      </w:r>
      <w:proofErr w:type="spellStart"/>
      <w:r>
        <w:t>gebruiken</w:t>
      </w:r>
      <w:proofErr w:type="spellEnd"/>
      <w:r>
        <w:t xml:space="preserve">, </w:t>
      </w:r>
      <w:proofErr w:type="spellStart"/>
      <w:r>
        <w:t>raad</w:t>
      </w:r>
      <w:proofErr w:type="spellEnd"/>
      <w:r>
        <w:t xml:space="preserve"> </w:t>
      </w:r>
      <w:proofErr w:type="spellStart"/>
      <w:r>
        <w:t>ik</w:t>
      </w:r>
      <w:proofErr w:type="spellEnd"/>
      <w:r>
        <w:t xml:space="preserve"> </w:t>
      </w:r>
      <w:proofErr w:type="spellStart"/>
      <w:r>
        <w:t>aan</w:t>
      </w:r>
      <w:proofErr w:type="spellEnd"/>
      <w:r>
        <w:t xml:space="preserve"> </w:t>
      </w:r>
      <w:proofErr w:type="spellStart"/>
      <w:r>
        <w:t>dit</w:t>
      </w:r>
      <w:proofErr w:type="spellEnd"/>
      <w:r>
        <w:t xml:space="preserve"> </w:t>
      </w:r>
      <w:proofErr w:type="spellStart"/>
      <w:r>
        <w:t>technisch</w:t>
      </w:r>
      <w:proofErr w:type="spellEnd"/>
      <w:r>
        <w:t xml:space="preserve"> zo in </w:t>
      </w:r>
      <w:proofErr w:type="spellStart"/>
      <w:r>
        <w:t>te</w:t>
      </w:r>
      <w:proofErr w:type="spellEnd"/>
      <w:r>
        <w:t xml:space="preserve"> </w:t>
      </w:r>
      <w:proofErr w:type="spellStart"/>
      <w:r>
        <w:t>stellen</w:t>
      </w:r>
      <w:proofErr w:type="spellEnd"/>
      <w:r>
        <w:t xml:space="preserve">. </w:t>
      </w:r>
    </w:p>
  </w:comment>
  <w:comment w:id="19" w:author="Info | BeOurGuestEvents.nl" w:date="2026-08-05T10:07:00Z" w:initials="I">
    <w:p w14:paraId="75D4C8F5" w14:textId="77777777" w:rsidR="004F73E7" w:rsidRDefault="004F73E7" w:rsidP="004F73E7">
      <w:pPr>
        <w:pStyle w:val="Tekstopmerking"/>
      </w:pPr>
      <w:r>
        <w:rPr>
          <w:rStyle w:val="Verwijzingopmerking"/>
        </w:rPr>
        <w:annotationRef/>
      </w:r>
      <w:proofErr w:type="spellStart"/>
      <w:r>
        <w:t>Oke</w:t>
      </w:r>
      <w:proofErr w:type="spellEnd"/>
      <w:r>
        <w:t xml:space="preserve">, </w:t>
      </w:r>
      <w:proofErr w:type="spellStart"/>
      <w:r>
        <w:t>ik</w:t>
      </w:r>
      <w:proofErr w:type="spellEnd"/>
      <w:r>
        <w:t xml:space="preserve"> </w:t>
      </w:r>
      <w:proofErr w:type="spellStart"/>
      <w:r>
        <w:t>geef</w:t>
      </w:r>
      <w:proofErr w:type="spellEnd"/>
      <w:r>
        <w:t xml:space="preserve"> </w:t>
      </w:r>
      <w:proofErr w:type="spellStart"/>
      <w:r>
        <w:t>dit</w:t>
      </w:r>
      <w:proofErr w:type="spellEnd"/>
      <w:r>
        <w:t xml:space="preserve"> door </w:t>
      </w:r>
      <w:proofErr w:type="spellStart"/>
      <w:r>
        <w:t>aan</w:t>
      </w:r>
      <w:proofErr w:type="spellEnd"/>
      <w:r>
        <w:t xml:space="preserve"> </w:t>
      </w:r>
      <w:proofErr w:type="spellStart"/>
      <w:r>
        <w:t>mijn</w:t>
      </w:r>
      <w:proofErr w:type="spellEnd"/>
      <w:r>
        <w:t xml:space="preserve"> </w:t>
      </w:r>
      <w:proofErr w:type="spellStart"/>
      <w:r>
        <w:t>webbouwer</w:t>
      </w:r>
      <w:proofErr w:type="spellEnd"/>
      <w:r>
        <w:t xml:space="preserve"> Justin</w:t>
      </w:r>
    </w:p>
  </w:comment>
  <w:comment w:id="20" w:author="Lisa Harteveld" w:date="2026-08-25T15:42:00Z" w:initials="LH">
    <w:p w14:paraId="69CA10CC" w14:textId="138A3EFF" w:rsidR="00E817CC" w:rsidRDefault="00E817CC">
      <w:pPr>
        <w:pStyle w:val="Tekstopmerking"/>
      </w:pPr>
      <w:r>
        <w:rPr>
          <w:rStyle w:val="Verwijzingopmerking"/>
        </w:rPr>
        <w:annotationRef/>
      </w:r>
      <w:proofErr w:type="spellStart"/>
      <w:r>
        <w:t>Alleen</w:t>
      </w:r>
      <w:proofErr w:type="spellEnd"/>
      <w:r>
        <w:t xml:space="preserve"> even </w:t>
      </w:r>
      <w:proofErr w:type="spellStart"/>
      <w:r>
        <w:t>ter</w:t>
      </w:r>
      <w:proofErr w:type="spellEnd"/>
      <w:r>
        <w:t xml:space="preserve"> info: het is </w:t>
      </w:r>
      <w:proofErr w:type="spellStart"/>
      <w:r>
        <w:t>mij</w:t>
      </w:r>
      <w:proofErr w:type="spellEnd"/>
      <w:r>
        <w:t xml:space="preserve"> </w:t>
      </w:r>
      <w:proofErr w:type="spellStart"/>
      <w:r>
        <w:t>obv</w:t>
      </w:r>
      <w:proofErr w:type="spellEnd"/>
      <w:r>
        <w:t xml:space="preserve"> de </w:t>
      </w:r>
      <w:proofErr w:type="spellStart"/>
      <w:r>
        <w:t>doorgestuurde</w:t>
      </w:r>
      <w:proofErr w:type="spellEnd"/>
      <w:r>
        <w:t xml:space="preserve"> </w:t>
      </w:r>
      <w:proofErr w:type="spellStart"/>
      <w:r>
        <w:t>emailwisseling</w:t>
      </w:r>
      <w:proofErr w:type="spellEnd"/>
      <w:r>
        <w:t xml:space="preserve"> </w:t>
      </w:r>
      <w:proofErr w:type="spellStart"/>
      <w:r>
        <w:t>niet</w:t>
      </w:r>
      <w:proofErr w:type="spellEnd"/>
      <w:r>
        <w:t xml:space="preserve"> </w:t>
      </w:r>
      <w:proofErr w:type="spellStart"/>
      <w:r>
        <w:t>duidelijk</w:t>
      </w:r>
      <w:proofErr w:type="spellEnd"/>
      <w:r>
        <w:t xml:space="preserve"> of </w:t>
      </w:r>
      <w:proofErr w:type="spellStart"/>
      <w:r>
        <w:t>dit</w:t>
      </w:r>
      <w:proofErr w:type="spellEnd"/>
      <w:r>
        <w:t xml:space="preserve"> </w:t>
      </w:r>
      <w:proofErr w:type="spellStart"/>
      <w:r>
        <w:t>geregeld</w:t>
      </w:r>
      <w:proofErr w:type="spellEnd"/>
      <w:r>
        <w:t xml:space="preserve"> is of </w:t>
      </w:r>
      <w:proofErr w:type="spellStart"/>
      <w:r>
        <w:t>kan</w:t>
      </w:r>
      <w:proofErr w:type="spellEnd"/>
      <w:r>
        <w:t xml:space="preserve"> </w:t>
      </w:r>
      <w:proofErr w:type="spellStart"/>
      <w:r>
        <w:t>worden</w:t>
      </w:r>
      <w:proofErr w:type="spellEnd"/>
      <w:r>
        <w:t xml:space="preserve">. </w:t>
      </w:r>
      <w:proofErr w:type="spellStart"/>
      <w:r>
        <w:t>Ervanuitgaande</w:t>
      </w:r>
      <w:proofErr w:type="spellEnd"/>
      <w:r>
        <w:t xml:space="preserve"> </w:t>
      </w:r>
      <w:proofErr w:type="spellStart"/>
      <w:r>
        <w:t>dat</w:t>
      </w:r>
      <w:proofErr w:type="spellEnd"/>
      <w:r>
        <w:t xml:space="preserve"> </w:t>
      </w:r>
      <w:proofErr w:type="spellStart"/>
      <w:r>
        <w:t>kan</w:t>
      </w:r>
      <w:proofErr w:type="spellEnd"/>
      <w:r>
        <w:t xml:space="preserve">, </w:t>
      </w:r>
      <w:proofErr w:type="spellStart"/>
      <w:r>
        <w:t>kan</w:t>
      </w:r>
      <w:proofErr w:type="spellEnd"/>
      <w:r>
        <w:t xml:space="preserve"> </w:t>
      </w:r>
      <w:proofErr w:type="spellStart"/>
      <w:r>
        <w:t>deze</w:t>
      </w:r>
      <w:proofErr w:type="spellEnd"/>
      <w:r>
        <w:t xml:space="preserve"> </w:t>
      </w:r>
      <w:proofErr w:type="spellStart"/>
      <w:r>
        <w:t>tekst</w:t>
      </w:r>
      <w:proofErr w:type="spellEnd"/>
      <w:r>
        <w:t xml:space="preserve"> </w:t>
      </w:r>
      <w:proofErr w:type="spellStart"/>
      <w:r>
        <w:t>gewoon</w:t>
      </w:r>
      <w:proofErr w:type="spellEnd"/>
      <w:r>
        <w:t xml:space="preserve"> zo </w:t>
      </w:r>
      <w:proofErr w:type="spellStart"/>
      <w:r>
        <w:t>blijven</w:t>
      </w:r>
      <w:proofErr w:type="spellEnd"/>
      <w:r>
        <w:t xml:space="preserve"> </w:t>
      </w:r>
      <w:proofErr w:type="spellStart"/>
      <w:r>
        <w:t>staan</w:t>
      </w:r>
      <w:proofErr w:type="spellEnd"/>
      <w:r>
        <w:t xml:space="preserve">. </w:t>
      </w:r>
    </w:p>
  </w:comment>
  <w:comment w:id="21" w:author="Info | BeOurGuestEvents.nl" w:date="2026-09-04T19:03:00Z" w:initials="I">
    <w:p w14:paraId="446489F7" w14:textId="77777777" w:rsidR="00E466BE" w:rsidRDefault="00E466BE" w:rsidP="00E466BE">
      <w:pPr>
        <w:pStyle w:val="Tekstopmerking"/>
      </w:pPr>
      <w:r>
        <w:rPr>
          <w:rStyle w:val="Verwijzingopmerking"/>
        </w:rPr>
        <w:annotationRef/>
      </w:r>
      <w:r>
        <w:t xml:space="preserve">Ja is </w:t>
      </w:r>
      <w:proofErr w:type="spellStart"/>
      <w:r>
        <w:t>geregeld</w:t>
      </w:r>
      <w:proofErr w:type="spellEnd"/>
      <w:r>
        <w:t>.</w:t>
      </w:r>
    </w:p>
  </w:comment>
  <w:comment w:id="22" w:author="Lisa Harteveld" w:date="2026-07-23T18:06:00Z" w:initials="LH">
    <w:p w14:paraId="0F371206" w14:textId="523D2EE6" w:rsidR="0074044B" w:rsidRDefault="0074044B">
      <w:pPr>
        <w:pStyle w:val="Tekstopmerking"/>
      </w:pPr>
      <w:r>
        <w:rPr>
          <w:rStyle w:val="Verwijzingopmerking"/>
        </w:rPr>
        <w:annotationRef/>
      </w:r>
      <w:proofErr w:type="spellStart"/>
      <w:r>
        <w:t>Wordt</w:t>
      </w:r>
      <w:proofErr w:type="spellEnd"/>
      <w:r>
        <w:t xml:space="preserve"> </w:t>
      </w:r>
      <w:proofErr w:type="spellStart"/>
      <w:r>
        <w:t>dit</w:t>
      </w:r>
      <w:proofErr w:type="spellEnd"/>
      <w:r>
        <w:t xml:space="preserve"> </w:t>
      </w:r>
      <w:proofErr w:type="spellStart"/>
      <w:r>
        <w:t>getoond</w:t>
      </w:r>
      <w:proofErr w:type="spellEnd"/>
      <w:r>
        <w:t xml:space="preserve"> via </w:t>
      </w:r>
      <w:proofErr w:type="spellStart"/>
      <w:r>
        <w:t>Cookiebot</w:t>
      </w:r>
      <w:proofErr w:type="spellEnd"/>
      <w:r>
        <w:t>?</w:t>
      </w:r>
    </w:p>
  </w:comment>
  <w:comment w:id="23" w:author="Info | BeOurGuestEvents.nl" w:date="2026-08-05T10:10:00Z" w:initials="I">
    <w:p w14:paraId="38E9F942" w14:textId="77777777" w:rsidR="004F73E7" w:rsidRDefault="004F73E7" w:rsidP="004F73E7">
      <w:pPr>
        <w:pStyle w:val="Tekstopmerking"/>
      </w:pPr>
      <w:r>
        <w:rPr>
          <w:rStyle w:val="Verwijzingopmerking"/>
        </w:rPr>
        <w:annotationRef/>
      </w:r>
      <w:proofErr w:type="spellStart"/>
      <w:r>
        <w:t>Ik</w:t>
      </w:r>
      <w:proofErr w:type="spellEnd"/>
      <w:r>
        <w:t xml:space="preserve"> check </w:t>
      </w:r>
      <w:proofErr w:type="spellStart"/>
      <w:r>
        <w:t>dit</w:t>
      </w:r>
      <w:proofErr w:type="spellEnd"/>
      <w:r>
        <w:t xml:space="preserve"> even </w:t>
      </w:r>
      <w:proofErr w:type="spellStart"/>
      <w:r>
        <w:t>bij</w:t>
      </w:r>
      <w:proofErr w:type="spellEnd"/>
      <w:r>
        <w:t xml:space="preserve"> </w:t>
      </w:r>
      <w:proofErr w:type="spellStart"/>
      <w:r>
        <w:t>mijn</w:t>
      </w:r>
      <w:proofErr w:type="spellEnd"/>
      <w:r>
        <w:t xml:space="preserve"> </w:t>
      </w:r>
      <w:proofErr w:type="spellStart"/>
      <w:r>
        <w:t>webbouwer</w:t>
      </w:r>
      <w:proofErr w:type="spellEnd"/>
      <w:r>
        <w:t xml:space="preserve"> Justin</w:t>
      </w:r>
    </w:p>
  </w:comment>
  <w:comment w:id="24" w:author="Lisa Harteveld" w:date="2026-08-25T15:44:00Z" w:initials="LH">
    <w:p w14:paraId="41A40514" w14:textId="38A00705" w:rsidR="00E817CC" w:rsidRDefault="00E817CC">
      <w:pPr>
        <w:pStyle w:val="Tekstopmerking"/>
      </w:pPr>
      <w:r>
        <w:rPr>
          <w:rStyle w:val="Verwijzingopmerking"/>
        </w:rPr>
        <w:annotationRef/>
      </w:r>
      <w:proofErr w:type="spellStart"/>
      <w:r>
        <w:t>Dit</w:t>
      </w:r>
      <w:proofErr w:type="spellEnd"/>
      <w:r>
        <w:t xml:space="preserve"> punt </w:t>
      </w:r>
      <w:proofErr w:type="spellStart"/>
      <w:r>
        <w:t>staat</w:t>
      </w:r>
      <w:proofErr w:type="spellEnd"/>
      <w:r>
        <w:t xml:space="preserve"> </w:t>
      </w:r>
      <w:proofErr w:type="spellStart"/>
      <w:r>
        <w:t>voor</w:t>
      </w:r>
      <w:proofErr w:type="spellEnd"/>
      <w:r>
        <w:t xml:space="preserve"> </w:t>
      </w:r>
      <w:proofErr w:type="spellStart"/>
      <w:r>
        <w:t>zover</w:t>
      </w:r>
      <w:proofErr w:type="spellEnd"/>
      <w:r>
        <w:t xml:space="preserve"> </w:t>
      </w:r>
      <w:proofErr w:type="spellStart"/>
      <w:r>
        <w:t>ik</w:t>
      </w:r>
      <w:proofErr w:type="spellEnd"/>
      <w:r>
        <w:t xml:space="preserve"> </w:t>
      </w:r>
      <w:proofErr w:type="spellStart"/>
      <w:r>
        <w:t>weet</w:t>
      </w:r>
      <w:proofErr w:type="spellEnd"/>
      <w:r>
        <w:t xml:space="preserve"> </w:t>
      </w:r>
      <w:proofErr w:type="spellStart"/>
      <w:r>
        <w:t>ook</w:t>
      </w:r>
      <w:proofErr w:type="spellEnd"/>
      <w:r>
        <w:t xml:space="preserve"> </w:t>
      </w:r>
      <w:proofErr w:type="spellStart"/>
      <w:r>
        <w:t>nog</w:t>
      </w:r>
      <w:proofErr w:type="spellEnd"/>
      <w:r>
        <w:t xml:space="preserve"> open. </w:t>
      </w:r>
    </w:p>
  </w:comment>
  <w:comment w:id="25" w:author="Info | BeOurGuestEvents.nl" w:date="2026-09-04T19:04:00Z" w:initials="I">
    <w:p w14:paraId="25CACBA5" w14:textId="77777777" w:rsidR="00E466BE" w:rsidRDefault="00E466BE" w:rsidP="00E466BE">
      <w:pPr>
        <w:pStyle w:val="Tekstopmerking"/>
      </w:pPr>
      <w:r>
        <w:rPr>
          <w:rStyle w:val="Verwijzingopmerking"/>
        </w:rPr>
        <w:annotationRef/>
      </w:r>
      <w:r>
        <w:t xml:space="preserve">Ja is </w:t>
      </w:r>
      <w:proofErr w:type="spellStart"/>
      <w:r>
        <w:t>ook</w:t>
      </w:r>
      <w:proofErr w:type="spellEnd"/>
      <w:r>
        <w:t xml:space="preserve"> </w:t>
      </w:r>
      <w:proofErr w:type="spellStart"/>
      <w:r>
        <w:t>geregeld</w:t>
      </w:r>
      <w:proofErr w:type="spellEnd"/>
      <w:r>
        <w:t>.</w:t>
      </w:r>
    </w:p>
  </w:comment>
  <w:comment w:id="26" w:author="Info | BeOurGuestEvents.nl" w:date="2026-08-07T09:31:00Z" w:initials="I">
    <w:p w14:paraId="57A2B2C1" w14:textId="77777777" w:rsidR="0070309E" w:rsidRDefault="0070309E" w:rsidP="0070309E">
      <w:pPr>
        <w:pStyle w:val="Tekstopmerking"/>
      </w:pPr>
      <w:r>
        <w:rPr>
          <w:rStyle w:val="Verwijzingopmerking"/>
        </w:rPr>
        <w:annotationRef/>
      </w:r>
      <w:r>
        <w:t xml:space="preserve">Moet </w:t>
      </w:r>
      <w:proofErr w:type="spellStart"/>
      <w:r>
        <w:t>ons</w:t>
      </w:r>
      <w:proofErr w:type="spellEnd"/>
      <w:r>
        <w:t xml:space="preserve"> </w:t>
      </w:r>
      <w:proofErr w:type="spellStart"/>
      <w:r>
        <w:t>adres</w:t>
      </w:r>
      <w:proofErr w:type="spellEnd"/>
      <w:r>
        <w:t xml:space="preserve"> </w:t>
      </w:r>
      <w:proofErr w:type="spellStart"/>
      <w:r>
        <w:t>hier</w:t>
      </w:r>
      <w:proofErr w:type="spellEnd"/>
      <w:r>
        <w:t xml:space="preserve"> </w:t>
      </w:r>
      <w:proofErr w:type="spellStart"/>
      <w:r>
        <w:t>staan</w:t>
      </w:r>
      <w:proofErr w:type="spellEnd"/>
      <w:r>
        <w:t xml:space="preserve"> </w:t>
      </w:r>
      <w:proofErr w:type="spellStart"/>
      <w:r>
        <w:t>en</w:t>
      </w:r>
      <w:proofErr w:type="spellEnd"/>
      <w:r>
        <w:t xml:space="preserve">/of </w:t>
      </w:r>
      <w:proofErr w:type="spellStart"/>
      <w:r>
        <w:t>vermeld</w:t>
      </w:r>
      <w:proofErr w:type="spellEnd"/>
      <w:r>
        <w:t xml:space="preserve"> </w:t>
      </w:r>
      <w:proofErr w:type="spellStart"/>
      <w:r>
        <w:t>worden</w:t>
      </w:r>
      <w:proofErr w:type="spellEnd"/>
      <w:r>
        <w:t xml:space="preserve">? </w:t>
      </w:r>
      <w:proofErr w:type="spellStart"/>
      <w:r>
        <w:t>Wij</w:t>
      </w:r>
      <w:proofErr w:type="spellEnd"/>
      <w:r>
        <w:t xml:space="preserve"> </w:t>
      </w:r>
      <w:proofErr w:type="spellStart"/>
      <w:r>
        <w:t>hebben</w:t>
      </w:r>
      <w:proofErr w:type="spellEnd"/>
      <w:r>
        <w:t xml:space="preserve"> </w:t>
      </w:r>
      <w:proofErr w:type="spellStart"/>
      <w:r>
        <w:t>dit</w:t>
      </w:r>
      <w:proofErr w:type="spellEnd"/>
      <w:r>
        <w:t xml:space="preserve"> </w:t>
      </w:r>
      <w:proofErr w:type="spellStart"/>
      <w:r>
        <w:t>namelijk</w:t>
      </w:r>
      <w:proofErr w:type="spellEnd"/>
      <w:r>
        <w:t xml:space="preserve"> </w:t>
      </w:r>
      <w:proofErr w:type="spellStart"/>
      <w:r>
        <w:t>liever</w:t>
      </w:r>
      <w:proofErr w:type="spellEnd"/>
      <w:r>
        <w:t xml:space="preserve"> </w:t>
      </w:r>
      <w:proofErr w:type="spellStart"/>
      <w:r>
        <w:t>niet</w:t>
      </w:r>
      <w:proofErr w:type="spellEnd"/>
      <w:r>
        <w:t xml:space="preserve"> om </w:t>
      </w:r>
      <w:proofErr w:type="spellStart"/>
      <w:r>
        <w:t>onaangekondigde</w:t>
      </w:r>
      <w:proofErr w:type="spellEnd"/>
      <w:r>
        <w:t xml:space="preserve"> </w:t>
      </w:r>
      <w:proofErr w:type="spellStart"/>
      <w:r>
        <w:t>bezoeken</w:t>
      </w:r>
      <w:proofErr w:type="spellEnd"/>
      <w:r>
        <w:t xml:space="preserve"> op </w:t>
      </w:r>
      <w:proofErr w:type="spellStart"/>
      <w:r>
        <w:t>onze</w:t>
      </w:r>
      <w:proofErr w:type="spellEnd"/>
      <w:r>
        <w:t xml:space="preserve"> </w:t>
      </w:r>
      <w:proofErr w:type="spellStart"/>
      <w:r>
        <w:t>kantoor</w:t>
      </w:r>
      <w:proofErr w:type="spellEnd"/>
      <w:r>
        <w:t xml:space="preserve"> </w:t>
      </w:r>
      <w:proofErr w:type="spellStart"/>
      <w:r>
        <w:t>adres</w:t>
      </w:r>
      <w:proofErr w:type="spellEnd"/>
      <w:r>
        <w:t xml:space="preserve"> </w:t>
      </w:r>
      <w:proofErr w:type="spellStart"/>
      <w:r>
        <w:t>te</w:t>
      </w:r>
      <w:proofErr w:type="spellEnd"/>
      <w:r>
        <w:t xml:space="preserve"> </w:t>
      </w:r>
      <w:proofErr w:type="spellStart"/>
      <w:r>
        <w:t>voorkomen</w:t>
      </w:r>
      <w:proofErr w:type="spellEnd"/>
      <w:r>
        <w:t>.</w:t>
      </w:r>
    </w:p>
  </w:comment>
  <w:comment w:id="27" w:author="Lisa Harteveld" w:date="2026-08-25T15:45:00Z" w:initials="LH">
    <w:p w14:paraId="005E10E4" w14:textId="4A66A849" w:rsidR="00E817CC" w:rsidRDefault="00E817CC">
      <w:pPr>
        <w:pStyle w:val="Tekstopmerking"/>
      </w:pPr>
      <w:r>
        <w:rPr>
          <w:rStyle w:val="Verwijzingopmerking"/>
        </w:rPr>
        <w:annotationRef/>
      </w:r>
      <w:proofErr w:type="spellStart"/>
      <w:r>
        <w:t>Zie</w:t>
      </w:r>
      <w:proofErr w:type="spellEnd"/>
      <w:r>
        <w:t xml:space="preserve"> </w:t>
      </w:r>
      <w:proofErr w:type="spellStart"/>
      <w:r>
        <w:t>opmerking</w:t>
      </w:r>
      <w:proofErr w:type="spellEnd"/>
      <w:r>
        <w:t xml:space="preserve"> in AV.</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51513D7" w15:done="0"/>
  <w15:commentEx w15:paraId="1A515539" w15:paraIdParent="551513D7" w15:done="0"/>
  <w15:commentEx w15:paraId="287F8AAF" w15:paraIdParent="551513D7" w15:done="0"/>
  <w15:commentEx w15:paraId="72FBCFBF" w15:done="1"/>
  <w15:commentEx w15:paraId="4A630073" w15:done="1"/>
  <w15:commentEx w15:paraId="7B0662DA" w15:paraIdParent="4A630073" w15:done="1"/>
  <w15:commentEx w15:paraId="1877BE96" w15:done="1"/>
  <w15:commentEx w15:paraId="015D784E" w15:paraIdParent="1877BE96" w15:done="1"/>
  <w15:commentEx w15:paraId="5418AD8B" w15:done="1"/>
  <w15:commentEx w15:paraId="091AF4C0" w15:paraIdParent="5418AD8B" w15:done="1"/>
  <w15:commentEx w15:paraId="0C0B974B" w15:paraIdParent="5418AD8B" w15:done="1"/>
  <w15:commentEx w15:paraId="476B9537" w15:paraIdParent="5418AD8B" w15:done="1"/>
  <w15:commentEx w15:paraId="0E7BD458" w15:done="1"/>
  <w15:commentEx w15:paraId="4E52DEA2" w15:paraIdParent="0E7BD458" w15:done="1"/>
  <w15:commentEx w15:paraId="3B22D996" w15:done="0"/>
  <w15:commentEx w15:paraId="04D0B9B5" w15:paraIdParent="3B22D996" w15:done="0"/>
  <w15:commentEx w15:paraId="0632638C" w15:paraIdParent="3B22D996" w15:done="0"/>
  <w15:commentEx w15:paraId="59CA9E10" w15:done="0"/>
  <w15:commentEx w15:paraId="7C1C6495" w15:done="1"/>
  <w15:commentEx w15:paraId="75D4C8F5" w15:paraIdParent="7C1C6495" w15:done="1"/>
  <w15:commentEx w15:paraId="69CA10CC" w15:paraIdParent="7C1C6495" w15:done="1"/>
  <w15:commentEx w15:paraId="446489F7" w15:paraIdParent="7C1C6495" w15:done="1"/>
  <w15:commentEx w15:paraId="0F371206" w15:done="1"/>
  <w15:commentEx w15:paraId="38E9F942" w15:paraIdParent="0F371206" w15:done="1"/>
  <w15:commentEx w15:paraId="41A40514" w15:paraIdParent="0F371206" w15:done="1"/>
  <w15:commentEx w15:paraId="25CACBA5" w15:paraIdParent="0F371206" w15:done="1"/>
  <w15:commentEx w15:paraId="57A2B2C1" w15:done="1"/>
  <w15:commentEx w15:paraId="005E10E4" w15:paraIdParent="57A2B2C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1C5A70C" w16cex:dateUtc="2026-07-23T16:02:00Z"/>
  <w16cex:commentExtensible w16cex:durableId="314610D3" w16cex:dateUtc="2026-08-05T07:09:00Z"/>
  <w16cex:commentExtensible w16cex:durableId="66B324A5" w16cex:dateUtc="2026-08-25T14:11:00Z"/>
  <w16cex:commentExtensible w16cex:durableId="5877FB11" w16cex:dateUtc="2026-08-05T07:17:00Z"/>
  <w16cex:commentExtensible w16cex:durableId="662BA34B" w16cex:dateUtc="2026-08-05T07:20:00Z"/>
  <w16cex:commentExtensible w16cex:durableId="3C98FA25" w16cex:dateUtc="2026-08-25T14:16:00Z"/>
  <w16cex:commentExtensible w16cex:durableId="7E58DAAA" w16cex:dateUtc="2026-07-23T16:18:00Z"/>
  <w16cex:commentExtensible w16cex:durableId="35BD1129" w16cex:dateUtc="2026-08-05T07:24:00Z"/>
  <w16cex:commentExtensible w16cex:durableId="6836AF32" w16cex:dateUtc="2026-07-23T16:35:00Z"/>
  <w16cex:commentExtensible w16cex:durableId="2BB13A1A" w16cex:dateUtc="2026-08-05T07:37:00Z"/>
  <w16cex:commentExtensible w16cex:durableId="44FD0874" w16cex:dateUtc="2026-08-25T14:22:00Z"/>
  <w16cex:commentExtensible w16cex:durableId="085A5449" w16cex:dateUtc="2026-09-04T16:59:00Z"/>
  <w16cex:commentExtensible w16cex:durableId="798B2DD5" w16cex:dateUtc="2026-07-24T09:43:00Z"/>
  <w16cex:commentExtensible w16cex:durableId="66E187FC" w16cex:dateUtc="2026-08-05T07:44:00Z"/>
  <w16cex:commentExtensible w16cex:durableId="16F244DB" w16cex:dateUtc="2026-07-23T15:00:00Z"/>
  <w16cex:commentExtensible w16cex:durableId="31980304" w16cex:dateUtc="2026-08-05T07:47:00Z"/>
  <w16cex:commentExtensible w16cex:durableId="705D1512" w16cex:dateUtc="2026-08-25T14:34:00Z"/>
  <w16cex:commentExtensible w16cex:durableId="407CA7E9" w16cex:dateUtc="2026-07-24T09:32:00Z"/>
  <w16cex:commentExtensible w16cex:durableId="212B331C" w16cex:dateUtc="2026-08-05T08:07:00Z"/>
  <w16cex:commentExtensible w16cex:durableId="1F36CA56" w16cex:dateUtc="2026-08-25T14:42:00Z"/>
  <w16cex:commentExtensible w16cex:durableId="7DE23753" w16cex:dateUtc="2026-09-04T17:03:00Z"/>
  <w16cex:commentExtensible w16cex:durableId="04F37410" w16cex:dateUtc="2026-07-23T17:06:00Z"/>
  <w16cex:commentExtensible w16cex:durableId="478EB800" w16cex:dateUtc="2026-08-05T08:10:00Z"/>
  <w16cex:commentExtensible w16cex:durableId="2A19BC69" w16cex:dateUtc="2026-08-25T14:44:00Z"/>
  <w16cex:commentExtensible w16cex:durableId="71E126E8" w16cex:dateUtc="2026-09-04T17:04:00Z"/>
  <w16cex:commentExtensible w16cex:durableId="70467660" w16cex:dateUtc="2026-08-07T07:31:00Z"/>
  <w16cex:commentExtensible w16cex:durableId="7E6BA448" w16cex:dateUtc="2026-08-25T14: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1513D7" w16cid:durableId="11C5A70C"/>
  <w16cid:commentId w16cid:paraId="1A515539" w16cid:durableId="314610D3"/>
  <w16cid:commentId w16cid:paraId="287F8AAF" w16cid:durableId="66B324A5"/>
  <w16cid:commentId w16cid:paraId="72FBCFBF" w16cid:durableId="5877FB11"/>
  <w16cid:commentId w16cid:paraId="4A630073" w16cid:durableId="662BA34B"/>
  <w16cid:commentId w16cid:paraId="7B0662DA" w16cid:durableId="3C98FA25"/>
  <w16cid:commentId w16cid:paraId="1877BE96" w16cid:durableId="7E58DAAA"/>
  <w16cid:commentId w16cid:paraId="015D784E" w16cid:durableId="35BD1129"/>
  <w16cid:commentId w16cid:paraId="5418AD8B" w16cid:durableId="6836AF32"/>
  <w16cid:commentId w16cid:paraId="091AF4C0" w16cid:durableId="2BB13A1A"/>
  <w16cid:commentId w16cid:paraId="0C0B974B" w16cid:durableId="44FD0874"/>
  <w16cid:commentId w16cid:paraId="476B9537" w16cid:durableId="085A5449"/>
  <w16cid:commentId w16cid:paraId="0E7BD458" w16cid:durableId="798B2DD5"/>
  <w16cid:commentId w16cid:paraId="4E52DEA2" w16cid:durableId="66E187FC"/>
  <w16cid:commentId w16cid:paraId="3B22D996" w16cid:durableId="16F244DB"/>
  <w16cid:commentId w16cid:paraId="04D0B9B5" w16cid:durableId="31980304"/>
  <w16cid:commentId w16cid:paraId="0632638C" w16cid:durableId="705D1512"/>
  <w16cid:commentId w16cid:paraId="59CA9E10" w16cid:durableId="3882A6E9"/>
  <w16cid:commentId w16cid:paraId="7C1C6495" w16cid:durableId="407CA7E9"/>
  <w16cid:commentId w16cid:paraId="75D4C8F5" w16cid:durableId="212B331C"/>
  <w16cid:commentId w16cid:paraId="69CA10CC" w16cid:durableId="1F36CA56"/>
  <w16cid:commentId w16cid:paraId="446489F7" w16cid:durableId="7DE23753"/>
  <w16cid:commentId w16cid:paraId="0F371206" w16cid:durableId="04F37410"/>
  <w16cid:commentId w16cid:paraId="38E9F942" w16cid:durableId="478EB800"/>
  <w16cid:commentId w16cid:paraId="41A40514" w16cid:durableId="2A19BC69"/>
  <w16cid:commentId w16cid:paraId="25CACBA5" w16cid:durableId="71E126E8"/>
  <w16cid:commentId w16cid:paraId="57A2B2C1" w16cid:durableId="70467660"/>
  <w16cid:commentId w16cid:paraId="005E10E4" w16cid:durableId="7E6BA4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FA861" w14:textId="77777777" w:rsidR="006E1C09" w:rsidRDefault="006E1C09">
      <w:pPr>
        <w:spacing w:after="0" w:line="240" w:lineRule="auto"/>
      </w:pPr>
      <w:r>
        <w:separator/>
      </w:r>
    </w:p>
  </w:endnote>
  <w:endnote w:type="continuationSeparator" w:id="0">
    <w:p w14:paraId="515D1A8F" w14:textId="77777777" w:rsidR="006E1C09" w:rsidRDefault="006E1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webkit-standard">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07EE0" w14:textId="77777777" w:rsidR="00E859A5" w:rsidRDefault="00363B68">
    <w:pPr>
      <w:pStyle w:val="Voettekst"/>
      <w:jc w:val="right"/>
    </w:pPr>
    <w:proofErr w:type="spellStart"/>
    <w:r>
      <w:rPr>
        <w:rFonts w:eastAsia="Calibri"/>
        <w:color w:val="646464"/>
        <w:sz w:val="18"/>
      </w:rPr>
      <w:t>Pagina</w:t>
    </w:r>
    <w:proofErr w:type="spellEnd"/>
    <w:r>
      <w:rPr>
        <w:rFonts w:eastAsia="Calibri"/>
        <w:color w:val="646464"/>
        <w:sz w:val="18"/>
      </w:rPr>
      <w:t xml:space="preserve"> </w:t>
    </w:r>
    <w:r>
      <w:rPr>
        <w:rFonts w:eastAsia="Calibri"/>
        <w:color w:val="646464"/>
        <w:sz w:val="18"/>
      </w:rPr>
      <w:fldChar w:fldCharType="begin"/>
    </w:r>
    <w:r>
      <w:rPr>
        <w:rFonts w:eastAsia="Calibri"/>
        <w:color w:val="646464"/>
        <w:sz w:val="18"/>
      </w:rPr>
      <w:instrText xml:space="preserve"> PAGE </w:instrText>
    </w:r>
    <w:r>
      <w:rPr>
        <w:rFonts w:eastAsia="Calibri"/>
        <w:color w:val="646464"/>
        <w:sz w:val="18"/>
      </w:rPr>
      <w:fldChar w:fldCharType="separate"/>
    </w:r>
    <w:r w:rsidR="00466B78">
      <w:rPr>
        <w:rFonts w:eastAsia="Calibri"/>
        <w:noProof/>
        <w:color w:val="646464"/>
        <w:sz w:val="18"/>
      </w:rPr>
      <w:t>1</w:t>
    </w:r>
    <w:r>
      <w:rPr>
        <w:rFonts w:eastAsia="Calibri"/>
        <w:color w:val="646464"/>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FAE24" w14:textId="77777777" w:rsidR="006E1C09" w:rsidRDefault="006E1C09">
      <w:pPr>
        <w:spacing w:after="0" w:line="240" w:lineRule="auto"/>
      </w:pPr>
      <w:r>
        <w:separator/>
      </w:r>
    </w:p>
  </w:footnote>
  <w:footnote w:type="continuationSeparator" w:id="0">
    <w:p w14:paraId="7819BB10" w14:textId="77777777" w:rsidR="006E1C09" w:rsidRDefault="006E1C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4E626F9C"/>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19672C2E"/>
    <w:multiLevelType w:val="multilevel"/>
    <w:tmpl w:val="5D06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B13CD7"/>
    <w:multiLevelType w:val="multilevel"/>
    <w:tmpl w:val="6958B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2A6C8E"/>
    <w:multiLevelType w:val="multilevel"/>
    <w:tmpl w:val="B52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250817"/>
    <w:multiLevelType w:val="hybridMultilevel"/>
    <w:tmpl w:val="293AE496"/>
    <w:lvl w:ilvl="0" w:tplc="CE6465D0">
      <w:start w:val="1"/>
      <w:numFmt w:val="decimal"/>
      <w:lvlText w:val="%1."/>
      <w:lvlJc w:val="left"/>
      <w:pPr>
        <w:ind w:left="1440" w:hanging="360"/>
      </w:pPr>
    </w:lvl>
    <w:lvl w:ilvl="1" w:tplc="7CFC4A9E">
      <w:start w:val="1"/>
      <w:numFmt w:val="decimal"/>
      <w:lvlText w:val="%2."/>
      <w:lvlJc w:val="left"/>
      <w:pPr>
        <w:ind w:left="1440" w:hanging="360"/>
      </w:pPr>
    </w:lvl>
    <w:lvl w:ilvl="2" w:tplc="1B1EC538">
      <w:start w:val="1"/>
      <w:numFmt w:val="decimal"/>
      <w:lvlText w:val="%3."/>
      <w:lvlJc w:val="left"/>
      <w:pPr>
        <w:ind w:left="1440" w:hanging="360"/>
      </w:pPr>
    </w:lvl>
    <w:lvl w:ilvl="3" w:tplc="6BBC6C2E">
      <w:start w:val="1"/>
      <w:numFmt w:val="decimal"/>
      <w:lvlText w:val="%4."/>
      <w:lvlJc w:val="left"/>
      <w:pPr>
        <w:ind w:left="1440" w:hanging="360"/>
      </w:pPr>
    </w:lvl>
    <w:lvl w:ilvl="4" w:tplc="A8205528">
      <w:start w:val="1"/>
      <w:numFmt w:val="decimal"/>
      <w:lvlText w:val="%5."/>
      <w:lvlJc w:val="left"/>
      <w:pPr>
        <w:ind w:left="1440" w:hanging="360"/>
      </w:pPr>
    </w:lvl>
    <w:lvl w:ilvl="5" w:tplc="6C740806">
      <w:start w:val="1"/>
      <w:numFmt w:val="decimal"/>
      <w:lvlText w:val="%6."/>
      <w:lvlJc w:val="left"/>
      <w:pPr>
        <w:ind w:left="1440" w:hanging="360"/>
      </w:pPr>
    </w:lvl>
    <w:lvl w:ilvl="6" w:tplc="31504942">
      <w:start w:val="1"/>
      <w:numFmt w:val="decimal"/>
      <w:lvlText w:val="%7."/>
      <w:lvlJc w:val="left"/>
      <w:pPr>
        <w:ind w:left="1440" w:hanging="360"/>
      </w:pPr>
    </w:lvl>
    <w:lvl w:ilvl="7" w:tplc="FBA201C4">
      <w:start w:val="1"/>
      <w:numFmt w:val="decimal"/>
      <w:lvlText w:val="%8."/>
      <w:lvlJc w:val="left"/>
      <w:pPr>
        <w:ind w:left="1440" w:hanging="360"/>
      </w:pPr>
    </w:lvl>
    <w:lvl w:ilvl="8" w:tplc="1422A722">
      <w:start w:val="1"/>
      <w:numFmt w:val="decimal"/>
      <w:lvlText w:val="%9."/>
      <w:lvlJc w:val="left"/>
      <w:pPr>
        <w:ind w:left="1440" w:hanging="360"/>
      </w:pPr>
    </w:lvl>
  </w:abstractNum>
  <w:abstractNum w:abstractNumId="13" w15:restartNumberingAfterBreak="0">
    <w:nsid w:val="60B6791B"/>
    <w:multiLevelType w:val="multilevel"/>
    <w:tmpl w:val="8362D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8820462">
    <w:abstractNumId w:val="8"/>
  </w:num>
  <w:num w:numId="2" w16cid:durableId="1883859754">
    <w:abstractNumId w:val="6"/>
  </w:num>
  <w:num w:numId="3" w16cid:durableId="1034844559">
    <w:abstractNumId w:val="5"/>
  </w:num>
  <w:num w:numId="4" w16cid:durableId="2097969033">
    <w:abstractNumId w:val="4"/>
  </w:num>
  <w:num w:numId="5" w16cid:durableId="313026551">
    <w:abstractNumId w:val="7"/>
  </w:num>
  <w:num w:numId="6" w16cid:durableId="1059129821">
    <w:abstractNumId w:val="3"/>
  </w:num>
  <w:num w:numId="7" w16cid:durableId="297422658">
    <w:abstractNumId w:val="2"/>
  </w:num>
  <w:num w:numId="8" w16cid:durableId="1500730037">
    <w:abstractNumId w:val="1"/>
  </w:num>
  <w:num w:numId="9" w16cid:durableId="106899331">
    <w:abstractNumId w:val="0"/>
  </w:num>
  <w:num w:numId="10" w16cid:durableId="2056851608">
    <w:abstractNumId w:val="9"/>
  </w:num>
  <w:num w:numId="11" w16cid:durableId="1746758066">
    <w:abstractNumId w:val="13"/>
  </w:num>
  <w:num w:numId="12" w16cid:durableId="1131943856">
    <w:abstractNumId w:val="11"/>
  </w:num>
  <w:num w:numId="13" w16cid:durableId="365908261">
    <w:abstractNumId w:val="10"/>
  </w:num>
  <w:num w:numId="14" w16cid:durableId="48431773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sa Harteveld">
    <w15:presenceInfo w15:providerId="Windows Live" w15:userId="df94467d97ce35dc"/>
  </w15:person>
  <w15:person w15:author="Info | BeOurGuestEvents.nl">
    <w15:presenceInfo w15:providerId="AD" w15:userId="S::info@beourguestevents.nl::d31d7570-719d-4ea7-b478-21b853dac5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394"/>
    <w:rsid w:val="000238EE"/>
    <w:rsid w:val="00034616"/>
    <w:rsid w:val="0004066C"/>
    <w:rsid w:val="0006063C"/>
    <w:rsid w:val="00065FB7"/>
    <w:rsid w:val="000870AD"/>
    <w:rsid w:val="00096F84"/>
    <w:rsid w:val="000E4E79"/>
    <w:rsid w:val="00146CC2"/>
    <w:rsid w:val="0015074B"/>
    <w:rsid w:val="00166284"/>
    <w:rsid w:val="0016713B"/>
    <w:rsid w:val="00183196"/>
    <w:rsid w:val="001A4CBF"/>
    <w:rsid w:val="00207714"/>
    <w:rsid w:val="00212476"/>
    <w:rsid w:val="00213758"/>
    <w:rsid w:val="00214062"/>
    <w:rsid w:val="002541A4"/>
    <w:rsid w:val="00254D52"/>
    <w:rsid w:val="00271B5F"/>
    <w:rsid w:val="0028399E"/>
    <w:rsid w:val="00293E20"/>
    <w:rsid w:val="00294BDF"/>
    <w:rsid w:val="0029639D"/>
    <w:rsid w:val="002C7DAF"/>
    <w:rsid w:val="003066E1"/>
    <w:rsid w:val="00326F90"/>
    <w:rsid w:val="003316FB"/>
    <w:rsid w:val="00363441"/>
    <w:rsid w:val="00363B68"/>
    <w:rsid w:val="00366E1A"/>
    <w:rsid w:val="00373F77"/>
    <w:rsid w:val="003D4A9A"/>
    <w:rsid w:val="003E012D"/>
    <w:rsid w:val="004037C0"/>
    <w:rsid w:val="004065B5"/>
    <w:rsid w:val="00416575"/>
    <w:rsid w:val="00416E3D"/>
    <w:rsid w:val="00434257"/>
    <w:rsid w:val="00453922"/>
    <w:rsid w:val="00454472"/>
    <w:rsid w:val="00466B78"/>
    <w:rsid w:val="004B038A"/>
    <w:rsid w:val="004F56BC"/>
    <w:rsid w:val="004F73E7"/>
    <w:rsid w:val="00525745"/>
    <w:rsid w:val="00543F1E"/>
    <w:rsid w:val="005A27DA"/>
    <w:rsid w:val="005A2FC8"/>
    <w:rsid w:val="006112D1"/>
    <w:rsid w:val="00611BBD"/>
    <w:rsid w:val="006148BF"/>
    <w:rsid w:val="00625AF5"/>
    <w:rsid w:val="00643ABA"/>
    <w:rsid w:val="00680379"/>
    <w:rsid w:val="006B4D7E"/>
    <w:rsid w:val="006E1C09"/>
    <w:rsid w:val="006E53C1"/>
    <w:rsid w:val="006F2143"/>
    <w:rsid w:val="0070309E"/>
    <w:rsid w:val="00713EDA"/>
    <w:rsid w:val="00717CC5"/>
    <w:rsid w:val="0072681D"/>
    <w:rsid w:val="0074044B"/>
    <w:rsid w:val="0080028C"/>
    <w:rsid w:val="0081003B"/>
    <w:rsid w:val="00822E81"/>
    <w:rsid w:val="00845958"/>
    <w:rsid w:val="00862827"/>
    <w:rsid w:val="00881057"/>
    <w:rsid w:val="008D1081"/>
    <w:rsid w:val="009015AB"/>
    <w:rsid w:val="0093330F"/>
    <w:rsid w:val="00957A94"/>
    <w:rsid w:val="009652DD"/>
    <w:rsid w:val="009A1B3C"/>
    <w:rsid w:val="009D6820"/>
    <w:rsid w:val="00A07DD0"/>
    <w:rsid w:val="00A25CF5"/>
    <w:rsid w:val="00A441B7"/>
    <w:rsid w:val="00A44F3A"/>
    <w:rsid w:val="00A51D1C"/>
    <w:rsid w:val="00AA1D8D"/>
    <w:rsid w:val="00AB42F9"/>
    <w:rsid w:val="00AB6356"/>
    <w:rsid w:val="00B377F2"/>
    <w:rsid w:val="00B403E1"/>
    <w:rsid w:val="00B47730"/>
    <w:rsid w:val="00B64F17"/>
    <w:rsid w:val="00BD0BEC"/>
    <w:rsid w:val="00BE3FDE"/>
    <w:rsid w:val="00C10CE7"/>
    <w:rsid w:val="00C11E41"/>
    <w:rsid w:val="00C24FC5"/>
    <w:rsid w:val="00C312A0"/>
    <w:rsid w:val="00C439A5"/>
    <w:rsid w:val="00C6003E"/>
    <w:rsid w:val="00CA6608"/>
    <w:rsid w:val="00CB0664"/>
    <w:rsid w:val="00CD330E"/>
    <w:rsid w:val="00CF29CD"/>
    <w:rsid w:val="00D10827"/>
    <w:rsid w:val="00D16D97"/>
    <w:rsid w:val="00DA72D5"/>
    <w:rsid w:val="00DB7570"/>
    <w:rsid w:val="00DE086C"/>
    <w:rsid w:val="00E378C7"/>
    <w:rsid w:val="00E41B33"/>
    <w:rsid w:val="00E466BE"/>
    <w:rsid w:val="00E6267F"/>
    <w:rsid w:val="00E817CC"/>
    <w:rsid w:val="00E859A5"/>
    <w:rsid w:val="00E86AAE"/>
    <w:rsid w:val="00E96526"/>
    <w:rsid w:val="00EC7059"/>
    <w:rsid w:val="00EE6068"/>
    <w:rsid w:val="00F05ACE"/>
    <w:rsid w:val="00F628A9"/>
    <w:rsid w:val="00F63E89"/>
    <w:rsid w:val="00F911B5"/>
    <w:rsid w:val="00FC5088"/>
    <w:rsid w:val="00FC693F"/>
    <w:rsid w:val="00FD67C0"/>
    <w:rsid w:val="00FE4D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18C23E"/>
  <w14:defaultImageDpi w14:val="300"/>
  <w15:docId w15:val="{68075968-2CA8-DA4A-BDD2-AF716FB83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1BBD"/>
    <w:pPr>
      <w:spacing w:after="120" w:line="264" w:lineRule="auto"/>
    </w:pPr>
    <w:rPr>
      <w:rFonts w:ascii="Calibri" w:hAnsi="Calibri"/>
      <w:color w:val="000000"/>
    </w:rPr>
  </w:style>
  <w:style w:type="paragraph" w:styleId="Kop1">
    <w:name w:val="heading 1"/>
    <w:basedOn w:val="Standaard"/>
    <w:next w:val="Standaard"/>
    <w:link w:val="Kop1Char"/>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Kop2">
    <w:name w:val="heading 2"/>
    <w:basedOn w:val="Standaard"/>
    <w:next w:val="Standaard"/>
    <w:link w:val="Kop2Char"/>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Kop3">
    <w:name w:val="heading 3"/>
    <w:basedOn w:val="Standaard"/>
    <w:next w:val="Standaard"/>
    <w:link w:val="Kop3Ch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spacing w:after="160" w:line="280" w:lineRule="auto"/>
      <w:ind w:left="720"/>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spacing w:after="160" w:line="280" w:lineRule="auto"/>
      <w:ind w:left="720"/>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orkNote">
    <w:name w:val="Work Note"/>
    <w:pPr>
      <w:spacing w:line="264" w:lineRule="auto"/>
    </w:pPr>
    <w:rPr>
      <w:rFonts w:ascii="Calibri" w:hAnsi="Calibri"/>
      <w:color w:val="000000"/>
      <w:sz w:val="20"/>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Calibri" w:hAnsi="Calibri"/>
      <w:color w:val="000000"/>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C11E41"/>
    <w:rPr>
      <w:b/>
      <w:bCs/>
    </w:rPr>
  </w:style>
  <w:style w:type="character" w:customStyle="1" w:styleId="OnderwerpvanopmerkingChar">
    <w:name w:val="Onderwerp van opmerking Char"/>
    <w:basedOn w:val="TekstopmerkingChar"/>
    <w:link w:val="Onderwerpvanopmerking"/>
    <w:uiPriority w:val="99"/>
    <w:semiHidden/>
    <w:rsid w:val="00C11E41"/>
    <w:rPr>
      <w:rFonts w:ascii="Calibri" w:hAnsi="Calibri"/>
      <w:b/>
      <w:bCs/>
      <w:color w:val="000000"/>
      <w:sz w:val="20"/>
      <w:szCs w:val="20"/>
    </w:rPr>
  </w:style>
  <w:style w:type="character" w:customStyle="1" w:styleId="Geen">
    <w:name w:val="Geen"/>
    <w:rsid w:val="00B64F17"/>
  </w:style>
  <w:style w:type="paragraph" w:customStyle="1" w:styleId="pdq2pgselectionanchorcontainer">
    <w:name w:val="pdq2pg_selectionanchorcontainer"/>
    <w:basedOn w:val="Standaard"/>
    <w:rsid w:val="00A44F3A"/>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paragraph" w:styleId="Normaalweb">
    <w:name w:val="Normal (Web)"/>
    <w:basedOn w:val="Standaard"/>
    <w:uiPriority w:val="99"/>
    <w:semiHidden/>
    <w:unhideWhenUsed/>
    <w:rsid w:val="00A44F3A"/>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styleId="Hyperlink">
    <w:name w:val="Hyperlink"/>
    <w:basedOn w:val="Standaardalinea-lettertype"/>
    <w:uiPriority w:val="99"/>
    <w:semiHidden/>
    <w:unhideWhenUsed/>
    <w:rsid w:val="00166284"/>
    <w:rPr>
      <w:color w:val="0000FF"/>
      <w:u w:val="single"/>
    </w:rPr>
  </w:style>
  <w:style w:type="character" w:styleId="GevolgdeHyperlink">
    <w:name w:val="FollowedHyperlink"/>
    <w:basedOn w:val="Standaardalinea-lettertype"/>
    <w:uiPriority w:val="99"/>
    <w:semiHidden/>
    <w:unhideWhenUsed/>
    <w:rsid w:val="00166284"/>
    <w:rPr>
      <w:color w:val="800080" w:themeColor="followedHyperlink"/>
      <w:u w:val="single"/>
    </w:rPr>
  </w:style>
  <w:style w:type="paragraph" w:styleId="Revisie">
    <w:name w:val="Revision"/>
    <w:hidden/>
    <w:uiPriority w:val="99"/>
    <w:semiHidden/>
    <w:rsid w:val="00E6267F"/>
    <w:pPr>
      <w:spacing w:after="0" w:line="240" w:lineRule="auto"/>
    </w:pPr>
    <w:rPr>
      <w:rFonts w:ascii="Calibri" w:hAnsi="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3665">
      <w:bodyDiv w:val="1"/>
      <w:marLeft w:val="0"/>
      <w:marRight w:val="0"/>
      <w:marTop w:val="0"/>
      <w:marBottom w:val="0"/>
      <w:divBdr>
        <w:top w:val="none" w:sz="0" w:space="0" w:color="auto"/>
        <w:left w:val="none" w:sz="0" w:space="0" w:color="auto"/>
        <w:bottom w:val="none" w:sz="0" w:space="0" w:color="auto"/>
        <w:right w:val="none" w:sz="0" w:space="0" w:color="auto"/>
      </w:divBdr>
    </w:div>
    <w:div w:id="49573317">
      <w:bodyDiv w:val="1"/>
      <w:marLeft w:val="0"/>
      <w:marRight w:val="0"/>
      <w:marTop w:val="0"/>
      <w:marBottom w:val="0"/>
      <w:divBdr>
        <w:top w:val="none" w:sz="0" w:space="0" w:color="auto"/>
        <w:left w:val="none" w:sz="0" w:space="0" w:color="auto"/>
        <w:bottom w:val="none" w:sz="0" w:space="0" w:color="auto"/>
        <w:right w:val="none" w:sz="0" w:space="0" w:color="auto"/>
      </w:divBdr>
    </w:div>
    <w:div w:id="77867474">
      <w:bodyDiv w:val="1"/>
      <w:marLeft w:val="0"/>
      <w:marRight w:val="0"/>
      <w:marTop w:val="0"/>
      <w:marBottom w:val="0"/>
      <w:divBdr>
        <w:top w:val="none" w:sz="0" w:space="0" w:color="auto"/>
        <w:left w:val="none" w:sz="0" w:space="0" w:color="auto"/>
        <w:bottom w:val="none" w:sz="0" w:space="0" w:color="auto"/>
        <w:right w:val="none" w:sz="0" w:space="0" w:color="auto"/>
      </w:divBdr>
    </w:div>
    <w:div w:id="129521500">
      <w:bodyDiv w:val="1"/>
      <w:marLeft w:val="0"/>
      <w:marRight w:val="0"/>
      <w:marTop w:val="0"/>
      <w:marBottom w:val="0"/>
      <w:divBdr>
        <w:top w:val="none" w:sz="0" w:space="0" w:color="auto"/>
        <w:left w:val="none" w:sz="0" w:space="0" w:color="auto"/>
        <w:bottom w:val="none" w:sz="0" w:space="0" w:color="auto"/>
        <w:right w:val="none" w:sz="0" w:space="0" w:color="auto"/>
      </w:divBdr>
    </w:div>
    <w:div w:id="167790344">
      <w:bodyDiv w:val="1"/>
      <w:marLeft w:val="0"/>
      <w:marRight w:val="0"/>
      <w:marTop w:val="0"/>
      <w:marBottom w:val="0"/>
      <w:divBdr>
        <w:top w:val="none" w:sz="0" w:space="0" w:color="auto"/>
        <w:left w:val="none" w:sz="0" w:space="0" w:color="auto"/>
        <w:bottom w:val="none" w:sz="0" w:space="0" w:color="auto"/>
        <w:right w:val="none" w:sz="0" w:space="0" w:color="auto"/>
      </w:divBdr>
    </w:div>
    <w:div w:id="239097949">
      <w:bodyDiv w:val="1"/>
      <w:marLeft w:val="0"/>
      <w:marRight w:val="0"/>
      <w:marTop w:val="0"/>
      <w:marBottom w:val="0"/>
      <w:divBdr>
        <w:top w:val="none" w:sz="0" w:space="0" w:color="auto"/>
        <w:left w:val="none" w:sz="0" w:space="0" w:color="auto"/>
        <w:bottom w:val="none" w:sz="0" w:space="0" w:color="auto"/>
        <w:right w:val="none" w:sz="0" w:space="0" w:color="auto"/>
      </w:divBdr>
      <w:divsChild>
        <w:div w:id="8234259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6472984">
      <w:bodyDiv w:val="1"/>
      <w:marLeft w:val="0"/>
      <w:marRight w:val="0"/>
      <w:marTop w:val="0"/>
      <w:marBottom w:val="0"/>
      <w:divBdr>
        <w:top w:val="none" w:sz="0" w:space="0" w:color="auto"/>
        <w:left w:val="none" w:sz="0" w:space="0" w:color="auto"/>
        <w:bottom w:val="none" w:sz="0" w:space="0" w:color="auto"/>
        <w:right w:val="none" w:sz="0" w:space="0" w:color="auto"/>
      </w:divBdr>
    </w:div>
    <w:div w:id="343360952">
      <w:bodyDiv w:val="1"/>
      <w:marLeft w:val="0"/>
      <w:marRight w:val="0"/>
      <w:marTop w:val="0"/>
      <w:marBottom w:val="0"/>
      <w:divBdr>
        <w:top w:val="none" w:sz="0" w:space="0" w:color="auto"/>
        <w:left w:val="none" w:sz="0" w:space="0" w:color="auto"/>
        <w:bottom w:val="none" w:sz="0" w:space="0" w:color="auto"/>
        <w:right w:val="none" w:sz="0" w:space="0" w:color="auto"/>
      </w:divBdr>
    </w:div>
    <w:div w:id="347755937">
      <w:bodyDiv w:val="1"/>
      <w:marLeft w:val="0"/>
      <w:marRight w:val="0"/>
      <w:marTop w:val="0"/>
      <w:marBottom w:val="0"/>
      <w:divBdr>
        <w:top w:val="none" w:sz="0" w:space="0" w:color="auto"/>
        <w:left w:val="none" w:sz="0" w:space="0" w:color="auto"/>
        <w:bottom w:val="none" w:sz="0" w:space="0" w:color="auto"/>
        <w:right w:val="none" w:sz="0" w:space="0" w:color="auto"/>
      </w:divBdr>
    </w:div>
    <w:div w:id="409545463">
      <w:bodyDiv w:val="1"/>
      <w:marLeft w:val="0"/>
      <w:marRight w:val="0"/>
      <w:marTop w:val="0"/>
      <w:marBottom w:val="0"/>
      <w:divBdr>
        <w:top w:val="none" w:sz="0" w:space="0" w:color="auto"/>
        <w:left w:val="none" w:sz="0" w:space="0" w:color="auto"/>
        <w:bottom w:val="none" w:sz="0" w:space="0" w:color="auto"/>
        <w:right w:val="none" w:sz="0" w:space="0" w:color="auto"/>
      </w:divBdr>
    </w:div>
    <w:div w:id="436170504">
      <w:bodyDiv w:val="1"/>
      <w:marLeft w:val="0"/>
      <w:marRight w:val="0"/>
      <w:marTop w:val="0"/>
      <w:marBottom w:val="0"/>
      <w:divBdr>
        <w:top w:val="none" w:sz="0" w:space="0" w:color="auto"/>
        <w:left w:val="none" w:sz="0" w:space="0" w:color="auto"/>
        <w:bottom w:val="none" w:sz="0" w:space="0" w:color="auto"/>
        <w:right w:val="none" w:sz="0" w:space="0" w:color="auto"/>
      </w:divBdr>
      <w:divsChild>
        <w:div w:id="687218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8248397">
      <w:bodyDiv w:val="1"/>
      <w:marLeft w:val="0"/>
      <w:marRight w:val="0"/>
      <w:marTop w:val="0"/>
      <w:marBottom w:val="0"/>
      <w:divBdr>
        <w:top w:val="none" w:sz="0" w:space="0" w:color="auto"/>
        <w:left w:val="none" w:sz="0" w:space="0" w:color="auto"/>
        <w:bottom w:val="none" w:sz="0" w:space="0" w:color="auto"/>
        <w:right w:val="none" w:sz="0" w:space="0" w:color="auto"/>
      </w:divBdr>
    </w:div>
    <w:div w:id="603465298">
      <w:bodyDiv w:val="1"/>
      <w:marLeft w:val="0"/>
      <w:marRight w:val="0"/>
      <w:marTop w:val="0"/>
      <w:marBottom w:val="0"/>
      <w:divBdr>
        <w:top w:val="none" w:sz="0" w:space="0" w:color="auto"/>
        <w:left w:val="none" w:sz="0" w:space="0" w:color="auto"/>
        <w:bottom w:val="none" w:sz="0" w:space="0" w:color="auto"/>
        <w:right w:val="none" w:sz="0" w:space="0" w:color="auto"/>
      </w:divBdr>
    </w:div>
    <w:div w:id="709768911">
      <w:bodyDiv w:val="1"/>
      <w:marLeft w:val="0"/>
      <w:marRight w:val="0"/>
      <w:marTop w:val="0"/>
      <w:marBottom w:val="0"/>
      <w:divBdr>
        <w:top w:val="none" w:sz="0" w:space="0" w:color="auto"/>
        <w:left w:val="none" w:sz="0" w:space="0" w:color="auto"/>
        <w:bottom w:val="none" w:sz="0" w:space="0" w:color="auto"/>
        <w:right w:val="none" w:sz="0" w:space="0" w:color="auto"/>
      </w:divBdr>
    </w:div>
    <w:div w:id="721632166">
      <w:bodyDiv w:val="1"/>
      <w:marLeft w:val="0"/>
      <w:marRight w:val="0"/>
      <w:marTop w:val="0"/>
      <w:marBottom w:val="0"/>
      <w:divBdr>
        <w:top w:val="none" w:sz="0" w:space="0" w:color="auto"/>
        <w:left w:val="none" w:sz="0" w:space="0" w:color="auto"/>
        <w:bottom w:val="none" w:sz="0" w:space="0" w:color="auto"/>
        <w:right w:val="none" w:sz="0" w:space="0" w:color="auto"/>
      </w:divBdr>
    </w:div>
    <w:div w:id="735131427">
      <w:bodyDiv w:val="1"/>
      <w:marLeft w:val="0"/>
      <w:marRight w:val="0"/>
      <w:marTop w:val="0"/>
      <w:marBottom w:val="0"/>
      <w:divBdr>
        <w:top w:val="none" w:sz="0" w:space="0" w:color="auto"/>
        <w:left w:val="none" w:sz="0" w:space="0" w:color="auto"/>
        <w:bottom w:val="none" w:sz="0" w:space="0" w:color="auto"/>
        <w:right w:val="none" w:sz="0" w:space="0" w:color="auto"/>
      </w:divBdr>
    </w:div>
    <w:div w:id="741218760">
      <w:bodyDiv w:val="1"/>
      <w:marLeft w:val="0"/>
      <w:marRight w:val="0"/>
      <w:marTop w:val="0"/>
      <w:marBottom w:val="0"/>
      <w:divBdr>
        <w:top w:val="none" w:sz="0" w:space="0" w:color="auto"/>
        <w:left w:val="none" w:sz="0" w:space="0" w:color="auto"/>
        <w:bottom w:val="none" w:sz="0" w:space="0" w:color="auto"/>
        <w:right w:val="none" w:sz="0" w:space="0" w:color="auto"/>
      </w:divBdr>
    </w:div>
    <w:div w:id="741487059">
      <w:bodyDiv w:val="1"/>
      <w:marLeft w:val="0"/>
      <w:marRight w:val="0"/>
      <w:marTop w:val="0"/>
      <w:marBottom w:val="0"/>
      <w:divBdr>
        <w:top w:val="none" w:sz="0" w:space="0" w:color="auto"/>
        <w:left w:val="none" w:sz="0" w:space="0" w:color="auto"/>
        <w:bottom w:val="none" w:sz="0" w:space="0" w:color="auto"/>
        <w:right w:val="none" w:sz="0" w:space="0" w:color="auto"/>
      </w:divBdr>
    </w:div>
    <w:div w:id="875435697">
      <w:bodyDiv w:val="1"/>
      <w:marLeft w:val="0"/>
      <w:marRight w:val="0"/>
      <w:marTop w:val="0"/>
      <w:marBottom w:val="0"/>
      <w:divBdr>
        <w:top w:val="none" w:sz="0" w:space="0" w:color="auto"/>
        <w:left w:val="none" w:sz="0" w:space="0" w:color="auto"/>
        <w:bottom w:val="none" w:sz="0" w:space="0" w:color="auto"/>
        <w:right w:val="none" w:sz="0" w:space="0" w:color="auto"/>
      </w:divBdr>
    </w:div>
    <w:div w:id="950169132">
      <w:bodyDiv w:val="1"/>
      <w:marLeft w:val="0"/>
      <w:marRight w:val="0"/>
      <w:marTop w:val="0"/>
      <w:marBottom w:val="0"/>
      <w:divBdr>
        <w:top w:val="none" w:sz="0" w:space="0" w:color="auto"/>
        <w:left w:val="none" w:sz="0" w:space="0" w:color="auto"/>
        <w:bottom w:val="none" w:sz="0" w:space="0" w:color="auto"/>
        <w:right w:val="none" w:sz="0" w:space="0" w:color="auto"/>
      </w:divBdr>
    </w:div>
    <w:div w:id="1112358760">
      <w:bodyDiv w:val="1"/>
      <w:marLeft w:val="0"/>
      <w:marRight w:val="0"/>
      <w:marTop w:val="0"/>
      <w:marBottom w:val="0"/>
      <w:divBdr>
        <w:top w:val="none" w:sz="0" w:space="0" w:color="auto"/>
        <w:left w:val="none" w:sz="0" w:space="0" w:color="auto"/>
        <w:bottom w:val="none" w:sz="0" w:space="0" w:color="auto"/>
        <w:right w:val="none" w:sz="0" w:space="0" w:color="auto"/>
      </w:divBdr>
    </w:div>
    <w:div w:id="1257206991">
      <w:bodyDiv w:val="1"/>
      <w:marLeft w:val="0"/>
      <w:marRight w:val="0"/>
      <w:marTop w:val="0"/>
      <w:marBottom w:val="0"/>
      <w:divBdr>
        <w:top w:val="none" w:sz="0" w:space="0" w:color="auto"/>
        <w:left w:val="none" w:sz="0" w:space="0" w:color="auto"/>
        <w:bottom w:val="none" w:sz="0" w:space="0" w:color="auto"/>
        <w:right w:val="none" w:sz="0" w:space="0" w:color="auto"/>
      </w:divBdr>
    </w:div>
    <w:div w:id="1266963102">
      <w:bodyDiv w:val="1"/>
      <w:marLeft w:val="0"/>
      <w:marRight w:val="0"/>
      <w:marTop w:val="0"/>
      <w:marBottom w:val="0"/>
      <w:divBdr>
        <w:top w:val="none" w:sz="0" w:space="0" w:color="auto"/>
        <w:left w:val="none" w:sz="0" w:space="0" w:color="auto"/>
        <w:bottom w:val="none" w:sz="0" w:space="0" w:color="auto"/>
        <w:right w:val="none" w:sz="0" w:space="0" w:color="auto"/>
      </w:divBdr>
    </w:div>
    <w:div w:id="1481844359">
      <w:bodyDiv w:val="1"/>
      <w:marLeft w:val="0"/>
      <w:marRight w:val="0"/>
      <w:marTop w:val="0"/>
      <w:marBottom w:val="0"/>
      <w:divBdr>
        <w:top w:val="none" w:sz="0" w:space="0" w:color="auto"/>
        <w:left w:val="none" w:sz="0" w:space="0" w:color="auto"/>
        <w:bottom w:val="none" w:sz="0" w:space="0" w:color="auto"/>
        <w:right w:val="none" w:sz="0" w:space="0" w:color="auto"/>
      </w:divBdr>
    </w:div>
    <w:div w:id="1532111789">
      <w:bodyDiv w:val="1"/>
      <w:marLeft w:val="0"/>
      <w:marRight w:val="0"/>
      <w:marTop w:val="0"/>
      <w:marBottom w:val="0"/>
      <w:divBdr>
        <w:top w:val="none" w:sz="0" w:space="0" w:color="auto"/>
        <w:left w:val="none" w:sz="0" w:space="0" w:color="auto"/>
        <w:bottom w:val="none" w:sz="0" w:space="0" w:color="auto"/>
        <w:right w:val="none" w:sz="0" w:space="0" w:color="auto"/>
      </w:divBdr>
    </w:div>
    <w:div w:id="1636257367">
      <w:bodyDiv w:val="1"/>
      <w:marLeft w:val="0"/>
      <w:marRight w:val="0"/>
      <w:marTop w:val="0"/>
      <w:marBottom w:val="0"/>
      <w:divBdr>
        <w:top w:val="none" w:sz="0" w:space="0" w:color="auto"/>
        <w:left w:val="none" w:sz="0" w:space="0" w:color="auto"/>
        <w:bottom w:val="none" w:sz="0" w:space="0" w:color="auto"/>
        <w:right w:val="none" w:sz="0" w:space="0" w:color="auto"/>
      </w:divBdr>
    </w:div>
    <w:div w:id="1656840235">
      <w:bodyDiv w:val="1"/>
      <w:marLeft w:val="0"/>
      <w:marRight w:val="0"/>
      <w:marTop w:val="0"/>
      <w:marBottom w:val="0"/>
      <w:divBdr>
        <w:top w:val="none" w:sz="0" w:space="0" w:color="auto"/>
        <w:left w:val="none" w:sz="0" w:space="0" w:color="auto"/>
        <w:bottom w:val="none" w:sz="0" w:space="0" w:color="auto"/>
        <w:right w:val="none" w:sz="0" w:space="0" w:color="auto"/>
      </w:divBdr>
    </w:div>
    <w:div w:id="1797218880">
      <w:bodyDiv w:val="1"/>
      <w:marLeft w:val="0"/>
      <w:marRight w:val="0"/>
      <w:marTop w:val="0"/>
      <w:marBottom w:val="0"/>
      <w:divBdr>
        <w:top w:val="none" w:sz="0" w:space="0" w:color="auto"/>
        <w:left w:val="none" w:sz="0" w:space="0" w:color="auto"/>
        <w:bottom w:val="none" w:sz="0" w:space="0" w:color="auto"/>
        <w:right w:val="none" w:sz="0" w:space="0" w:color="auto"/>
      </w:divBdr>
    </w:div>
    <w:div w:id="1829177233">
      <w:bodyDiv w:val="1"/>
      <w:marLeft w:val="0"/>
      <w:marRight w:val="0"/>
      <w:marTop w:val="0"/>
      <w:marBottom w:val="0"/>
      <w:divBdr>
        <w:top w:val="none" w:sz="0" w:space="0" w:color="auto"/>
        <w:left w:val="none" w:sz="0" w:space="0" w:color="auto"/>
        <w:bottom w:val="none" w:sz="0" w:space="0" w:color="auto"/>
        <w:right w:val="none" w:sz="0" w:space="0" w:color="auto"/>
      </w:divBdr>
    </w:div>
    <w:div w:id="1842157769">
      <w:bodyDiv w:val="1"/>
      <w:marLeft w:val="0"/>
      <w:marRight w:val="0"/>
      <w:marTop w:val="0"/>
      <w:marBottom w:val="0"/>
      <w:divBdr>
        <w:top w:val="none" w:sz="0" w:space="0" w:color="auto"/>
        <w:left w:val="none" w:sz="0" w:space="0" w:color="auto"/>
        <w:bottom w:val="none" w:sz="0" w:space="0" w:color="auto"/>
        <w:right w:val="none" w:sz="0" w:space="0" w:color="auto"/>
      </w:divBdr>
    </w:div>
    <w:div w:id="1955745711">
      <w:bodyDiv w:val="1"/>
      <w:marLeft w:val="0"/>
      <w:marRight w:val="0"/>
      <w:marTop w:val="0"/>
      <w:marBottom w:val="0"/>
      <w:divBdr>
        <w:top w:val="none" w:sz="0" w:space="0" w:color="auto"/>
        <w:left w:val="none" w:sz="0" w:space="0" w:color="auto"/>
        <w:bottom w:val="none" w:sz="0" w:space="0" w:color="auto"/>
        <w:right w:val="none" w:sz="0" w:space="0" w:color="auto"/>
      </w:divBdr>
    </w:div>
    <w:div w:id="1965653734">
      <w:bodyDiv w:val="1"/>
      <w:marLeft w:val="0"/>
      <w:marRight w:val="0"/>
      <w:marTop w:val="0"/>
      <w:marBottom w:val="0"/>
      <w:divBdr>
        <w:top w:val="none" w:sz="0" w:space="0" w:color="auto"/>
        <w:left w:val="none" w:sz="0" w:space="0" w:color="auto"/>
        <w:bottom w:val="none" w:sz="0" w:space="0" w:color="auto"/>
        <w:right w:val="none" w:sz="0" w:space="0" w:color="auto"/>
      </w:divBdr>
    </w:div>
    <w:div w:id="1973359413">
      <w:bodyDiv w:val="1"/>
      <w:marLeft w:val="0"/>
      <w:marRight w:val="0"/>
      <w:marTop w:val="0"/>
      <w:marBottom w:val="0"/>
      <w:divBdr>
        <w:top w:val="none" w:sz="0" w:space="0" w:color="auto"/>
        <w:left w:val="none" w:sz="0" w:space="0" w:color="auto"/>
        <w:bottom w:val="none" w:sz="0" w:space="0" w:color="auto"/>
        <w:right w:val="none" w:sz="0" w:space="0" w:color="auto"/>
      </w:divBdr>
    </w:div>
    <w:div w:id="2064787969">
      <w:bodyDiv w:val="1"/>
      <w:marLeft w:val="0"/>
      <w:marRight w:val="0"/>
      <w:marTop w:val="0"/>
      <w:marBottom w:val="0"/>
      <w:divBdr>
        <w:top w:val="none" w:sz="0" w:space="0" w:color="auto"/>
        <w:left w:val="none" w:sz="0" w:space="0" w:color="auto"/>
        <w:bottom w:val="none" w:sz="0" w:space="0" w:color="auto"/>
        <w:right w:val="none" w:sz="0" w:space="0" w:color="auto"/>
      </w:divBdr>
    </w:div>
    <w:div w:id="2090225547">
      <w:bodyDiv w:val="1"/>
      <w:marLeft w:val="0"/>
      <w:marRight w:val="0"/>
      <w:marTop w:val="0"/>
      <w:marBottom w:val="0"/>
      <w:divBdr>
        <w:top w:val="none" w:sz="0" w:space="0" w:color="auto"/>
        <w:left w:val="none" w:sz="0" w:space="0" w:color="auto"/>
        <w:bottom w:val="none" w:sz="0" w:space="0" w:color="auto"/>
        <w:right w:val="none" w:sz="0" w:space="0" w:color="auto"/>
      </w:divBdr>
    </w:div>
    <w:div w:id="2124886410">
      <w:bodyDiv w:val="1"/>
      <w:marLeft w:val="0"/>
      <w:marRight w:val="0"/>
      <w:marTop w:val="0"/>
      <w:marBottom w:val="0"/>
      <w:divBdr>
        <w:top w:val="none" w:sz="0" w:space="0" w:color="auto"/>
        <w:left w:val="none" w:sz="0" w:space="0" w:color="auto"/>
        <w:bottom w:val="none" w:sz="0" w:space="0" w:color="auto"/>
        <w:right w:val="none" w:sz="0" w:space="0" w:color="auto"/>
      </w:divBdr>
    </w:div>
    <w:div w:id="2132431152">
      <w:bodyDiv w:val="1"/>
      <w:marLeft w:val="0"/>
      <w:marRight w:val="0"/>
      <w:marTop w:val="0"/>
      <w:marBottom w:val="0"/>
      <w:divBdr>
        <w:top w:val="none" w:sz="0" w:space="0" w:color="auto"/>
        <w:left w:val="none" w:sz="0" w:space="0" w:color="auto"/>
        <w:bottom w:val="none" w:sz="0" w:space="0" w:color="auto"/>
        <w:right w:val="none" w:sz="0" w:space="0" w:color="auto"/>
      </w:divBdr>
    </w:div>
    <w:div w:id="21361006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8F9A08190A25468E39F8A4A0959B74" ma:contentTypeVersion="16" ma:contentTypeDescription="Create a new document." ma:contentTypeScope="" ma:versionID="2e92e6d263f227372649e7f56270f210">
  <xsd:schema xmlns:xsd="http://www.w3.org/2001/XMLSchema" xmlns:xs="http://www.w3.org/2001/XMLSchema" xmlns:p="http://schemas.microsoft.com/office/2006/metadata/properties" xmlns:ns3="a367d680-54b5-48fb-9dd4-2cbbe97e7373" xmlns:ns4="ab2d829f-d8c2-4dc5-bd1c-381ad5466acc" targetNamespace="http://schemas.microsoft.com/office/2006/metadata/properties" ma:root="true" ma:fieldsID="ce352e1645c225f1e1e29f3e2354643e" ns3:_="" ns4:_="">
    <xsd:import namespace="a367d680-54b5-48fb-9dd4-2cbbe97e7373"/>
    <xsd:import namespace="ab2d829f-d8c2-4dc5-bd1c-381ad5466ac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7d680-54b5-48fb-9dd4-2cbbe97e7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2d829f-d8c2-4dc5-bd1c-381ad5466ac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367d680-54b5-48fb-9dd4-2cbbe97e737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56CFC7-2BEB-4212-AF99-A942EE03E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7d680-54b5-48fb-9dd4-2cbbe97e7373"/>
    <ds:schemaRef ds:uri="ab2d829f-d8c2-4dc5-bd1c-381ad5466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65D35F98-1049-45CC-B2E9-BA1DF7568408}">
  <ds:schemaRefs>
    <ds:schemaRef ds:uri="http://schemas.microsoft.com/office/2006/metadata/properties"/>
    <ds:schemaRef ds:uri="http://schemas.microsoft.com/office/infopath/2007/PartnerControls"/>
    <ds:schemaRef ds:uri="a367d680-54b5-48fb-9dd4-2cbbe97e7373"/>
  </ds:schemaRefs>
</ds:datastoreItem>
</file>

<file path=customXml/itemProps4.xml><?xml version="1.0" encoding="utf-8"?>
<ds:datastoreItem xmlns:ds="http://schemas.openxmlformats.org/officeDocument/2006/customXml" ds:itemID="{8EDC9F9C-AF16-4282-81FB-0A1EB9C0FB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3984</Words>
  <Characters>21917</Characters>
  <Application>Microsoft Office Word</Application>
  <DocSecurity>0</DocSecurity>
  <Lines>182</Lines>
  <Paragraphs>51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25850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Lisa Harteveld</cp:lastModifiedBy>
  <cp:revision>2</cp:revision>
  <dcterms:created xsi:type="dcterms:W3CDTF">2026-09-07T16:50:00Z</dcterms:created>
  <dcterms:modified xsi:type="dcterms:W3CDTF">2026-09-07T16:50:00Z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0x0101006D8F9A08190A25468E39F8A4A0959B74</vt:lpwstr>
  </property>
</Properties>
</file>